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129A" w:rsidRDefault="00BE129A" w:rsidP="00BA5BE9">
      <w:pPr>
        <w:spacing w:beforeAutospacing="1" w:after="120" w:afterAutospacing="1"/>
        <w:jc w:val="center"/>
        <w:rPr>
          <w:rFonts w:ascii="Arial" w:eastAsia="Times New Roman" w:hAnsi="Arial" w:cs="Times New Roman"/>
          <w:color w:val="000000"/>
          <w:lang w:eastAsia="de-AT"/>
        </w:rPr>
      </w:pPr>
    </w:p>
    <w:p w:rsidR="00BE129A" w:rsidRDefault="00BE129A" w:rsidP="00BA5BE9">
      <w:pPr>
        <w:spacing w:beforeAutospacing="1" w:after="120" w:afterAutospacing="1"/>
        <w:jc w:val="center"/>
        <w:rPr>
          <w:rFonts w:ascii="Arial" w:eastAsia="Times New Roman" w:hAnsi="Arial" w:cs="Times New Roman"/>
          <w:color w:val="000000"/>
          <w:lang w:eastAsia="de-AT"/>
        </w:rPr>
      </w:pPr>
    </w:p>
    <w:p w:rsidR="00BE129A" w:rsidRDefault="00BE129A" w:rsidP="00BA5BE9">
      <w:pPr>
        <w:spacing w:beforeAutospacing="1" w:after="120" w:afterAutospacing="1"/>
        <w:jc w:val="center"/>
        <w:rPr>
          <w:rFonts w:ascii="Arial" w:eastAsia="Times New Roman" w:hAnsi="Arial" w:cs="Times New Roman"/>
          <w:color w:val="000000"/>
          <w:lang w:eastAsia="de-AT"/>
        </w:rPr>
      </w:pPr>
    </w:p>
    <w:p w:rsidR="006731B1" w:rsidRPr="00107D41" w:rsidRDefault="006731B1" w:rsidP="00BA5BE9">
      <w:pPr>
        <w:spacing w:beforeAutospacing="1" w:after="120" w:afterAutospacing="1"/>
        <w:jc w:val="center"/>
        <w:rPr>
          <w:rFonts w:ascii="Times New Roman" w:eastAsia="Times New Roman" w:hAnsi="Times New Roman" w:cs="Times New Roman"/>
          <w:lang w:eastAsia="de-AT"/>
        </w:rPr>
      </w:pPr>
      <w:r w:rsidRPr="00107D41">
        <w:rPr>
          <w:rFonts w:ascii="Arial" w:eastAsia="Times New Roman" w:hAnsi="Arial" w:cs="Times New Roman"/>
          <w:color w:val="000000"/>
          <w:lang w:eastAsia="de-AT"/>
        </w:rPr>
        <w:t>Impressum</w:t>
      </w:r>
    </w:p>
    <w:p w:rsidR="00085F91" w:rsidRDefault="006731B1" w:rsidP="006731B1">
      <w:pPr>
        <w:spacing w:beforeAutospacing="1" w:after="120" w:afterAutospacing="1"/>
        <w:jc w:val="center"/>
      </w:pPr>
      <w:r w:rsidRPr="00107D41">
        <w:rPr>
          <w:rFonts w:ascii="Arial" w:eastAsia="Times New Roman" w:hAnsi="Arial" w:cs="Times New Roman"/>
          <w:color w:val="000000"/>
          <w:lang w:eastAsia="de-AT"/>
        </w:rPr>
        <w:t xml:space="preserve">Titel: </w:t>
      </w:r>
      <w:r w:rsidR="00085F91">
        <w:rPr>
          <w:rFonts w:ascii="Arial" w:hAnsi="Arial"/>
        </w:rPr>
        <w:t>Beschäftigung für Hunde ohne Schnickschnack</w:t>
      </w:r>
    </w:p>
    <w:p w:rsidR="006731B1" w:rsidRPr="00107D41" w:rsidRDefault="006731B1" w:rsidP="006731B1">
      <w:pPr>
        <w:spacing w:beforeAutospacing="1" w:after="120" w:afterAutospacing="1"/>
        <w:jc w:val="center"/>
        <w:rPr>
          <w:rFonts w:ascii="Times New Roman" w:eastAsia="Times New Roman" w:hAnsi="Times New Roman" w:cs="Times New Roman"/>
          <w:lang w:eastAsia="de-AT"/>
        </w:rPr>
      </w:pPr>
      <w:r w:rsidRPr="00107D41">
        <w:rPr>
          <w:rFonts w:ascii="Arial" w:eastAsia="Times New Roman" w:hAnsi="Arial" w:cs="Times New Roman"/>
          <w:color w:val="000000"/>
          <w:lang w:eastAsia="de-AT"/>
        </w:rPr>
        <w:t>Autor: Alexander Schwarz</w:t>
      </w:r>
    </w:p>
    <w:p w:rsidR="006731B1" w:rsidRPr="00107D41" w:rsidRDefault="00085F91" w:rsidP="006731B1">
      <w:pPr>
        <w:spacing w:beforeAutospacing="1" w:after="120" w:afterAutospacing="1"/>
        <w:jc w:val="center"/>
        <w:rPr>
          <w:rFonts w:ascii="Times New Roman" w:eastAsia="Times New Roman" w:hAnsi="Times New Roman" w:cs="Times New Roman"/>
          <w:lang w:eastAsia="de-AT"/>
        </w:rPr>
      </w:pPr>
      <w:r>
        <w:rPr>
          <w:rFonts w:ascii="Arial" w:eastAsia="Times New Roman" w:hAnsi="Arial" w:cs="Times New Roman"/>
          <w:color w:val="000000"/>
          <w:lang w:eastAsia="de-AT"/>
        </w:rPr>
        <w:t>Erstveröffentlichung: 2026</w:t>
      </w:r>
    </w:p>
    <w:p w:rsidR="006731B1" w:rsidRPr="00107D41" w:rsidRDefault="00085F91" w:rsidP="006731B1">
      <w:pPr>
        <w:spacing w:beforeAutospacing="1" w:after="120" w:afterAutospacing="1"/>
        <w:jc w:val="center"/>
        <w:rPr>
          <w:rFonts w:ascii="Times New Roman" w:eastAsia="Times New Roman" w:hAnsi="Times New Roman" w:cs="Times New Roman"/>
          <w:lang w:eastAsia="de-AT"/>
        </w:rPr>
      </w:pPr>
      <w:r>
        <w:rPr>
          <w:rFonts w:ascii="Arial" w:eastAsia="Times New Roman" w:hAnsi="Arial" w:cs="Times New Roman"/>
          <w:color w:val="000000"/>
          <w:lang w:eastAsia="de-AT"/>
        </w:rPr>
        <w:t>Urheberrecht: © 2026</w:t>
      </w:r>
      <w:r w:rsidR="006731B1" w:rsidRPr="00107D41">
        <w:rPr>
          <w:rFonts w:ascii="Arial" w:eastAsia="Times New Roman" w:hAnsi="Arial" w:cs="Times New Roman"/>
          <w:color w:val="000000"/>
          <w:lang w:eastAsia="de-AT"/>
        </w:rPr>
        <w:t xml:space="preserve"> Alexander Schwarz</w:t>
      </w:r>
    </w:p>
    <w:p w:rsidR="006731B1" w:rsidRPr="00107D41" w:rsidRDefault="006731B1" w:rsidP="006731B1">
      <w:pPr>
        <w:spacing w:beforeAutospacing="1" w:after="120" w:afterAutospacing="1"/>
        <w:jc w:val="center"/>
        <w:rPr>
          <w:rFonts w:ascii="Times New Roman" w:eastAsia="Times New Roman" w:hAnsi="Times New Roman" w:cs="Times New Roman"/>
          <w:lang w:eastAsia="de-AT"/>
        </w:rPr>
      </w:pPr>
      <w:r w:rsidRPr="00107D41">
        <w:rPr>
          <w:rFonts w:ascii="Arial" w:eastAsia="Times New Roman" w:hAnsi="Arial" w:cs="Times New Roman"/>
          <w:color w:val="000000"/>
          <w:lang w:eastAsia="de-AT"/>
        </w:rPr>
        <w:t>Alle Rechte vorbehalten.</w:t>
      </w:r>
      <w:r w:rsidR="00107D41" w:rsidRPr="00107D41">
        <w:rPr>
          <w:rFonts w:ascii="Arial" w:eastAsia="Times New Roman" w:hAnsi="Arial" w:cs="Times New Roman"/>
          <w:lang w:eastAsia="de-AT"/>
        </w:rPr>
        <w:t xml:space="preserve"> </w:t>
      </w:r>
    </w:p>
    <w:p w:rsidR="006731B1" w:rsidRPr="00107D41" w:rsidRDefault="006731B1" w:rsidP="006731B1">
      <w:pPr>
        <w:spacing w:beforeAutospacing="1" w:after="120" w:afterAutospacing="1"/>
        <w:jc w:val="center"/>
        <w:rPr>
          <w:rFonts w:ascii="Times New Roman" w:eastAsia="Times New Roman" w:hAnsi="Times New Roman" w:cs="Times New Roman"/>
          <w:lang w:eastAsia="de-AT"/>
        </w:rPr>
      </w:pPr>
      <w:r w:rsidRPr="00107D41">
        <w:rPr>
          <w:rFonts w:ascii="Arial" w:eastAsia="Times New Roman" w:hAnsi="Arial" w:cs="Times New Roman"/>
          <w:color w:val="000000"/>
          <w:lang w:eastAsia="de-AT"/>
        </w:rPr>
        <w:t>Dieses Werk, einschließlich seiner Teile, ist urheberrechtlich geschützt.</w:t>
      </w:r>
    </w:p>
    <w:p w:rsidR="006731B1" w:rsidRPr="00107D41" w:rsidRDefault="006731B1" w:rsidP="006731B1">
      <w:pPr>
        <w:spacing w:beforeAutospacing="1" w:after="120" w:afterAutospacing="1"/>
        <w:jc w:val="center"/>
        <w:rPr>
          <w:rFonts w:ascii="Times New Roman" w:eastAsia="Times New Roman" w:hAnsi="Times New Roman" w:cs="Times New Roman"/>
          <w:lang w:eastAsia="de-AT"/>
        </w:rPr>
      </w:pPr>
      <w:r w:rsidRPr="00107D41">
        <w:rPr>
          <w:rFonts w:ascii="Arial" w:eastAsia="Times New Roman" w:hAnsi="Arial" w:cs="Times New Roman"/>
          <w:color w:val="000000"/>
          <w:lang w:eastAsia="de-AT"/>
        </w:rPr>
        <w:t>Jede Verwertung außerhalb der engen Grenzen des Urheberrechtsgesetzes ist ohne Zustimmung des Rechteinhabers unzulässig. Dies gilt insbesondere für Vervielfältigungen, Übersetzungen, Mikroverfilmungen sowie die Einspeicherung und Verarbeitung in elektronischen Systemen.</w:t>
      </w:r>
    </w:p>
    <w:p w:rsidR="006731B1" w:rsidRPr="00107D41" w:rsidRDefault="006731B1" w:rsidP="006731B1">
      <w:pPr>
        <w:spacing w:beforeAutospacing="1" w:after="120" w:afterAutospacing="1"/>
        <w:jc w:val="center"/>
        <w:rPr>
          <w:rFonts w:ascii="Times New Roman" w:eastAsia="Times New Roman" w:hAnsi="Times New Roman" w:cs="Times New Roman"/>
          <w:lang w:eastAsia="de-AT"/>
        </w:rPr>
      </w:pPr>
      <w:r w:rsidRPr="00107D41">
        <w:rPr>
          <w:rFonts w:ascii="Arial" w:eastAsia="Times New Roman" w:hAnsi="Arial" w:cs="Times New Roman"/>
          <w:color w:val="000000"/>
          <w:lang w:eastAsia="de-AT"/>
        </w:rPr>
        <w:t>Illustrationen: KI-generiert und von Alexander Schwarz bearbeitet</w:t>
      </w:r>
    </w:p>
    <w:p w:rsidR="006731B1" w:rsidRPr="00107D41" w:rsidRDefault="006731B1" w:rsidP="006731B1">
      <w:pPr>
        <w:spacing w:beforeAutospacing="1" w:after="120" w:afterAutospacing="1"/>
        <w:jc w:val="center"/>
        <w:rPr>
          <w:rFonts w:ascii="Times New Roman" w:eastAsia="Times New Roman" w:hAnsi="Times New Roman" w:cs="Times New Roman"/>
          <w:lang w:eastAsia="de-AT"/>
        </w:rPr>
      </w:pPr>
      <w:r w:rsidRPr="00107D41">
        <w:rPr>
          <w:rFonts w:ascii="Arial" w:eastAsia="Times New Roman" w:hAnsi="Arial" w:cs="Times New Roman"/>
          <w:color w:val="000000"/>
          <w:lang w:eastAsia="de-AT"/>
        </w:rPr>
        <w:t>Covergestaltung: Alexander Schwarz</w:t>
      </w:r>
    </w:p>
    <w:p w:rsidR="006731B1" w:rsidRPr="00107D41" w:rsidRDefault="006731B1" w:rsidP="006731B1">
      <w:pPr>
        <w:spacing w:beforeAutospacing="1" w:after="120" w:afterAutospacing="1"/>
        <w:jc w:val="center"/>
        <w:rPr>
          <w:rFonts w:ascii="Times New Roman" w:eastAsia="Times New Roman" w:hAnsi="Times New Roman" w:cs="Times New Roman"/>
          <w:lang w:eastAsia="de-AT"/>
        </w:rPr>
      </w:pPr>
      <w:r w:rsidRPr="00107D41">
        <w:rPr>
          <w:rFonts w:ascii="Arial" w:eastAsia="Times New Roman" w:hAnsi="Arial" w:cs="Times New Roman"/>
          <w:color w:val="000000"/>
          <w:lang w:eastAsia="de-AT"/>
        </w:rPr>
        <w:t xml:space="preserve">Imprint: </w:t>
      </w:r>
      <w:proofErr w:type="spellStart"/>
      <w:r w:rsidRPr="00107D41">
        <w:rPr>
          <w:rFonts w:ascii="Arial" w:eastAsia="Times New Roman" w:hAnsi="Arial" w:cs="Times New Roman"/>
          <w:color w:val="000000"/>
          <w:lang w:eastAsia="de-AT"/>
        </w:rPr>
        <w:t>Independently</w:t>
      </w:r>
      <w:proofErr w:type="spellEnd"/>
      <w:r w:rsidRPr="00107D41">
        <w:rPr>
          <w:rFonts w:ascii="Arial" w:eastAsia="Times New Roman" w:hAnsi="Arial" w:cs="Times New Roman"/>
          <w:color w:val="000000"/>
          <w:lang w:eastAsia="de-AT"/>
        </w:rPr>
        <w:t xml:space="preserve"> </w:t>
      </w:r>
      <w:proofErr w:type="spellStart"/>
      <w:r w:rsidRPr="00107D41">
        <w:rPr>
          <w:rFonts w:ascii="Arial" w:eastAsia="Times New Roman" w:hAnsi="Arial" w:cs="Times New Roman"/>
          <w:color w:val="000000"/>
          <w:lang w:eastAsia="de-AT"/>
        </w:rPr>
        <w:t>published</w:t>
      </w:r>
      <w:proofErr w:type="spellEnd"/>
    </w:p>
    <w:p w:rsidR="006731B1" w:rsidRDefault="006731B1" w:rsidP="003511CF">
      <w:pPr>
        <w:spacing w:before="100" w:beforeAutospacing="1" w:after="100" w:afterAutospacing="1"/>
        <w:jc w:val="center"/>
        <w:rPr>
          <w:rFonts w:ascii="Arial" w:eastAsia="Times New Roman" w:hAnsi="Arial" w:cs="Times New Roman"/>
          <w:color w:val="000000"/>
          <w:lang w:eastAsia="de-AT"/>
        </w:rPr>
      </w:pPr>
      <w:r w:rsidRPr="00107D41">
        <w:rPr>
          <w:rFonts w:ascii="Arial" w:eastAsia="Times New Roman" w:hAnsi="Arial" w:cs="Times New Roman"/>
          <w:color w:val="000000"/>
          <w:lang w:eastAsia="de-AT"/>
        </w:rPr>
        <w:t>Haftungsausschluss: Die Inhalte dieses Buches wurden sorgfältig erstellt. Dennoch übernimmt der Autor keine Haftung für die Richtigkeit, Vollständigkeit oder Aktualität der bereitgestellten Informationen.</w:t>
      </w:r>
    </w:p>
    <w:p w:rsidR="003511CF" w:rsidRDefault="003511CF" w:rsidP="003511CF">
      <w:pPr>
        <w:spacing w:before="100" w:beforeAutospacing="1" w:after="100" w:afterAutospacing="1"/>
        <w:jc w:val="center"/>
        <w:rPr>
          <w:rFonts w:ascii="Arial" w:eastAsia="Times New Roman" w:hAnsi="Arial" w:cs="Times New Roman"/>
          <w:color w:val="000000"/>
          <w:lang w:eastAsia="de-AT"/>
        </w:rPr>
      </w:pPr>
    </w:p>
    <w:p w:rsidR="003511CF" w:rsidRPr="00107D41" w:rsidRDefault="003511CF" w:rsidP="003511CF">
      <w:pPr>
        <w:spacing w:before="100" w:beforeAutospacing="1" w:after="100" w:afterAutospacing="1"/>
        <w:jc w:val="center"/>
        <w:rPr>
          <w:rFonts w:ascii="Times New Roman" w:eastAsia="Times New Roman" w:hAnsi="Times New Roman" w:cs="Times New Roman"/>
          <w:lang w:eastAsia="de-AT"/>
        </w:rPr>
      </w:pPr>
    </w:p>
    <w:p w:rsidR="00863FD9" w:rsidRDefault="009C0FD0">
      <w:pPr>
        <w:pBdr>
          <w:top w:val="single" w:sz="10" w:space="6" w:color="C65911"/>
          <w:left w:val="single" w:sz="10" w:space="6" w:color="C65911"/>
          <w:bottom w:val="single" w:sz="10" w:space="6" w:color="C65911"/>
          <w:right w:val="single" w:sz="10" w:space="6" w:color="C65911"/>
        </w:pBdr>
        <w:shd w:val="clear" w:color="auto" w:fill="F2F2F2"/>
        <w:spacing w:after="120"/>
        <w:ind w:left="160" w:right="160"/>
      </w:pPr>
      <w:r>
        <w:rPr>
          <w:b/>
          <w:color w:val="222222"/>
        </w:rPr>
        <w:t>ACHTUNG: Dieses Buch ersetzt keine tierärztliche Untersuchung, keine individuelle Verhaltensberatung und kein professionelles Hundetraining. Bei gesundheitlichen Problemen, Schmerzen, starker Unruhe, Aggression, Angstverhalten oder plötzlichen Verhaltensänderungen sollte immer eine Tierärztin, ein Tierarzt oder eine qualifizierte Fachperson hinzugezogen werden.</w:t>
      </w:r>
    </w:p>
    <w:p w:rsidR="00E62803" w:rsidRDefault="00E62803" w:rsidP="006731B1">
      <w:pPr>
        <w:spacing w:beforeAutospacing="1" w:after="120" w:afterAutospacing="1"/>
        <w:jc w:val="center"/>
        <w:rPr>
          <w:rFonts w:ascii="Arial" w:eastAsia="Times New Roman" w:hAnsi="Arial" w:cs="Times New Roman"/>
          <w:color w:val="000000"/>
          <w:lang w:eastAsia="de-AT"/>
        </w:rPr>
      </w:pPr>
    </w:p>
    <w:p w:rsidR="006731B1" w:rsidRPr="00107D41" w:rsidRDefault="006731B1" w:rsidP="006731B1">
      <w:pPr>
        <w:spacing w:beforeAutospacing="1" w:after="120" w:afterAutospacing="1"/>
        <w:jc w:val="center"/>
        <w:rPr>
          <w:rFonts w:ascii="Times New Roman" w:eastAsia="Times New Roman" w:hAnsi="Times New Roman" w:cs="Times New Roman"/>
          <w:lang w:eastAsia="de-AT"/>
        </w:rPr>
      </w:pPr>
      <w:r w:rsidRPr="00107D41">
        <w:rPr>
          <w:rFonts w:ascii="Arial" w:eastAsia="Times New Roman" w:hAnsi="Arial" w:cs="Times New Roman"/>
          <w:color w:val="000000"/>
          <w:lang w:eastAsia="de-AT"/>
        </w:rPr>
        <w:t>Kontakt:</w:t>
      </w:r>
    </w:p>
    <w:p w:rsidR="006731B1" w:rsidRPr="00107D41" w:rsidRDefault="006731B1" w:rsidP="006731B1">
      <w:pPr>
        <w:spacing w:beforeAutospacing="1" w:after="120" w:afterAutospacing="1"/>
        <w:jc w:val="center"/>
        <w:rPr>
          <w:rFonts w:ascii="Times New Roman" w:eastAsia="Times New Roman" w:hAnsi="Times New Roman" w:cs="Times New Roman"/>
          <w:lang w:eastAsia="de-AT"/>
        </w:rPr>
      </w:pPr>
      <w:r w:rsidRPr="00107D41">
        <w:rPr>
          <w:rFonts w:ascii="Arial" w:eastAsia="Times New Roman" w:hAnsi="Arial" w:cs="Times New Roman"/>
          <w:color w:val="000000"/>
          <w:lang w:eastAsia="de-AT"/>
        </w:rPr>
        <w:t>alexander.schwarz@seitenvollerabenteuer.com</w:t>
      </w:r>
    </w:p>
    <w:p w:rsidR="006731B1" w:rsidRDefault="006731B1" w:rsidP="00D4185F">
      <w:pPr>
        <w:spacing w:before="100" w:beforeAutospacing="1" w:after="100" w:afterAutospacing="1"/>
        <w:ind w:left="1134" w:right="1134"/>
        <w:jc w:val="center"/>
        <w:rPr>
          <w:rFonts w:ascii="Times New Roman" w:eastAsia="Times New Roman" w:hAnsi="Times New Roman" w:cs="Times New Roman"/>
          <w:color w:val="000000"/>
          <w:lang w:eastAsia="de-AT"/>
        </w:rPr>
      </w:pPr>
      <w:r w:rsidRPr="00107D41">
        <w:rPr>
          <w:rFonts w:ascii="Arial" w:eastAsia="Times New Roman" w:hAnsi="Arial" w:cs="Times New Roman"/>
          <w:color w:val="000000"/>
          <w:lang w:eastAsia="de-AT"/>
        </w:rPr>
        <w:t xml:space="preserve"> </w:t>
      </w:r>
      <w:r w:rsidR="001B2927" w:rsidRPr="00D4185F">
        <w:rPr>
          <w:rFonts w:ascii="Times New Roman" w:eastAsia="Times New Roman" w:hAnsi="Times New Roman" w:cs="Times New Roman"/>
          <w:lang w:eastAsia="de-AT"/>
        </w:rPr>
        <w:t>www.seitenvollerabenteuer.com</w:t>
      </w:r>
    </w:p>
    <w:p w:rsidR="0008580A" w:rsidRDefault="0008580A" w:rsidP="0008580A">
      <w:pPr>
        <w:spacing w:before="100" w:beforeAutospacing="1" w:after="80" w:afterAutospacing="1"/>
        <w:outlineLvl w:val="0"/>
        <w:rPr>
          <w:rFonts w:ascii="Times New Roman" w:eastAsia="Times New Roman" w:hAnsi="Times New Roman" w:cs="Times New Roman"/>
          <w:b/>
          <w:bCs/>
          <w:kern w:val="36"/>
          <w:sz w:val="48"/>
          <w:szCs w:val="48"/>
          <w:lang w:eastAsia="de-AT"/>
        </w:rPr>
      </w:pPr>
    </w:p>
    <w:p w:rsidR="00075E44" w:rsidRPr="00DD3D21" w:rsidRDefault="00075E44" w:rsidP="00075E44">
      <w:pPr>
        <w:spacing w:beforeAutospacing="1" w:after="120" w:afterAutospacing="1"/>
        <w:outlineLvl w:val="0"/>
        <w:rPr>
          <w:rFonts w:ascii="Arial" w:eastAsia="Times New Roman" w:hAnsi="Arial" w:cs="Arial"/>
          <w:b/>
          <w:bCs/>
          <w:kern w:val="36"/>
          <w:sz w:val="48"/>
          <w:szCs w:val="48"/>
          <w:lang w:eastAsia="de-AT"/>
        </w:rPr>
      </w:pPr>
      <w:r w:rsidRPr="00DD3D21">
        <w:rPr>
          <w:rFonts w:ascii="Arial" w:eastAsia="Times New Roman" w:hAnsi="Arial" w:cs="Arial"/>
          <w:b/>
          <w:bCs/>
          <w:kern w:val="36"/>
          <w:sz w:val="48"/>
          <w:szCs w:val="48"/>
          <w:lang w:eastAsia="de-AT"/>
        </w:rPr>
        <w:t>Inhaltsverzeichnis</w:t>
      </w:r>
    </w:p>
    <w:p w:rsidR="00075E44" w:rsidRPr="00DD3D21" w:rsidRDefault="00075E44" w:rsidP="00075E44">
      <w:pPr>
        <w:spacing w:beforeAutospacing="1" w:after="120" w:afterAutospacing="1"/>
        <w:outlineLvl w:val="1"/>
        <w:rPr>
          <w:rFonts w:ascii="Arial" w:eastAsia="Times New Roman" w:hAnsi="Arial" w:cs="Arial"/>
          <w:b/>
          <w:bCs/>
          <w:sz w:val="32"/>
          <w:szCs w:val="36"/>
          <w:lang w:eastAsia="de-AT"/>
        </w:rPr>
      </w:pPr>
      <w:r w:rsidRPr="00DD3D21">
        <w:rPr>
          <w:rFonts w:ascii="Arial" w:eastAsia="Times New Roman" w:hAnsi="Arial" w:cs="Arial"/>
          <w:b/>
          <w:bCs/>
          <w:sz w:val="32"/>
          <w:szCs w:val="36"/>
          <w:lang w:eastAsia="de-AT"/>
        </w:rPr>
        <w:t>Beschäftigung für Hunde ohne Schnickschnack</w:t>
      </w:r>
    </w:p>
    <w:p w:rsidR="00075E44" w:rsidRPr="00DD3D21" w:rsidRDefault="00075E44" w:rsidP="00075E44">
      <w:pPr>
        <w:spacing w:beforeAutospacing="1" w:after="120" w:afterAutospacing="1"/>
        <w:outlineLvl w:val="2"/>
        <w:rPr>
          <w:rFonts w:ascii="Arial" w:eastAsia="Times New Roman" w:hAnsi="Arial" w:cs="Arial"/>
          <w:b/>
          <w:bCs/>
          <w:sz w:val="27"/>
          <w:szCs w:val="27"/>
          <w:lang w:eastAsia="de-AT"/>
        </w:rPr>
      </w:pPr>
      <w:r w:rsidRPr="00DD3D21">
        <w:rPr>
          <w:rFonts w:ascii="Arial" w:eastAsia="Times New Roman" w:hAnsi="Arial" w:cs="Arial"/>
          <w:b/>
          <w:bCs/>
          <w:sz w:val="27"/>
          <w:szCs w:val="27"/>
          <w:lang w:eastAsia="de-AT"/>
        </w:rPr>
        <w:t>Einfache Ideen, Grundwissen und Alltagstipps für ein glückliches Hundeleben</w:t>
      </w:r>
    </w:p>
    <w:p w:rsidR="00075E44" w:rsidRPr="00DD3D21" w:rsidRDefault="00075E44" w:rsidP="00075E44">
      <w:pPr>
        <w:spacing w:after="80"/>
        <w:rPr>
          <w:rFonts w:ascii="Arial" w:eastAsia="Times New Roman" w:hAnsi="Arial" w:cs="Arial"/>
          <w:sz w:val="24"/>
          <w:szCs w:val="24"/>
          <w:lang w:eastAsia="de-AT"/>
        </w:rPr>
      </w:pPr>
    </w:p>
    <w:p w:rsidR="00075E44" w:rsidRPr="00DD3D21" w:rsidRDefault="00075E44" w:rsidP="00075E44">
      <w:pPr>
        <w:spacing w:beforeAutospacing="1" w:after="120" w:afterAutospacing="1"/>
        <w:outlineLvl w:val="1"/>
        <w:rPr>
          <w:rFonts w:ascii="Arial" w:eastAsia="Times New Roman" w:hAnsi="Arial" w:cs="Arial"/>
          <w:b/>
          <w:bCs/>
          <w:sz w:val="36"/>
          <w:szCs w:val="36"/>
          <w:lang w:eastAsia="de-AT"/>
        </w:rPr>
      </w:pPr>
      <w:r w:rsidRPr="00DD3D21">
        <w:rPr>
          <w:rFonts w:ascii="Arial" w:eastAsia="Times New Roman" w:hAnsi="Arial" w:cs="Arial"/>
          <w:b/>
          <w:bCs/>
          <w:sz w:val="36"/>
          <w:szCs w:val="36"/>
          <w:lang w:eastAsia="de-AT"/>
        </w:rPr>
        <w:t>Einleitung</w:t>
      </w:r>
    </w:p>
    <w:p w:rsidR="00075E44" w:rsidRPr="00DD3D21" w:rsidRDefault="00075E44" w:rsidP="00075E44">
      <w:pPr>
        <w:spacing w:beforeAutospacing="1" w:after="120" w:afterAutospacing="1"/>
        <w:rPr>
          <w:rFonts w:ascii="Arial" w:eastAsia="Times New Roman" w:hAnsi="Arial" w:cs="Arial"/>
          <w:sz w:val="24"/>
          <w:szCs w:val="24"/>
          <w:lang w:eastAsia="de-AT"/>
        </w:rPr>
      </w:pPr>
      <w:r w:rsidRPr="00DD3D21">
        <w:rPr>
          <w:rFonts w:ascii="Arial" w:hAnsi="Arial" w:cs="Arial"/>
        </w:rPr>
        <w:t>Beschäftigung muss nicht kompliziert sein</w:t>
      </w:r>
      <w:r w:rsidRPr="00DD3D21">
        <w:rPr>
          <w:rFonts w:ascii="Arial" w:hAnsi="Arial" w:cs="Arial"/>
        </w:rPr>
        <w:br/>
        <w:t>Seite 6</w:t>
      </w:r>
    </w:p>
    <w:p w:rsidR="00075E44" w:rsidRPr="00DD3D21" w:rsidRDefault="00075E44" w:rsidP="00075E44">
      <w:pPr>
        <w:spacing w:beforeAutospacing="1" w:after="120" w:afterAutospacing="1"/>
        <w:outlineLvl w:val="1"/>
        <w:rPr>
          <w:rFonts w:ascii="Arial" w:eastAsia="Times New Roman" w:hAnsi="Arial" w:cs="Arial"/>
          <w:b/>
          <w:bCs/>
          <w:sz w:val="36"/>
          <w:szCs w:val="36"/>
          <w:lang w:eastAsia="de-AT"/>
        </w:rPr>
      </w:pPr>
      <w:r w:rsidRPr="00DD3D21">
        <w:rPr>
          <w:rFonts w:ascii="Arial" w:eastAsia="Times New Roman" w:hAnsi="Arial" w:cs="Arial"/>
          <w:b/>
          <w:bCs/>
          <w:sz w:val="36"/>
          <w:szCs w:val="36"/>
          <w:lang w:eastAsia="de-AT"/>
        </w:rPr>
        <w:lastRenderedPageBreak/>
        <w:t>Kapitel 1</w:t>
      </w:r>
    </w:p>
    <w:p w:rsidR="00075E44" w:rsidRPr="00DD3D21" w:rsidRDefault="00075E44" w:rsidP="00075E44">
      <w:pPr>
        <w:spacing w:beforeAutospacing="1" w:after="120" w:afterAutospacing="1"/>
        <w:rPr>
          <w:rFonts w:ascii="Arial" w:eastAsia="Times New Roman" w:hAnsi="Arial" w:cs="Arial"/>
          <w:sz w:val="24"/>
          <w:szCs w:val="24"/>
          <w:lang w:eastAsia="de-AT"/>
        </w:rPr>
      </w:pPr>
      <w:r w:rsidRPr="00DD3D21">
        <w:rPr>
          <w:rFonts w:ascii="Arial" w:hAnsi="Arial" w:cs="Arial"/>
        </w:rPr>
        <w:t xml:space="preserve">Warum Beschäftigung </w:t>
      </w:r>
      <w:r w:rsidR="00E3115D" w:rsidRPr="00DD3D21">
        <w:rPr>
          <w:rFonts w:ascii="Arial" w:hAnsi="Arial" w:cs="Arial"/>
        </w:rPr>
        <w:t>für Hunde so wichtig ist</w:t>
      </w:r>
      <w:r w:rsidR="00E3115D" w:rsidRPr="00DD3D21">
        <w:rPr>
          <w:rFonts w:ascii="Arial" w:hAnsi="Arial" w:cs="Arial"/>
        </w:rPr>
        <w:br/>
        <w:t>Seite 9</w:t>
      </w:r>
    </w:p>
    <w:p w:rsidR="00075E44" w:rsidRPr="00DD3D21" w:rsidRDefault="00075E44" w:rsidP="00075E44">
      <w:pPr>
        <w:spacing w:beforeAutospacing="1" w:after="120" w:afterAutospacing="1"/>
        <w:outlineLvl w:val="1"/>
        <w:rPr>
          <w:rFonts w:ascii="Arial" w:eastAsia="Times New Roman" w:hAnsi="Arial" w:cs="Arial"/>
          <w:b/>
          <w:bCs/>
          <w:sz w:val="36"/>
          <w:szCs w:val="36"/>
          <w:lang w:eastAsia="de-AT"/>
        </w:rPr>
      </w:pPr>
      <w:r w:rsidRPr="00DD3D21">
        <w:rPr>
          <w:rFonts w:ascii="Arial" w:eastAsia="Times New Roman" w:hAnsi="Arial" w:cs="Arial"/>
          <w:b/>
          <w:bCs/>
          <w:sz w:val="36"/>
          <w:szCs w:val="36"/>
          <w:lang w:eastAsia="de-AT"/>
        </w:rPr>
        <w:t>Kapitel 2</w:t>
      </w:r>
    </w:p>
    <w:p w:rsidR="00075E44" w:rsidRPr="00DD3D21" w:rsidRDefault="00075E44" w:rsidP="00075E44">
      <w:pPr>
        <w:spacing w:beforeAutospacing="1" w:after="120" w:afterAutospacing="1"/>
        <w:rPr>
          <w:rFonts w:ascii="Arial" w:eastAsia="Times New Roman" w:hAnsi="Arial" w:cs="Arial"/>
          <w:sz w:val="24"/>
          <w:szCs w:val="24"/>
          <w:lang w:eastAsia="de-AT"/>
        </w:rPr>
      </w:pPr>
      <w:r w:rsidRPr="00DD3D21">
        <w:rPr>
          <w:rFonts w:ascii="Arial" w:hAnsi="Arial" w:cs="Arial"/>
        </w:rPr>
        <w:t>Was bra</w:t>
      </w:r>
      <w:r w:rsidR="00595CE6">
        <w:rPr>
          <w:rFonts w:ascii="Arial" w:hAnsi="Arial" w:cs="Arial"/>
        </w:rPr>
        <w:t>ucht ein Hund wirklich?</w:t>
      </w:r>
      <w:r w:rsidR="00595CE6">
        <w:rPr>
          <w:rFonts w:ascii="Arial" w:hAnsi="Arial" w:cs="Arial"/>
        </w:rPr>
        <w:br/>
        <w:t>Seite 22</w:t>
      </w:r>
    </w:p>
    <w:p w:rsidR="00075E44" w:rsidRPr="00DD3D21" w:rsidRDefault="00075E44" w:rsidP="00075E44">
      <w:pPr>
        <w:spacing w:beforeAutospacing="1" w:after="120" w:afterAutospacing="1"/>
        <w:outlineLvl w:val="1"/>
        <w:rPr>
          <w:rFonts w:ascii="Arial" w:eastAsia="Times New Roman" w:hAnsi="Arial" w:cs="Arial"/>
          <w:b/>
          <w:bCs/>
          <w:sz w:val="36"/>
          <w:szCs w:val="36"/>
          <w:lang w:eastAsia="de-AT"/>
        </w:rPr>
      </w:pPr>
      <w:r w:rsidRPr="00DD3D21">
        <w:rPr>
          <w:rFonts w:ascii="Arial" w:eastAsia="Times New Roman" w:hAnsi="Arial" w:cs="Arial"/>
          <w:b/>
          <w:bCs/>
          <w:sz w:val="36"/>
          <w:szCs w:val="36"/>
          <w:lang w:eastAsia="de-AT"/>
        </w:rPr>
        <w:t>Kapitel 3</w:t>
      </w:r>
    </w:p>
    <w:p w:rsidR="00075E44" w:rsidRPr="00DD3D21" w:rsidRDefault="00075E44" w:rsidP="00075E44">
      <w:pPr>
        <w:spacing w:beforeAutospacing="1" w:after="120" w:afterAutospacing="1"/>
        <w:rPr>
          <w:rFonts w:ascii="Arial" w:eastAsia="Times New Roman" w:hAnsi="Arial" w:cs="Arial"/>
          <w:sz w:val="24"/>
          <w:szCs w:val="24"/>
          <w:lang w:eastAsia="de-AT"/>
        </w:rPr>
      </w:pPr>
      <w:r w:rsidRPr="00DD3D21">
        <w:rPr>
          <w:rFonts w:ascii="Arial" w:hAnsi="Arial" w:cs="Arial"/>
        </w:rPr>
        <w:t>Den eigene</w:t>
      </w:r>
      <w:r w:rsidR="00595CE6">
        <w:rPr>
          <w:rFonts w:ascii="Arial" w:hAnsi="Arial" w:cs="Arial"/>
        </w:rPr>
        <w:t>n Hund besser verstehen</w:t>
      </w:r>
      <w:r w:rsidR="00595CE6">
        <w:rPr>
          <w:rFonts w:ascii="Arial" w:hAnsi="Arial" w:cs="Arial"/>
        </w:rPr>
        <w:br/>
        <w:t>Seite 38</w:t>
      </w:r>
    </w:p>
    <w:p w:rsidR="00075E44" w:rsidRPr="00DD3D21" w:rsidRDefault="00075E44" w:rsidP="00075E44">
      <w:pPr>
        <w:spacing w:beforeAutospacing="1" w:after="120" w:afterAutospacing="1"/>
        <w:outlineLvl w:val="1"/>
        <w:rPr>
          <w:rFonts w:ascii="Arial" w:eastAsia="Times New Roman" w:hAnsi="Arial" w:cs="Arial"/>
          <w:b/>
          <w:bCs/>
          <w:sz w:val="36"/>
          <w:szCs w:val="36"/>
          <w:lang w:eastAsia="de-AT"/>
        </w:rPr>
      </w:pPr>
      <w:r w:rsidRPr="00DD3D21">
        <w:rPr>
          <w:rFonts w:ascii="Arial" w:eastAsia="Times New Roman" w:hAnsi="Arial" w:cs="Arial"/>
          <w:b/>
          <w:bCs/>
          <w:sz w:val="36"/>
          <w:szCs w:val="36"/>
          <w:lang w:eastAsia="de-AT"/>
        </w:rPr>
        <w:t>Kapitel 4</w:t>
      </w:r>
    </w:p>
    <w:p w:rsidR="00075E44" w:rsidRPr="00DD3D21" w:rsidRDefault="00075E44" w:rsidP="00075E44">
      <w:pPr>
        <w:spacing w:beforeAutospacing="1" w:after="120" w:afterAutospacing="1"/>
        <w:rPr>
          <w:rFonts w:ascii="Arial" w:eastAsia="Times New Roman" w:hAnsi="Arial" w:cs="Arial"/>
          <w:sz w:val="24"/>
          <w:szCs w:val="24"/>
          <w:lang w:eastAsia="de-AT"/>
        </w:rPr>
      </w:pPr>
      <w:r w:rsidRPr="00DD3D21">
        <w:rPr>
          <w:rFonts w:ascii="Arial" w:hAnsi="Arial" w:cs="Arial"/>
        </w:rPr>
        <w:t>Beweg</w:t>
      </w:r>
      <w:r w:rsidR="00595CE6">
        <w:rPr>
          <w:rFonts w:ascii="Arial" w:hAnsi="Arial" w:cs="Arial"/>
        </w:rPr>
        <w:t>ung ohne Schnickschnack</w:t>
      </w:r>
      <w:r w:rsidR="00595CE6">
        <w:rPr>
          <w:rFonts w:ascii="Arial" w:hAnsi="Arial" w:cs="Arial"/>
        </w:rPr>
        <w:br/>
        <w:t>Seite 56</w:t>
      </w:r>
    </w:p>
    <w:p w:rsidR="00075E44" w:rsidRPr="00DD3D21" w:rsidRDefault="00075E44" w:rsidP="00075E44">
      <w:pPr>
        <w:spacing w:beforeAutospacing="1" w:after="120" w:afterAutospacing="1"/>
        <w:outlineLvl w:val="1"/>
        <w:rPr>
          <w:rFonts w:ascii="Arial" w:eastAsia="Times New Roman" w:hAnsi="Arial" w:cs="Arial"/>
          <w:b/>
          <w:bCs/>
          <w:sz w:val="36"/>
          <w:szCs w:val="36"/>
          <w:lang w:eastAsia="de-AT"/>
        </w:rPr>
      </w:pPr>
      <w:r w:rsidRPr="00DD3D21">
        <w:rPr>
          <w:rFonts w:ascii="Arial" w:eastAsia="Times New Roman" w:hAnsi="Arial" w:cs="Arial"/>
          <w:b/>
          <w:bCs/>
          <w:sz w:val="36"/>
          <w:szCs w:val="36"/>
          <w:lang w:eastAsia="de-AT"/>
        </w:rPr>
        <w:t>Kapitel 5</w:t>
      </w:r>
    </w:p>
    <w:p w:rsidR="00075E44" w:rsidRPr="00DD3D21" w:rsidRDefault="00075E44" w:rsidP="00075E44">
      <w:pPr>
        <w:spacing w:beforeAutospacing="1" w:after="120" w:afterAutospacing="1"/>
        <w:rPr>
          <w:rFonts w:ascii="Arial" w:eastAsia="Times New Roman" w:hAnsi="Arial" w:cs="Arial"/>
          <w:sz w:val="24"/>
          <w:szCs w:val="24"/>
          <w:lang w:eastAsia="de-AT"/>
        </w:rPr>
      </w:pPr>
      <w:r w:rsidRPr="00DD3D21">
        <w:rPr>
          <w:rFonts w:ascii="Arial" w:hAnsi="Arial" w:cs="Arial"/>
        </w:rPr>
        <w:t>Nasenarbeit – die einfachste</w:t>
      </w:r>
      <w:r w:rsidR="00A201DC" w:rsidRPr="00DD3D21">
        <w:rPr>
          <w:rFonts w:ascii="Arial" w:hAnsi="Arial" w:cs="Arial"/>
        </w:rPr>
        <w:t xml:space="preserve"> Beschäftigung der Welt</w:t>
      </w:r>
      <w:r w:rsidR="00A201DC" w:rsidRPr="00DD3D21">
        <w:rPr>
          <w:rFonts w:ascii="Arial" w:hAnsi="Arial" w:cs="Arial"/>
        </w:rPr>
        <w:br/>
        <w:t>Se</w:t>
      </w:r>
      <w:r w:rsidR="00595CE6">
        <w:rPr>
          <w:rFonts w:ascii="Arial" w:hAnsi="Arial" w:cs="Arial"/>
        </w:rPr>
        <w:t>ite 78</w:t>
      </w:r>
    </w:p>
    <w:p w:rsidR="00075E44" w:rsidRPr="00DD3D21" w:rsidRDefault="00075E44" w:rsidP="00075E44">
      <w:pPr>
        <w:spacing w:beforeAutospacing="1" w:after="120" w:afterAutospacing="1"/>
        <w:outlineLvl w:val="1"/>
        <w:rPr>
          <w:rFonts w:ascii="Arial" w:eastAsia="Times New Roman" w:hAnsi="Arial" w:cs="Arial"/>
          <w:b/>
          <w:bCs/>
          <w:sz w:val="36"/>
          <w:szCs w:val="36"/>
          <w:lang w:eastAsia="de-AT"/>
        </w:rPr>
      </w:pPr>
      <w:r w:rsidRPr="00DD3D21">
        <w:rPr>
          <w:rFonts w:ascii="Arial" w:eastAsia="Times New Roman" w:hAnsi="Arial" w:cs="Arial"/>
          <w:b/>
          <w:bCs/>
          <w:sz w:val="36"/>
          <w:szCs w:val="36"/>
          <w:lang w:eastAsia="de-AT"/>
        </w:rPr>
        <w:t>Kapitel 6</w:t>
      </w:r>
    </w:p>
    <w:p w:rsidR="00075E44" w:rsidRPr="00DD3D21" w:rsidRDefault="00075E44" w:rsidP="00075E44">
      <w:pPr>
        <w:spacing w:beforeAutospacing="1" w:after="120" w:afterAutospacing="1"/>
        <w:rPr>
          <w:rFonts w:ascii="Arial" w:eastAsia="Times New Roman" w:hAnsi="Arial" w:cs="Arial"/>
          <w:sz w:val="24"/>
          <w:szCs w:val="24"/>
          <w:lang w:eastAsia="de-AT"/>
        </w:rPr>
      </w:pPr>
      <w:r w:rsidRPr="00DD3D21">
        <w:rPr>
          <w:rFonts w:ascii="Arial" w:hAnsi="Arial" w:cs="Arial"/>
        </w:rPr>
        <w:t>Besch</w:t>
      </w:r>
      <w:r w:rsidR="00595CE6">
        <w:rPr>
          <w:rFonts w:ascii="Arial" w:hAnsi="Arial" w:cs="Arial"/>
        </w:rPr>
        <w:t>äftigung in der Wohnung</w:t>
      </w:r>
      <w:r w:rsidR="00595CE6">
        <w:rPr>
          <w:rFonts w:ascii="Arial" w:hAnsi="Arial" w:cs="Arial"/>
        </w:rPr>
        <w:br/>
        <w:t>Seite 98</w:t>
      </w:r>
    </w:p>
    <w:p w:rsidR="00075E44" w:rsidRPr="00DD3D21" w:rsidRDefault="00075E44" w:rsidP="00075E44">
      <w:pPr>
        <w:spacing w:beforeAutospacing="1" w:after="120" w:afterAutospacing="1"/>
        <w:outlineLvl w:val="1"/>
        <w:rPr>
          <w:rFonts w:ascii="Arial" w:eastAsia="Times New Roman" w:hAnsi="Arial" w:cs="Arial"/>
          <w:b/>
          <w:bCs/>
          <w:sz w:val="36"/>
          <w:szCs w:val="36"/>
          <w:lang w:eastAsia="de-AT"/>
        </w:rPr>
      </w:pPr>
      <w:r w:rsidRPr="00DD3D21">
        <w:rPr>
          <w:rFonts w:ascii="Arial" w:eastAsia="Times New Roman" w:hAnsi="Arial" w:cs="Arial"/>
          <w:b/>
          <w:bCs/>
          <w:sz w:val="36"/>
          <w:szCs w:val="36"/>
          <w:lang w:eastAsia="de-AT"/>
        </w:rPr>
        <w:t>Kapitel 7</w:t>
      </w:r>
    </w:p>
    <w:p w:rsidR="00075E44" w:rsidRPr="00DD3D21" w:rsidRDefault="00075E44" w:rsidP="00075E44">
      <w:pPr>
        <w:spacing w:beforeAutospacing="1" w:after="120" w:afterAutospacing="1"/>
        <w:rPr>
          <w:rFonts w:ascii="Arial" w:eastAsia="Times New Roman" w:hAnsi="Arial" w:cs="Arial"/>
          <w:sz w:val="24"/>
          <w:szCs w:val="24"/>
          <w:lang w:eastAsia="de-AT"/>
        </w:rPr>
      </w:pPr>
      <w:r w:rsidRPr="00DD3D21">
        <w:rPr>
          <w:rFonts w:ascii="Arial" w:hAnsi="Arial" w:cs="Arial"/>
        </w:rPr>
        <w:t>B</w:t>
      </w:r>
      <w:r w:rsidR="00595CE6">
        <w:rPr>
          <w:rFonts w:ascii="Arial" w:hAnsi="Arial" w:cs="Arial"/>
        </w:rPr>
        <w:t>eschäftigung im Garten</w:t>
      </w:r>
      <w:r w:rsidR="00595CE6">
        <w:rPr>
          <w:rFonts w:ascii="Arial" w:hAnsi="Arial" w:cs="Arial"/>
        </w:rPr>
        <w:br/>
        <w:t>Seite 119</w:t>
      </w:r>
    </w:p>
    <w:p w:rsidR="00075E44" w:rsidRPr="00DD3D21" w:rsidRDefault="00075E44" w:rsidP="00075E44">
      <w:pPr>
        <w:spacing w:beforeAutospacing="1" w:after="120" w:afterAutospacing="1"/>
        <w:outlineLvl w:val="1"/>
        <w:rPr>
          <w:rFonts w:ascii="Arial" w:eastAsia="Times New Roman" w:hAnsi="Arial" w:cs="Arial"/>
          <w:b/>
          <w:bCs/>
          <w:sz w:val="36"/>
          <w:szCs w:val="36"/>
          <w:lang w:eastAsia="de-AT"/>
        </w:rPr>
      </w:pPr>
      <w:r w:rsidRPr="00DD3D21">
        <w:rPr>
          <w:rFonts w:ascii="Arial" w:eastAsia="Times New Roman" w:hAnsi="Arial" w:cs="Arial"/>
          <w:b/>
          <w:bCs/>
          <w:sz w:val="36"/>
          <w:szCs w:val="36"/>
          <w:lang w:eastAsia="de-AT"/>
        </w:rPr>
        <w:t>Kapitel 8</w:t>
      </w:r>
    </w:p>
    <w:p w:rsidR="00075E44" w:rsidRPr="00DD3D21" w:rsidRDefault="00595CE6" w:rsidP="00075E44">
      <w:pPr>
        <w:spacing w:beforeAutospacing="1" w:after="120" w:afterAutospacing="1"/>
        <w:rPr>
          <w:rFonts w:ascii="Arial" w:eastAsia="Times New Roman" w:hAnsi="Arial" w:cs="Arial"/>
          <w:sz w:val="24"/>
          <w:szCs w:val="24"/>
          <w:lang w:eastAsia="de-AT"/>
        </w:rPr>
      </w:pPr>
      <w:r>
        <w:rPr>
          <w:rFonts w:ascii="Arial" w:hAnsi="Arial" w:cs="Arial"/>
        </w:rPr>
        <w:lastRenderedPageBreak/>
        <w:t>Kopfarbeit ohne Druck</w:t>
      </w:r>
      <w:r>
        <w:rPr>
          <w:rFonts w:ascii="Arial" w:hAnsi="Arial" w:cs="Arial"/>
        </w:rPr>
        <w:br/>
        <w:t>Seite 141</w:t>
      </w:r>
    </w:p>
    <w:p w:rsidR="00075E44" w:rsidRPr="00DD3D21" w:rsidRDefault="00075E44" w:rsidP="00075E44">
      <w:pPr>
        <w:spacing w:beforeAutospacing="1" w:after="120" w:afterAutospacing="1"/>
        <w:outlineLvl w:val="1"/>
        <w:rPr>
          <w:rFonts w:ascii="Arial" w:eastAsia="Times New Roman" w:hAnsi="Arial" w:cs="Arial"/>
          <w:b/>
          <w:bCs/>
          <w:sz w:val="36"/>
          <w:szCs w:val="36"/>
          <w:lang w:eastAsia="de-AT"/>
        </w:rPr>
      </w:pPr>
      <w:r w:rsidRPr="00DD3D21">
        <w:rPr>
          <w:rFonts w:ascii="Arial" w:eastAsia="Times New Roman" w:hAnsi="Arial" w:cs="Arial"/>
          <w:b/>
          <w:bCs/>
          <w:sz w:val="36"/>
          <w:szCs w:val="36"/>
          <w:lang w:eastAsia="de-AT"/>
        </w:rPr>
        <w:t>Kapitel 9</w:t>
      </w:r>
    </w:p>
    <w:p w:rsidR="00075E44" w:rsidRPr="00DD3D21" w:rsidRDefault="00075E44" w:rsidP="00075E44">
      <w:pPr>
        <w:spacing w:beforeAutospacing="1" w:after="120" w:afterAutospacing="1"/>
        <w:rPr>
          <w:rFonts w:ascii="Arial" w:eastAsia="Times New Roman" w:hAnsi="Arial" w:cs="Arial"/>
          <w:sz w:val="24"/>
          <w:szCs w:val="24"/>
          <w:lang w:eastAsia="de-AT"/>
        </w:rPr>
      </w:pPr>
      <w:r w:rsidRPr="00DD3D21">
        <w:rPr>
          <w:rFonts w:ascii="Arial" w:hAnsi="Arial" w:cs="Arial"/>
        </w:rPr>
        <w:t>Ruhe ler</w:t>
      </w:r>
      <w:r w:rsidR="00595CE6">
        <w:rPr>
          <w:rFonts w:ascii="Arial" w:hAnsi="Arial" w:cs="Arial"/>
        </w:rPr>
        <w:t>nen – oft unterschätzt</w:t>
      </w:r>
      <w:r w:rsidR="00595CE6">
        <w:rPr>
          <w:rFonts w:ascii="Arial" w:hAnsi="Arial" w:cs="Arial"/>
        </w:rPr>
        <w:br/>
        <w:t>Seite 162</w:t>
      </w:r>
    </w:p>
    <w:p w:rsidR="00075E44" w:rsidRPr="00DD3D21" w:rsidRDefault="00075E44" w:rsidP="00075E44">
      <w:pPr>
        <w:spacing w:beforeAutospacing="1" w:after="120" w:afterAutospacing="1"/>
        <w:outlineLvl w:val="1"/>
        <w:rPr>
          <w:rFonts w:ascii="Arial" w:eastAsia="Times New Roman" w:hAnsi="Arial" w:cs="Arial"/>
          <w:b/>
          <w:bCs/>
          <w:sz w:val="36"/>
          <w:szCs w:val="36"/>
          <w:lang w:eastAsia="de-AT"/>
        </w:rPr>
      </w:pPr>
      <w:r w:rsidRPr="00DD3D21">
        <w:rPr>
          <w:rFonts w:ascii="Arial" w:eastAsia="Times New Roman" w:hAnsi="Arial" w:cs="Arial"/>
          <w:b/>
          <w:bCs/>
          <w:sz w:val="36"/>
          <w:szCs w:val="36"/>
          <w:lang w:eastAsia="de-AT"/>
        </w:rPr>
        <w:t>Kapitel 10</w:t>
      </w:r>
    </w:p>
    <w:p w:rsidR="00075E44" w:rsidRPr="00DD3D21" w:rsidRDefault="00075E44" w:rsidP="00075E44">
      <w:pPr>
        <w:spacing w:beforeAutospacing="1" w:after="120" w:afterAutospacing="1"/>
        <w:rPr>
          <w:rFonts w:ascii="Arial" w:eastAsia="Times New Roman" w:hAnsi="Arial" w:cs="Arial"/>
          <w:sz w:val="24"/>
          <w:szCs w:val="24"/>
          <w:lang w:eastAsia="de-AT"/>
        </w:rPr>
      </w:pPr>
      <w:r w:rsidRPr="00DD3D21">
        <w:rPr>
          <w:rFonts w:ascii="Arial" w:hAnsi="Arial" w:cs="Arial"/>
        </w:rPr>
        <w:t>Bin</w:t>
      </w:r>
      <w:r w:rsidR="00595CE6">
        <w:rPr>
          <w:rFonts w:ascii="Arial" w:hAnsi="Arial" w:cs="Arial"/>
        </w:rPr>
        <w:t>dung im Alltag stärken</w:t>
      </w:r>
      <w:r w:rsidR="00595CE6">
        <w:rPr>
          <w:rFonts w:ascii="Arial" w:hAnsi="Arial" w:cs="Arial"/>
        </w:rPr>
        <w:br/>
        <w:t>Seite 183</w:t>
      </w:r>
    </w:p>
    <w:p w:rsidR="00075E44" w:rsidRPr="00DD3D21" w:rsidRDefault="00075E44" w:rsidP="00075E44">
      <w:pPr>
        <w:spacing w:beforeAutospacing="1" w:after="120" w:afterAutospacing="1"/>
        <w:outlineLvl w:val="1"/>
        <w:rPr>
          <w:rFonts w:ascii="Arial" w:eastAsia="Times New Roman" w:hAnsi="Arial" w:cs="Arial"/>
          <w:b/>
          <w:bCs/>
          <w:sz w:val="36"/>
          <w:szCs w:val="36"/>
          <w:lang w:eastAsia="de-AT"/>
        </w:rPr>
      </w:pPr>
      <w:r w:rsidRPr="00DD3D21">
        <w:rPr>
          <w:rFonts w:ascii="Arial" w:eastAsia="Times New Roman" w:hAnsi="Arial" w:cs="Arial"/>
          <w:b/>
          <w:bCs/>
          <w:sz w:val="36"/>
          <w:szCs w:val="36"/>
          <w:lang w:eastAsia="de-AT"/>
        </w:rPr>
        <w:t>Kapitel 11</w:t>
      </w:r>
    </w:p>
    <w:p w:rsidR="00075E44" w:rsidRPr="00DD3D21" w:rsidRDefault="00075E44" w:rsidP="00075E44">
      <w:pPr>
        <w:spacing w:beforeAutospacing="1" w:after="120" w:afterAutospacing="1"/>
        <w:rPr>
          <w:rFonts w:ascii="Arial" w:eastAsia="Times New Roman" w:hAnsi="Arial" w:cs="Arial"/>
          <w:sz w:val="24"/>
          <w:szCs w:val="24"/>
          <w:lang w:eastAsia="de-AT"/>
        </w:rPr>
      </w:pPr>
      <w:r w:rsidRPr="00DD3D21">
        <w:rPr>
          <w:rFonts w:ascii="Arial" w:hAnsi="Arial" w:cs="Arial"/>
        </w:rPr>
        <w:t>Welpen, erwachs</w:t>
      </w:r>
      <w:r w:rsidR="00595CE6">
        <w:rPr>
          <w:rFonts w:ascii="Arial" w:hAnsi="Arial" w:cs="Arial"/>
        </w:rPr>
        <w:t>ene Hunde und Senioren</w:t>
      </w:r>
      <w:r w:rsidR="00595CE6">
        <w:rPr>
          <w:rFonts w:ascii="Arial" w:hAnsi="Arial" w:cs="Arial"/>
        </w:rPr>
        <w:br/>
        <w:t>Seite 203</w:t>
      </w:r>
    </w:p>
    <w:p w:rsidR="00075E44" w:rsidRPr="00DD3D21" w:rsidRDefault="00075E44" w:rsidP="00075E44">
      <w:pPr>
        <w:spacing w:beforeAutospacing="1" w:after="120" w:afterAutospacing="1"/>
        <w:outlineLvl w:val="1"/>
        <w:rPr>
          <w:rFonts w:ascii="Arial" w:eastAsia="Times New Roman" w:hAnsi="Arial" w:cs="Arial"/>
          <w:b/>
          <w:bCs/>
          <w:sz w:val="36"/>
          <w:szCs w:val="36"/>
          <w:lang w:eastAsia="de-AT"/>
        </w:rPr>
      </w:pPr>
      <w:r w:rsidRPr="00DD3D21">
        <w:rPr>
          <w:rFonts w:ascii="Arial" w:eastAsia="Times New Roman" w:hAnsi="Arial" w:cs="Arial"/>
          <w:b/>
          <w:bCs/>
          <w:sz w:val="36"/>
          <w:szCs w:val="36"/>
          <w:lang w:eastAsia="de-AT"/>
        </w:rPr>
        <w:t>Kapitel 12</w:t>
      </w:r>
    </w:p>
    <w:p w:rsidR="00075E44" w:rsidRPr="00DD3D21" w:rsidRDefault="00075E44" w:rsidP="00075E44">
      <w:pPr>
        <w:spacing w:beforeAutospacing="1" w:after="120" w:afterAutospacing="1"/>
        <w:rPr>
          <w:rFonts w:ascii="Arial" w:eastAsia="Times New Roman" w:hAnsi="Arial" w:cs="Arial"/>
          <w:sz w:val="24"/>
          <w:szCs w:val="24"/>
          <w:lang w:eastAsia="de-AT"/>
        </w:rPr>
      </w:pPr>
      <w:r w:rsidRPr="00DD3D21">
        <w:rPr>
          <w:rFonts w:ascii="Arial" w:hAnsi="Arial" w:cs="Arial"/>
        </w:rPr>
        <w:t>Beschäftigung für v</w:t>
      </w:r>
      <w:r w:rsidR="00595CE6">
        <w:rPr>
          <w:rFonts w:ascii="Arial" w:hAnsi="Arial" w:cs="Arial"/>
        </w:rPr>
        <w:t>erschiedene Hundetypen</w:t>
      </w:r>
      <w:r w:rsidR="00595CE6">
        <w:rPr>
          <w:rFonts w:ascii="Arial" w:hAnsi="Arial" w:cs="Arial"/>
        </w:rPr>
        <w:br/>
        <w:t>Seite 223</w:t>
      </w:r>
    </w:p>
    <w:p w:rsidR="00075E44" w:rsidRPr="00DD3D21" w:rsidRDefault="00075E44" w:rsidP="00075E44">
      <w:pPr>
        <w:spacing w:beforeAutospacing="1" w:after="120" w:afterAutospacing="1"/>
        <w:outlineLvl w:val="1"/>
        <w:rPr>
          <w:rFonts w:ascii="Arial" w:eastAsia="Times New Roman" w:hAnsi="Arial" w:cs="Arial"/>
          <w:b/>
          <w:bCs/>
          <w:sz w:val="36"/>
          <w:szCs w:val="36"/>
          <w:lang w:eastAsia="de-AT"/>
        </w:rPr>
      </w:pPr>
      <w:r w:rsidRPr="00DD3D21">
        <w:rPr>
          <w:rFonts w:ascii="Arial" w:eastAsia="Times New Roman" w:hAnsi="Arial" w:cs="Arial"/>
          <w:b/>
          <w:bCs/>
          <w:sz w:val="36"/>
          <w:szCs w:val="36"/>
          <w:lang w:eastAsia="de-AT"/>
        </w:rPr>
        <w:t>Kapitel 13</w:t>
      </w:r>
    </w:p>
    <w:p w:rsidR="00075E44" w:rsidRPr="00DD3D21" w:rsidRDefault="00075E44" w:rsidP="00075E44">
      <w:pPr>
        <w:spacing w:beforeAutospacing="1" w:after="120" w:afterAutospacing="1"/>
        <w:rPr>
          <w:rFonts w:ascii="Arial" w:eastAsia="Times New Roman" w:hAnsi="Arial" w:cs="Arial"/>
          <w:sz w:val="24"/>
          <w:szCs w:val="24"/>
          <w:lang w:eastAsia="de-AT"/>
        </w:rPr>
      </w:pPr>
      <w:r w:rsidRPr="00DD3D21">
        <w:rPr>
          <w:rFonts w:ascii="Arial" w:hAnsi="Arial" w:cs="Arial"/>
        </w:rPr>
        <w:t xml:space="preserve">Häufige Fehler bei </w:t>
      </w:r>
      <w:r w:rsidR="00595CE6">
        <w:rPr>
          <w:rFonts w:ascii="Arial" w:hAnsi="Arial" w:cs="Arial"/>
        </w:rPr>
        <w:t>der Hundebeschäftigung</w:t>
      </w:r>
      <w:r w:rsidR="00595CE6">
        <w:rPr>
          <w:rFonts w:ascii="Arial" w:hAnsi="Arial" w:cs="Arial"/>
        </w:rPr>
        <w:br/>
        <w:t>Seite 248</w:t>
      </w:r>
    </w:p>
    <w:p w:rsidR="00075E44" w:rsidRPr="00DD3D21" w:rsidRDefault="00075E44" w:rsidP="00075E44">
      <w:pPr>
        <w:spacing w:beforeAutospacing="1" w:after="120" w:afterAutospacing="1"/>
        <w:outlineLvl w:val="1"/>
        <w:rPr>
          <w:rFonts w:ascii="Arial" w:eastAsia="Times New Roman" w:hAnsi="Arial" w:cs="Arial"/>
          <w:b/>
          <w:bCs/>
          <w:sz w:val="36"/>
          <w:szCs w:val="36"/>
          <w:lang w:eastAsia="de-AT"/>
        </w:rPr>
      </w:pPr>
      <w:r w:rsidRPr="00DD3D21">
        <w:rPr>
          <w:rFonts w:ascii="Arial" w:eastAsia="Times New Roman" w:hAnsi="Arial" w:cs="Arial"/>
          <w:b/>
          <w:bCs/>
          <w:sz w:val="36"/>
          <w:szCs w:val="36"/>
          <w:lang w:eastAsia="de-AT"/>
        </w:rPr>
        <w:t>Kapitel 14</w:t>
      </w:r>
    </w:p>
    <w:p w:rsidR="00075E44" w:rsidRPr="00DD3D21" w:rsidRDefault="00075E44" w:rsidP="00075E44">
      <w:pPr>
        <w:spacing w:beforeAutospacing="1" w:after="120" w:afterAutospacing="1"/>
        <w:rPr>
          <w:rFonts w:ascii="Arial" w:eastAsia="Times New Roman" w:hAnsi="Arial" w:cs="Arial"/>
          <w:sz w:val="24"/>
          <w:szCs w:val="24"/>
          <w:lang w:eastAsia="de-AT"/>
        </w:rPr>
      </w:pPr>
      <w:r w:rsidRPr="00DD3D21">
        <w:rPr>
          <w:rFonts w:ascii="Arial" w:hAnsi="Arial" w:cs="Arial"/>
        </w:rPr>
        <w:t>Einfache Beschäftigungside</w:t>
      </w:r>
      <w:r w:rsidR="00595CE6">
        <w:rPr>
          <w:rFonts w:ascii="Arial" w:hAnsi="Arial" w:cs="Arial"/>
        </w:rPr>
        <w:t>en für jeden Tag</w:t>
      </w:r>
      <w:r w:rsidR="00595CE6">
        <w:rPr>
          <w:rFonts w:ascii="Arial" w:hAnsi="Arial" w:cs="Arial"/>
        </w:rPr>
        <w:br/>
        <w:t>Seite 269</w:t>
      </w:r>
    </w:p>
    <w:p w:rsidR="00075E44" w:rsidRPr="00DD3D21" w:rsidRDefault="00075E44" w:rsidP="00075E44">
      <w:pPr>
        <w:spacing w:beforeAutospacing="1" w:after="120" w:afterAutospacing="1"/>
        <w:outlineLvl w:val="1"/>
        <w:rPr>
          <w:rFonts w:ascii="Arial" w:eastAsia="Times New Roman" w:hAnsi="Arial" w:cs="Arial"/>
          <w:b/>
          <w:bCs/>
          <w:sz w:val="36"/>
          <w:szCs w:val="36"/>
          <w:lang w:eastAsia="de-AT"/>
        </w:rPr>
      </w:pPr>
      <w:r w:rsidRPr="00DD3D21">
        <w:rPr>
          <w:rFonts w:ascii="Arial" w:eastAsia="Times New Roman" w:hAnsi="Arial" w:cs="Arial"/>
          <w:b/>
          <w:bCs/>
          <w:sz w:val="36"/>
          <w:szCs w:val="36"/>
          <w:lang w:eastAsia="de-AT"/>
        </w:rPr>
        <w:t>Kapitel 15</w:t>
      </w:r>
    </w:p>
    <w:p w:rsidR="00075E44" w:rsidRPr="00DD3D21" w:rsidRDefault="00075E44" w:rsidP="00075E44">
      <w:pPr>
        <w:spacing w:beforeAutospacing="1" w:after="120" w:afterAutospacing="1"/>
        <w:rPr>
          <w:rFonts w:ascii="Arial" w:eastAsia="Times New Roman" w:hAnsi="Arial" w:cs="Arial"/>
          <w:sz w:val="24"/>
          <w:szCs w:val="24"/>
          <w:lang w:eastAsia="de-AT"/>
        </w:rPr>
      </w:pPr>
      <w:r w:rsidRPr="00DD3D21">
        <w:rPr>
          <w:rFonts w:ascii="Arial" w:hAnsi="Arial" w:cs="Arial"/>
        </w:rPr>
        <w:t xml:space="preserve">Wochenpläne für </w:t>
      </w:r>
      <w:r w:rsidR="00595CE6">
        <w:rPr>
          <w:rFonts w:ascii="Arial" w:hAnsi="Arial" w:cs="Arial"/>
        </w:rPr>
        <w:t>entspannte Hundehalter</w:t>
      </w:r>
      <w:r w:rsidR="00595CE6">
        <w:rPr>
          <w:rFonts w:ascii="Arial" w:hAnsi="Arial" w:cs="Arial"/>
        </w:rPr>
        <w:br/>
        <w:t>Seite 295</w:t>
      </w:r>
    </w:p>
    <w:p w:rsidR="00075E44" w:rsidRPr="00DD3D21" w:rsidRDefault="00075E44" w:rsidP="00075E44">
      <w:pPr>
        <w:spacing w:beforeAutospacing="1" w:after="120" w:afterAutospacing="1"/>
        <w:outlineLvl w:val="1"/>
        <w:rPr>
          <w:rFonts w:ascii="Arial" w:eastAsia="Times New Roman" w:hAnsi="Arial" w:cs="Arial"/>
          <w:b/>
          <w:bCs/>
          <w:sz w:val="36"/>
          <w:szCs w:val="36"/>
          <w:lang w:eastAsia="de-AT"/>
        </w:rPr>
      </w:pPr>
      <w:r w:rsidRPr="00DD3D21">
        <w:rPr>
          <w:rFonts w:ascii="Arial" w:eastAsia="Times New Roman" w:hAnsi="Arial" w:cs="Arial"/>
          <w:b/>
          <w:bCs/>
          <w:sz w:val="36"/>
          <w:szCs w:val="36"/>
          <w:lang w:eastAsia="de-AT"/>
        </w:rPr>
        <w:lastRenderedPageBreak/>
        <w:t>Kapitel 16</w:t>
      </w:r>
    </w:p>
    <w:p w:rsidR="00075E44" w:rsidRPr="00DD3D21" w:rsidRDefault="00075E44" w:rsidP="00075E44">
      <w:pPr>
        <w:spacing w:beforeAutospacing="1" w:after="120" w:afterAutospacing="1"/>
        <w:rPr>
          <w:rFonts w:ascii="Arial" w:eastAsia="Times New Roman" w:hAnsi="Arial" w:cs="Arial"/>
          <w:sz w:val="24"/>
          <w:szCs w:val="24"/>
          <w:lang w:eastAsia="de-AT"/>
        </w:rPr>
      </w:pPr>
      <w:r w:rsidRPr="00DD3D21">
        <w:rPr>
          <w:rFonts w:ascii="Arial" w:hAnsi="Arial" w:cs="Arial"/>
        </w:rPr>
        <w:t>Beschä</w:t>
      </w:r>
      <w:r w:rsidR="00595CE6">
        <w:rPr>
          <w:rFonts w:ascii="Arial" w:hAnsi="Arial" w:cs="Arial"/>
        </w:rPr>
        <w:t>ftigung ohne viel Geld</w:t>
      </w:r>
      <w:r w:rsidR="00595CE6">
        <w:rPr>
          <w:rFonts w:ascii="Arial" w:hAnsi="Arial" w:cs="Arial"/>
        </w:rPr>
        <w:br/>
        <w:t>Seite 318</w:t>
      </w:r>
    </w:p>
    <w:p w:rsidR="00075E44" w:rsidRPr="00DD3D21" w:rsidRDefault="00075E44" w:rsidP="00075E44">
      <w:pPr>
        <w:spacing w:beforeAutospacing="1" w:after="120" w:afterAutospacing="1"/>
        <w:outlineLvl w:val="1"/>
        <w:rPr>
          <w:rFonts w:ascii="Arial" w:eastAsia="Times New Roman" w:hAnsi="Arial" w:cs="Arial"/>
          <w:b/>
          <w:bCs/>
          <w:sz w:val="36"/>
          <w:szCs w:val="36"/>
          <w:lang w:eastAsia="de-AT"/>
        </w:rPr>
      </w:pPr>
      <w:r w:rsidRPr="00DD3D21">
        <w:rPr>
          <w:rFonts w:ascii="Arial" w:eastAsia="Times New Roman" w:hAnsi="Arial" w:cs="Arial"/>
          <w:b/>
          <w:bCs/>
          <w:sz w:val="36"/>
          <w:szCs w:val="36"/>
          <w:lang w:eastAsia="de-AT"/>
        </w:rPr>
        <w:t>Kapitel 17</w:t>
      </w:r>
    </w:p>
    <w:p w:rsidR="00075E44" w:rsidRPr="00DD3D21" w:rsidRDefault="00075E44" w:rsidP="00075E44">
      <w:pPr>
        <w:spacing w:beforeAutospacing="1" w:after="120" w:afterAutospacing="1"/>
        <w:rPr>
          <w:rFonts w:ascii="Arial" w:eastAsia="Times New Roman" w:hAnsi="Arial" w:cs="Arial"/>
          <w:sz w:val="24"/>
          <w:szCs w:val="24"/>
          <w:lang w:eastAsia="de-AT"/>
        </w:rPr>
      </w:pPr>
      <w:r w:rsidRPr="00DD3D21">
        <w:rPr>
          <w:rFonts w:ascii="Arial" w:hAnsi="Arial" w:cs="Arial"/>
        </w:rPr>
        <w:t>Wenn der Hund t</w:t>
      </w:r>
      <w:r w:rsidR="00595CE6">
        <w:rPr>
          <w:rFonts w:ascii="Arial" w:hAnsi="Arial" w:cs="Arial"/>
        </w:rPr>
        <w:t>rotzdem unruhig bleibt</w:t>
      </w:r>
      <w:r w:rsidR="00595CE6">
        <w:rPr>
          <w:rFonts w:ascii="Arial" w:hAnsi="Arial" w:cs="Arial"/>
        </w:rPr>
        <w:br/>
        <w:t>Seite 343</w:t>
      </w:r>
    </w:p>
    <w:p w:rsidR="00075E44" w:rsidRPr="00DD3D21" w:rsidRDefault="00075E44" w:rsidP="00075E44">
      <w:pPr>
        <w:spacing w:beforeAutospacing="1" w:after="120" w:afterAutospacing="1"/>
        <w:outlineLvl w:val="1"/>
        <w:rPr>
          <w:rFonts w:ascii="Arial" w:eastAsia="Times New Roman" w:hAnsi="Arial" w:cs="Arial"/>
          <w:b/>
          <w:bCs/>
          <w:sz w:val="36"/>
          <w:szCs w:val="36"/>
          <w:lang w:eastAsia="de-AT"/>
        </w:rPr>
      </w:pPr>
      <w:r w:rsidRPr="00DD3D21">
        <w:rPr>
          <w:rFonts w:ascii="Arial" w:eastAsia="Times New Roman" w:hAnsi="Arial" w:cs="Arial"/>
          <w:b/>
          <w:bCs/>
          <w:sz w:val="36"/>
          <w:szCs w:val="36"/>
          <w:lang w:eastAsia="de-AT"/>
        </w:rPr>
        <w:t>Kapitel 18</w:t>
      </w:r>
    </w:p>
    <w:p w:rsidR="00075E44" w:rsidRPr="00DD3D21" w:rsidRDefault="00595CE6" w:rsidP="00075E44">
      <w:pPr>
        <w:spacing w:beforeAutospacing="1" w:after="120" w:afterAutospacing="1"/>
        <w:rPr>
          <w:rFonts w:ascii="Arial" w:hAnsi="Arial" w:cs="Arial"/>
        </w:rPr>
      </w:pPr>
      <w:r>
        <w:rPr>
          <w:rFonts w:ascii="Arial" w:hAnsi="Arial" w:cs="Arial"/>
        </w:rPr>
        <w:t>Schlusswort</w:t>
      </w:r>
      <w:r>
        <w:rPr>
          <w:rFonts w:ascii="Arial" w:hAnsi="Arial" w:cs="Arial"/>
        </w:rPr>
        <w:br/>
        <w:t>Seite 364</w:t>
      </w:r>
    </w:p>
    <w:p w:rsidR="008F00BD" w:rsidRPr="00DD3D21" w:rsidRDefault="008F00BD" w:rsidP="008F00BD">
      <w:pPr>
        <w:spacing w:beforeAutospacing="1" w:after="120" w:afterAutospacing="1"/>
        <w:outlineLvl w:val="1"/>
        <w:rPr>
          <w:rFonts w:ascii="Arial" w:eastAsia="Times New Roman" w:hAnsi="Arial" w:cs="Arial"/>
          <w:b/>
          <w:bCs/>
          <w:sz w:val="36"/>
          <w:szCs w:val="36"/>
          <w:lang w:eastAsia="de-AT"/>
        </w:rPr>
      </w:pPr>
      <w:r w:rsidRPr="00DD3D21">
        <w:rPr>
          <w:rFonts w:ascii="Arial" w:hAnsi="Arial" w:cs="Arial"/>
          <w:b/>
          <w:sz w:val="36"/>
          <w:szCs w:val="36"/>
        </w:rPr>
        <w:t>Bonus: 30 Sofort-Ideen für jeden Tag</w:t>
      </w:r>
    </w:p>
    <w:p w:rsidR="008F00BD" w:rsidRPr="00DD3D21" w:rsidRDefault="008F00BD" w:rsidP="008F00BD">
      <w:pPr>
        <w:spacing w:beforeAutospacing="1" w:after="120" w:afterAutospacing="1"/>
        <w:rPr>
          <w:rFonts w:ascii="Arial" w:hAnsi="Arial" w:cs="Arial"/>
        </w:rPr>
      </w:pPr>
      <w:r w:rsidRPr="00DD3D21">
        <w:rPr>
          <w:rFonts w:ascii="Arial" w:hAnsi="Arial" w:cs="Arial"/>
        </w:rPr>
        <w:t xml:space="preserve">30 Sofort-Ideen für </w:t>
      </w:r>
      <w:r w:rsidR="00E3115D" w:rsidRPr="00DD3D21">
        <w:rPr>
          <w:rFonts w:ascii="Arial" w:hAnsi="Arial" w:cs="Arial"/>
        </w:rPr>
        <w:t>entspannte Hundehal</w:t>
      </w:r>
      <w:r w:rsidR="00595CE6">
        <w:rPr>
          <w:rFonts w:ascii="Arial" w:hAnsi="Arial" w:cs="Arial"/>
        </w:rPr>
        <w:t>ter</w:t>
      </w:r>
      <w:r w:rsidR="00595CE6">
        <w:rPr>
          <w:rFonts w:ascii="Arial" w:hAnsi="Arial" w:cs="Arial"/>
        </w:rPr>
        <w:br/>
        <w:t>Seite 375</w:t>
      </w:r>
    </w:p>
    <w:p w:rsidR="000C3E60" w:rsidRPr="00DD3D21" w:rsidRDefault="00EC4D26">
      <w:pPr>
        <w:spacing w:after="120"/>
        <w:rPr>
          <w:rFonts w:ascii="Arial" w:hAnsi="Arial" w:cs="Arial"/>
          <w:b/>
          <w:sz w:val="36"/>
          <w:szCs w:val="36"/>
        </w:rPr>
      </w:pPr>
      <w:r w:rsidRPr="00DD3D21">
        <w:rPr>
          <w:rFonts w:ascii="Arial" w:hAnsi="Arial" w:cs="Arial"/>
          <w:b/>
          <w:sz w:val="36"/>
          <w:szCs w:val="36"/>
        </w:rPr>
        <w:t>Workbook: Wochenplan, Beobachtungsbogen und persönliche Hunde-Routine</w:t>
      </w:r>
    </w:p>
    <w:p w:rsidR="00A61E68" w:rsidRPr="00DD3D21" w:rsidRDefault="00EC4D26">
      <w:pPr>
        <w:spacing w:after="120"/>
        <w:rPr>
          <w:rFonts w:ascii="Arial" w:hAnsi="Arial" w:cs="Arial"/>
        </w:rPr>
      </w:pPr>
      <w:r w:rsidRPr="00DD3D21">
        <w:rPr>
          <w:rFonts w:ascii="Arial" w:hAnsi="Arial" w:cs="Arial"/>
        </w:rPr>
        <w:br/>
        <w:t>Wochenplan, Beobachtungsbogen und per</w:t>
      </w:r>
      <w:r w:rsidR="00595CE6">
        <w:rPr>
          <w:rFonts w:ascii="Arial" w:hAnsi="Arial" w:cs="Arial"/>
        </w:rPr>
        <w:t>sönliche Hunde-Routine</w:t>
      </w:r>
      <w:r w:rsidR="00595CE6">
        <w:rPr>
          <w:rFonts w:ascii="Arial" w:hAnsi="Arial" w:cs="Arial"/>
        </w:rPr>
        <w:br/>
        <w:t>Seite 378</w:t>
      </w:r>
    </w:p>
    <w:p w:rsidR="008F00BD" w:rsidRPr="00DD3D21" w:rsidRDefault="008F00BD" w:rsidP="00075E44">
      <w:pPr>
        <w:spacing w:before="100" w:beforeAutospacing="1" w:after="80" w:afterAutospacing="1"/>
        <w:rPr>
          <w:rFonts w:ascii="Arial" w:eastAsia="Times New Roman" w:hAnsi="Arial" w:cs="Arial"/>
          <w:sz w:val="24"/>
          <w:szCs w:val="24"/>
          <w:lang w:eastAsia="de-AT"/>
        </w:rPr>
      </w:pPr>
    </w:p>
    <w:p w:rsidR="00EC4D26" w:rsidRPr="00DD3D21" w:rsidRDefault="00EC4D26" w:rsidP="00735B97">
      <w:pPr>
        <w:spacing w:before="100" w:beforeAutospacing="1" w:after="80" w:afterAutospacing="1"/>
        <w:outlineLvl w:val="1"/>
        <w:rPr>
          <w:rFonts w:ascii="Arial" w:eastAsia="Times New Roman" w:hAnsi="Arial" w:cs="Arial"/>
          <w:b/>
          <w:bCs/>
          <w:sz w:val="36"/>
          <w:szCs w:val="36"/>
          <w:lang w:eastAsia="de-AT"/>
        </w:rPr>
      </w:pPr>
    </w:p>
    <w:p w:rsidR="00EC4D26" w:rsidRPr="00DD3D21" w:rsidRDefault="00EC4D26" w:rsidP="00735B97">
      <w:pPr>
        <w:spacing w:before="100" w:beforeAutospacing="1" w:after="80" w:afterAutospacing="1"/>
        <w:outlineLvl w:val="1"/>
        <w:rPr>
          <w:rFonts w:ascii="Arial" w:eastAsia="Times New Roman" w:hAnsi="Arial" w:cs="Arial"/>
          <w:b/>
          <w:bCs/>
          <w:sz w:val="36"/>
          <w:szCs w:val="36"/>
          <w:lang w:eastAsia="de-AT"/>
        </w:rPr>
      </w:pPr>
    </w:p>
    <w:p w:rsidR="00735B97" w:rsidRPr="00DD3D21" w:rsidRDefault="00735B97" w:rsidP="00E3115D">
      <w:pPr>
        <w:spacing w:beforeAutospacing="1" w:after="120" w:afterAutospacing="1"/>
        <w:jc w:val="center"/>
        <w:outlineLvl w:val="1"/>
        <w:rPr>
          <w:rFonts w:ascii="Arial" w:eastAsia="Times New Roman" w:hAnsi="Arial" w:cs="Arial"/>
          <w:b/>
          <w:bCs/>
          <w:sz w:val="36"/>
          <w:szCs w:val="36"/>
          <w:lang w:eastAsia="de-AT"/>
        </w:rPr>
      </w:pPr>
      <w:r w:rsidRPr="00DD3D21">
        <w:rPr>
          <w:rFonts w:ascii="Arial" w:eastAsia="Times New Roman" w:hAnsi="Arial" w:cs="Arial"/>
          <w:b/>
          <w:bCs/>
          <w:sz w:val="40"/>
          <w:szCs w:val="36"/>
          <w:lang w:eastAsia="de-AT"/>
        </w:rPr>
        <w:lastRenderedPageBreak/>
        <w:t>Einleitung</w:t>
      </w:r>
    </w:p>
    <w:p w:rsidR="00735B97" w:rsidRPr="00DD3D21" w:rsidRDefault="00735B97" w:rsidP="00735B97">
      <w:pPr>
        <w:spacing w:beforeAutospacing="1" w:after="120" w:afterAutospacing="1"/>
        <w:outlineLvl w:val="2"/>
        <w:rPr>
          <w:rFonts w:ascii="Arial" w:eastAsia="Times New Roman" w:hAnsi="Arial" w:cs="Arial"/>
          <w:b/>
          <w:bCs/>
          <w:sz w:val="27"/>
          <w:szCs w:val="27"/>
          <w:lang w:eastAsia="de-AT"/>
        </w:rPr>
      </w:pPr>
      <w:r w:rsidRPr="00DD3D21">
        <w:rPr>
          <w:rFonts w:ascii="Arial" w:eastAsia="Times New Roman" w:hAnsi="Arial" w:cs="Arial"/>
          <w:b/>
          <w:bCs/>
          <w:sz w:val="27"/>
          <w:szCs w:val="27"/>
          <w:lang w:eastAsia="de-AT"/>
        </w:rPr>
        <w:t>Beschäftigung muss nicht kompliziert sein</w:t>
      </w:r>
    </w:p>
    <w:p w:rsidR="00863FD9" w:rsidRPr="00DD3D21" w:rsidRDefault="009C0FD0">
      <w:pPr>
        <w:pBdr>
          <w:top w:val="single" w:sz="10" w:space="6" w:color="6FA66A"/>
          <w:left w:val="single" w:sz="10" w:space="6" w:color="6FA66A"/>
          <w:bottom w:val="single" w:sz="10" w:space="6" w:color="6FA66A"/>
          <w:right w:val="single" w:sz="10" w:space="6" w:color="6FA66A"/>
        </w:pBdr>
        <w:shd w:val="clear" w:color="auto" w:fill="F2F2F2"/>
        <w:spacing w:after="120"/>
        <w:ind w:left="160" w:right="160"/>
        <w:rPr>
          <w:rFonts w:ascii="Arial" w:hAnsi="Arial" w:cs="Arial"/>
        </w:rPr>
      </w:pPr>
      <w:r w:rsidRPr="00DD3D21">
        <w:rPr>
          <w:rFonts w:ascii="Arial" w:hAnsi="Arial" w:cs="Arial"/>
          <w:b/>
          <w:color w:val="222222"/>
        </w:rPr>
        <w:t>MERKE: Beschäftigung ohne Schnickschnack bedeutet: weniger Druck, mehr Alltagstauglichkeit und ein genauer Blick auf das, was dein Hund wirklich braucht.</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Viele Menschen lieben ihre Hunde von ganzem Herzen. Sie kaufen Spielzeug, Leinen, Körbchen, Kauartikel, Trainingszubehör und manchmal auch Dinge, die der Hund selbst wahrscheinlich nie gebraucht hätte. Natürlich ist daran nichts falsch. Es macht Freude, dem eigenen Hund etwas Schönes zu schenken. Doch im Alltag stellt sich irgendwann eine viel wichtigere Frage:</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b/>
          <w:bCs/>
          <w:sz w:val="24"/>
          <w:szCs w:val="24"/>
          <w:lang w:eastAsia="de-AT"/>
        </w:rPr>
        <w:t>Was braucht mein Hund wirklich, um zufrieden, ausgeglichen und glücklich zu sein?</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 xml:space="preserve">Die Antwort ist oft einfacher, als man denkt. Ein Hund braucht nicht ständig neue Dinge. Er braucht keine </w:t>
      </w:r>
      <w:proofErr w:type="spellStart"/>
      <w:r w:rsidRPr="00DD3D21">
        <w:rPr>
          <w:rFonts w:ascii="Arial" w:eastAsia="Times New Roman" w:hAnsi="Arial" w:cs="Arial"/>
          <w:sz w:val="24"/>
          <w:szCs w:val="24"/>
          <w:lang w:eastAsia="de-AT"/>
        </w:rPr>
        <w:t>Dauerbespaßung</w:t>
      </w:r>
      <w:proofErr w:type="spellEnd"/>
      <w:r w:rsidRPr="00DD3D21">
        <w:rPr>
          <w:rFonts w:ascii="Arial" w:eastAsia="Times New Roman" w:hAnsi="Arial" w:cs="Arial"/>
          <w:sz w:val="24"/>
          <w:szCs w:val="24"/>
          <w:lang w:eastAsia="de-AT"/>
        </w:rPr>
        <w:t xml:space="preserve"> und auch kein perfektes Programm. Er braucht einen Menschen, der ihn versteht. Er braucht Bewegung, Ruhe, Sicherheit, klare Regeln, Futter, Pflege, Zuwendung und Beschäftigung, die zu ihm passt.</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Genau darum geht es in diesem Buch.</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Hier findest du keine komplizierten Trainingspläne, keine übertriebenen Versprechen und keine Beschäftigungsideen, für die man erst zehn verschiedene Dinge kaufen muss. Dieses Buch zeigt einfache Möglichkeiten, wie du deinen Hund im Alltag sinnvoll beschäftigen kannst – mit wenig Material, oft sogar ganz ohne Zubehör.</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lastRenderedPageBreak/>
        <w:t>Denn Hunde erleben die Welt anders als wir Menschen. Für sie ist ein Spaziergang nicht nur Bewegung. Er ist Zeitunglesen, Spurensuche, Abenteuer und Orientierung zugleich. Ein Karton kann spannender sein als ein teures Spielzeug. Eine kleine Futtersuche kann mehr bewirken als wildes Rennen. Und manchmal ist die beste Beschäftigung nicht noch mehr Action, sondern Ruhe.</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Viele Probleme im Alltag entstehen nicht, weil ein Hund „schwierig“ ist, sondern weil seine Bedürfnisse nicht richtig erkannt werden. Manche Hunde sind unterfordert. Andere sind überfordert. Manche bekommen zu wenig Bewegung, andere zu wenig Schlaf. Manche Hunde sollen ständig funktionieren, obwohl sie eigentlich mehr Sicherheit, Geduld oder Entspannung brauchen.</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Dieses Buch soll helfen, den eigenen Hund besser zu verstehen. Es soll zeigen, wie wertvoll einfache Dinge sein können: gemeinsam gehen, schnüffeln lassen, kleine Aufgaben stellen, Ruhe üben, Vertrauen aufbauen und den Hund als das sehen, was er ist – ein Lebewesen mit eigenen Bedürfnissen, Gefühlen und Grenzen.</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Du musst nicht perfekt sein, um deinem Hund ein gutes Leben zu schenken. Du musst auch nicht jeden Tag alles richtig machen. Wichtig ist, dass du bereit bist, deinen Hund aufmerksam wahrzunehmen und seinen Alltag so zu gestalten, dass er sich sicher, verstanden und beschäftigt fühlt.</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Beschäftigung ohne Schnickschnack bedeutet nicht langweilig. Im Gegenteil. Es bedeutet, sich auf das Wesentliche zu konzentrieren.</w:t>
      </w:r>
    </w:p>
    <w:p w:rsidR="00B72352" w:rsidRPr="00DD3D21" w:rsidRDefault="00735B97" w:rsidP="009C0FD0">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lastRenderedPageBreak/>
        <w:t>Auf deinen Hund.</w:t>
      </w:r>
      <w:r w:rsidRPr="00DD3D21">
        <w:rPr>
          <w:rFonts w:ascii="Arial" w:eastAsia="Times New Roman" w:hAnsi="Arial" w:cs="Arial"/>
          <w:sz w:val="24"/>
          <w:szCs w:val="24"/>
          <w:lang w:eastAsia="de-AT"/>
        </w:rPr>
        <w:br/>
        <w:t>Auf eure gemeinsame Zeit.</w:t>
      </w:r>
      <w:r w:rsidRPr="00DD3D21">
        <w:rPr>
          <w:rFonts w:ascii="Arial" w:eastAsia="Times New Roman" w:hAnsi="Arial" w:cs="Arial"/>
          <w:sz w:val="24"/>
          <w:szCs w:val="24"/>
          <w:lang w:eastAsia="de-AT"/>
        </w:rPr>
        <w:br/>
        <w:t>Auf kleine Ideen mit großer Wirkung.</w:t>
      </w:r>
    </w:p>
    <w:p w:rsidR="00B72352" w:rsidRPr="00DD3D21" w:rsidRDefault="00D923F5" w:rsidP="00E62803">
      <w:pPr>
        <w:pBdr>
          <w:top w:val="single" w:sz="10" w:space="6" w:color="D6A400"/>
          <w:left w:val="single" w:sz="10" w:space="6" w:color="D6A400"/>
          <w:bottom w:val="single" w:sz="10" w:space="6" w:color="D6A400"/>
          <w:right w:val="single" w:sz="10" w:space="6" w:color="D6A400"/>
        </w:pBdr>
        <w:shd w:val="clear" w:color="auto" w:fill="F2F2F2"/>
        <w:spacing w:after="120"/>
        <w:ind w:left="160" w:right="160"/>
        <w:rPr>
          <w:rFonts w:ascii="Arial" w:hAnsi="Arial" w:cs="Arial"/>
        </w:rPr>
      </w:pPr>
      <w:r w:rsidRPr="00DD3D21">
        <w:rPr>
          <w:rFonts w:ascii="Arial" w:eastAsia="Times New Roman" w:hAnsi="Arial" w:cs="Arial"/>
          <w:noProof/>
          <w:sz w:val="24"/>
          <w:szCs w:val="24"/>
          <w:lang w:eastAsia="de-AT"/>
        </w:rPr>
        <w:drawing>
          <wp:anchor distT="0" distB="0" distL="114300" distR="114300" simplePos="0" relativeHeight="251658240" behindDoc="0" locked="0" layoutInCell="1" allowOverlap="1" wp14:anchorId="0067083E" wp14:editId="0BB3D18C">
            <wp:simplePos x="0" y="0"/>
            <wp:positionH relativeFrom="margin">
              <wp:align>center</wp:align>
            </wp:positionH>
            <wp:positionV relativeFrom="paragraph">
              <wp:posOffset>1376680</wp:posOffset>
            </wp:positionV>
            <wp:extent cx="4299585" cy="3224530"/>
            <wp:effectExtent l="0" t="0" r="571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tGPT Image 30. Apr. 2026, 11_49_2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9585" cy="3224530"/>
                    </a:xfrm>
                    <a:prstGeom prst="rect">
                      <a:avLst/>
                    </a:prstGeom>
                  </pic:spPr>
                </pic:pic>
              </a:graphicData>
            </a:graphic>
          </wp:anchor>
        </w:drawing>
      </w:r>
      <w:r w:rsidR="009C0FD0" w:rsidRPr="00DD3D21">
        <w:rPr>
          <w:rFonts w:ascii="Arial" w:hAnsi="Arial" w:cs="Arial"/>
          <w:b/>
          <w:color w:val="222222"/>
        </w:rPr>
        <w:t xml:space="preserve">PRAXISTIPP: </w:t>
      </w:r>
      <w:r w:rsidR="009C0FD0" w:rsidRPr="00DD3D21">
        <w:rPr>
          <w:rFonts w:ascii="Arial" w:hAnsi="Arial" w:cs="Arial"/>
          <w:color w:val="222222"/>
        </w:rPr>
        <w:t>Lege dir beim Lesen kleine Notizen an: Was tut meinem Hund gut? Was macht ihn unruhig? So wird aus dem Buch direkt ein persönlicher Alltagsplan.</w:t>
      </w:r>
    </w:p>
    <w:p w:rsidR="00735B97" w:rsidRPr="00DD3D21" w:rsidRDefault="00735B97" w:rsidP="00735B97">
      <w:pPr>
        <w:pageBreakBefore/>
        <w:spacing w:beforeAutospacing="1" w:after="120" w:afterAutospacing="1"/>
        <w:jc w:val="center"/>
        <w:outlineLvl w:val="0"/>
        <w:rPr>
          <w:rFonts w:ascii="Arial" w:eastAsia="Times New Roman" w:hAnsi="Arial" w:cs="Arial"/>
          <w:b/>
          <w:bCs/>
          <w:kern w:val="36"/>
          <w:sz w:val="48"/>
          <w:szCs w:val="48"/>
          <w:lang w:eastAsia="de-AT"/>
        </w:rPr>
      </w:pPr>
      <w:r w:rsidRPr="00DD3D21">
        <w:rPr>
          <w:rFonts w:ascii="Arial" w:eastAsia="Times New Roman" w:hAnsi="Arial" w:cs="Arial"/>
          <w:b/>
          <w:bCs/>
          <w:kern w:val="36"/>
          <w:sz w:val="36"/>
          <w:szCs w:val="48"/>
          <w:lang w:eastAsia="de-AT"/>
        </w:rPr>
        <w:lastRenderedPageBreak/>
        <w:t>Kapitel 1</w:t>
      </w:r>
    </w:p>
    <w:p w:rsidR="00735B97" w:rsidRPr="00DD3D21" w:rsidRDefault="00735B97" w:rsidP="00735B97">
      <w:pPr>
        <w:spacing w:beforeAutospacing="1" w:after="120" w:afterAutospacing="1"/>
        <w:jc w:val="center"/>
        <w:outlineLvl w:val="1"/>
        <w:rPr>
          <w:rFonts w:ascii="Arial" w:eastAsia="Times New Roman" w:hAnsi="Arial" w:cs="Arial"/>
          <w:b/>
          <w:bCs/>
          <w:sz w:val="36"/>
          <w:szCs w:val="36"/>
          <w:lang w:eastAsia="de-AT"/>
        </w:rPr>
      </w:pPr>
      <w:r w:rsidRPr="00DD3D21">
        <w:rPr>
          <w:rFonts w:ascii="Arial" w:eastAsia="Times New Roman" w:hAnsi="Arial" w:cs="Arial"/>
          <w:b/>
          <w:bCs/>
          <w:sz w:val="32"/>
          <w:szCs w:val="36"/>
          <w:lang w:eastAsia="de-AT"/>
        </w:rPr>
        <w:t>Warum Beschäftigung für Hunde so wichtig ist</w:t>
      </w:r>
    </w:p>
    <w:p w:rsidR="00863FD9" w:rsidRPr="00DD3D21" w:rsidRDefault="009C0FD0">
      <w:pPr>
        <w:pBdr>
          <w:top w:val="single" w:sz="10" w:space="6" w:color="6FA66A"/>
          <w:left w:val="single" w:sz="10" w:space="6" w:color="6FA66A"/>
          <w:bottom w:val="single" w:sz="10" w:space="6" w:color="6FA66A"/>
          <w:right w:val="single" w:sz="10" w:space="6" w:color="6FA66A"/>
        </w:pBdr>
        <w:shd w:val="clear" w:color="auto" w:fill="F2F2F2"/>
        <w:spacing w:after="120"/>
        <w:ind w:left="160" w:right="160"/>
        <w:rPr>
          <w:rFonts w:ascii="Arial" w:hAnsi="Arial" w:cs="Arial"/>
        </w:rPr>
      </w:pPr>
      <w:r w:rsidRPr="00DD3D21">
        <w:rPr>
          <w:rFonts w:ascii="Arial" w:hAnsi="Arial" w:cs="Arial"/>
          <w:b/>
          <w:color w:val="222222"/>
        </w:rPr>
        <w:t>MERKE: Gute Beschäftigung macht einen Hund nicht nur müde, sondern zufriedener. Sie spricht Körper, Kopf, Nase und Beziehung an.</w:t>
      </w:r>
    </w:p>
    <w:p w:rsidR="00A61E68" w:rsidRPr="00DD3D21" w:rsidRDefault="00EC4D26">
      <w:pPr>
        <w:pStyle w:val="BoxText"/>
        <w:pBdr>
          <w:top w:val="single" w:sz="6" w:space="4" w:color="A9C7A6"/>
          <w:left w:val="single" w:sz="6" w:space="4" w:color="A9C7A6"/>
          <w:bottom w:val="single" w:sz="6" w:space="4" w:color="A9C7A6"/>
          <w:right w:val="single" w:sz="6" w:space="4" w:color="A9C7A6"/>
        </w:pBdr>
        <w:shd w:val="clear" w:color="auto" w:fill="F2F2F2"/>
        <w:spacing w:before="80"/>
        <w:ind w:left="142" w:right="142"/>
        <w:rPr>
          <w:rFonts w:cs="Arial"/>
        </w:rPr>
      </w:pPr>
      <w:r w:rsidRPr="00DD3D21">
        <w:rPr>
          <w:rFonts w:cs="Arial"/>
          <w:b/>
        </w:rPr>
        <w:t>INFOBOX:</w:t>
      </w:r>
      <w:r w:rsidRPr="00DD3D21">
        <w:rPr>
          <w:rFonts w:cs="Arial"/>
        </w:rPr>
        <w:t xml:space="preserve"> Darum geht es in diesem Kapitel</w:t>
      </w:r>
      <w:r w:rsidRPr="00DD3D21">
        <w:rPr>
          <w:rFonts w:cs="Arial"/>
        </w:rPr>
        <w:br/>
        <w:t>Du erfährst, warum Beschäftigung für Hunde wichtig ist - und warum es nicht um Daueraction geht, sondern um die richtige Mischung aus Bewegung, Nasenarbeit, Kopfarbeit, Ruhe und gemeinsamer Zeit.</w:t>
      </w:r>
    </w:p>
    <w:p w:rsidR="00A61E68" w:rsidRPr="00DD3D21" w:rsidRDefault="00EC4D26">
      <w:pPr>
        <w:pStyle w:val="BoxText"/>
        <w:pBdr>
          <w:top w:val="single" w:sz="6" w:space="4" w:color="A9C7A6"/>
          <w:left w:val="single" w:sz="6" w:space="4" w:color="A9C7A6"/>
          <w:bottom w:val="single" w:sz="6" w:space="4" w:color="A9C7A6"/>
          <w:right w:val="single" w:sz="6" w:space="4" w:color="A9C7A6"/>
        </w:pBdr>
        <w:shd w:val="clear" w:color="auto" w:fill="F2F2F2"/>
        <w:spacing w:before="80"/>
        <w:ind w:left="142" w:right="142"/>
        <w:rPr>
          <w:rFonts w:cs="Arial"/>
        </w:rPr>
      </w:pPr>
      <w:r w:rsidRPr="00DD3D21">
        <w:rPr>
          <w:rFonts w:cs="Arial"/>
          <w:b/>
        </w:rPr>
        <w:t>PRAXISTIPP: Achte heute einmal darauf, ob dein Hund nach einer Beschäftigung wirklich ruhiger wird oder eher hochdreht.</w:t>
      </w:r>
    </w:p>
    <w:p w:rsidR="007701D2" w:rsidRPr="00DD3D21" w:rsidRDefault="00797932">
      <w:pPr>
        <w:shd w:val="clear" w:color="auto" w:fill="F2F2F2"/>
        <w:spacing w:after="120"/>
        <w:rPr>
          <w:rFonts w:ascii="Arial" w:hAnsi="Arial" w:cs="Arial"/>
        </w:rPr>
      </w:pPr>
      <w:r w:rsidRPr="00DD3D21">
        <w:rPr>
          <w:rFonts w:ascii="Arial" w:hAnsi="Arial" w:cs="Arial"/>
          <w:b/>
        </w:rPr>
        <w:t xml:space="preserve">CHECKLISTE: Gute Beschäftigung erkennst du </w:t>
      </w:r>
      <w:proofErr w:type="gramStart"/>
      <w:r w:rsidRPr="00DD3D21">
        <w:rPr>
          <w:rFonts w:ascii="Arial" w:hAnsi="Arial" w:cs="Arial"/>
          <w:b/>
        </w:rPr>
        <w:t>daran ...</w:t>
      </w:r>
      <w:proofErr w:type="gramEnd"/>
    </w:p>
    <w:p w:rsidR="007701D2" w:rsidRPr="00DD3D21" w:rsidRDefault="00797932">
      <w:pPr>
        <w:spacing w:after="120"/>
        <w:rPr>
          <w:rFonts w:ascii="Arial" w:hAnsi="Arial" w:cs="Arial"/>
        </w:rPr>
      </w:pPr>
      <w:r w:rsidRPr="00DD3D21">
        <w:rPr>
          <w:rFonts w:ascii="Arial" w:hAnsi="Arial" w:cs="Arial"/>
        </w:rPr>
        <w:t>□ Dein Hund wirkt während der Aufgabe interessiert, aber nicht hektisch.</w:t>
      </w:r>
    </w:p>
    <w:p w:rsidR="007701D2" w:rsidRPr="00DD3D21" w:rsidRDefault="00797932">
      <w:pPr>
        <w:spacing w:after="120"/>
        <w:rPr>
          <w:rFonts w:ascii="Arial" w:hAnsi="Arial" w:cs="Arial"/>
        </w:rPr>
      </w:pPr>
      <w:r w:rsidRPr="00DD3D21">
        <w:rPr>
          <w:rFonts w:ascii="Arial" w:hAnsi="Arial" w:cs="Arial"/>
        </w:rPr>
        <w:t>□ Er kann zwischendurch ansprechbar bleiben.</w:t>
      </w:r>
    </w:p>
    <w:p w:rsidR="007701D2" w:rsidRPr="00DD3D21" w:rsidRDefault="00797932">
      <w:pPr>
        <w:spacing w:after="120"/>
        <w:rPr>
          <w:rFonts w:ascii="Arial" w:hAnsi="Arial" w:cs="Arial"/>
        </w:rPr>
      </w:pPr>
      <w:r w:rsidRPr="00DD3D21">
        <w:rPr>
          <w:rFonts w:ascii="Arial" w:hAnsi="Arial" w:cs="Arial"/>
        </w:rPr>
        <w:t>□ Er wird nicht grob, frustriert oder völlig aufgedreht.</w:t>
      </w:r>
    </w:p>
    <w:p w:rsidR="007701D2" w:rsidRPr="00DD3D21" w:rsidRDefault="00797932">
      <w:pPr>
        <w:spacing w:after="120"/>
        <w:rPr>
          <w:rFonts w:ascii="Arial" w:hAnsi="Arial" w:cs="Arial"/>
        </w:rPr>
      </w:pPr>
      <w:r w:rsidRPr="00DD3D21">
        <w:rPr>
          <w:rFonts w:ascii="Arial" w:hAnsi="Arial" w:cs="Arial"/>
        </w:rPr>
        <w:t>□ Nach der Aufgabe kann er Wasser trinken, sich lösen oder ruhen.</w:t>
      </w:r>
    </w:p>
    <w:p w:rsidR="007701D2" w:rsidRPr="00DD3D21" w:rsidRDefault="00797932">
      <w:pPr>
        <w:spacing w:after="120"/>
        <w:rPr>
          <w:rFonts w:ascii="Arial" w:hAnsi="Arial" w:cs="Arial"/>
        </w:rPr>
      </w:pPr>
      <w:r w:rsidRPr="00DD3D21">
        <w:rPr>
          <w:rFonts w:ascii="Arial" w:hAnsi="Arial" w:cs="Arial"/>
        </w:rPr>
        <w:t>□ Du hast nicht das Gefühl, immer noch mehr anbieten zu müssen.</w:t>
      </w:r>
    </w:p>
    <w:p w:rsidR="007701D2" w:rsidRPr="00DD3D21" w:rsidRDefault="00797932">
      <w:pPr>
        <w:spacing w:after="120"/>
        <w:rPr>
          <w:rFonts w:ascii="Arial" w:hAnsi="Arial" w:cs="Arial"/>
        </w:rPr>
      </w:pPr>
      <w:r w:rsidRPr="00DD3D21">
        <w:rPr>
          <w:rFonts w:ascii="Arial" w:hAnsi="Arial" w:cs="Arial"/>
          <w:b/>
        </w:rPr>
        <w:t>Notizfrage: Welche Beschäftigung hat deinem Hund zuletzt wirklich gutgetan?</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 xml:space="preserve">Ein Hund ist kein </w:t>
      </w:r>
      <w:proofErr w:type="spellStart"/>
      <w:r w:rsidRPr="00DD3D21">
        <w:rPr>
          <w:rFonts w:ascii="Arial" w:eastAsia="Times New Roman" w:hAnsi="Arial" w:cs="Arial"/>
          <w:sz w:val="24"/>
          <w:szCs w:val="24"/>
          <w:lang w:eastAsia="de-AT"/>
        </w:rPr>
        <w:t>Dekostück</w:t>
      </w:r>
      <w:proofErr w:type="spellEnd"/>
      <w:r w:rsidRPr="00DD3D21">
        <w:rPr>
          <w:rFonts w:ascii="Arial" w:eastAsia="Times New Roman" w:hAnsi="Arial" w:cs="Arial"/>
          <w:sz w:val="24"/>
          <w:szCs w:val="24"/>
          <w:lang w:eastAsia="de-AT"/>
        </w:rPr>
        <w:t xml:space="preserve"> für das Wohnzimmer und auch kein Wesen, das einfach nur nebenbei mitläuft. Ein Hund ist ein lebendiges, fühlendes Tier mit eigenen Bedürfnissen, Instinkten, Gewohnheiten und Fähigkeiten. Er nimmt seine Umgebung aufmerksam wahr, riecht Dinge, die wir Menschen nie bemerken würden, beobachtet Bewegungen, hört feinste </w:t>
      </w:r>
      <w:r w:rsidRPr="00DD3D21">
        <w:rPr>
          <w:rFonts w:ascii="Arial" w:eastAsia="Times New Roman" w:hAnsi="Arial" w:cs="Arial"/>
          <w:sz w:val="24"/>
          <w:szCs w:val="24"/>
          <w:lang w:eastAsia="de-AT"/>
        </w:rPr>
        <w:lastRenderedPageBreak/>
        <w:t>Geräusche und reagiert oft viel sensibler auf Stimmungen, als wir denken.</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Damit ein Hund zufrieden leben kann, braucht er nicht nur Futter, Wasser und einen Schlafplatz. Natürlich sind diese Dinge wichtig. Aber sie allein reichen nicht aus. Ein Hund braucht auch Beschäftigung. Er braucht Aufgaben, Sinneseindrücke, Bewegung, Ruhe, Kontakt, Orientierung und das Gefühl, Teil seines Menschenrudels zu sein.</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 xml:space="preserve">Beschäftigung bedeutet dabei nicht, dass der Hund den ganzen Tag </w:t>
      </w:r>
      <w:proofErr w:type="spellStart"/>
      <w:r w:rsidRPr="00DD3D21">
        <w:rPr>
          <w:rFonts w:ascii="Arial" w:eastAsia="Times New Roman" w:hAnsi="Arial" w:cs="Arial"/>
          <w:sz w:val="24"/>
          <w:szCs w:val="24"/>
          <w:lang w:eastAsia="de-AT"/>
        </w:rPr>
        <w:t>bespaßt</w:t>
      </w:r>
      <w:proofErr w:type="spellEnd"/>
      <w:r w:rsidRPr="00DD3D21">
        <w:rPr>
          <w:rFonts w:ascii="Arial" w:eastAsia="Times New Roman" w:hAnsi="Arial" w:cs="Arial"/>
          <w:sz w:val="24"/>
          <w:szCs w:val="24"/>
          <w:lang w:eastAsia="de-AT"/>
        </w:rPr>
        <w:t xml:space="preserve"> werden muss. Es bedeutet auch nicht, dass man ständig neue Spielsachen kaufen oder täglich stundenlange Trainingsprogramme durchführen muss. Gute Beschäftigung ist viel einfacher. Sie passt zum Hund, zum Alltag und zu den Möglichkeiten des Menschen.</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Ein Hund möchte seine Fähigkeiten nutzen dürfen. Er möchte schnüffeln, suchen, laufen, beobachten, lernen, kauen, ruhen und mit seinem Menschen in Verbindung stehen. Wenn diese Bedürfnisse dauerhaft zu kurz kommen, kann das den Hund unausgeglichen machen. Manche Hunde werden dann unruhig, andere wirken traurig oder lustlos. Wieder andere entwickeln Verhaltensweisen, die für den Menschen anstrengend werden.</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Beschäftigung ist deshalb kein Luxus. Sie gehört zu einem guten Hundeleben dazu.</w:t>
      </w:r>
    </w:p>
    <w:p w:rsidR="00735B97" w:rsidRPr="00DD3D21" w:rsidRDefault="00735B97" w:rsidP="00735B97">
      <w:pPr>
        <w:spacing w:after="80"/>
        <w:rPr>
          <w:rFonts w:ascii="Arial" w:eastAsia="Times New Roman" w:hAnsi="Arial" w:cs="Arial"/>
          <w:sz w:val="24"/>
          <w:szCs w:val="24"/>
          <w:lang w:eastAsia="de-AT"/>
        </w:rPr>
      </w:pPr>
    </w:p>
    <w:p w:rsidR="003511CF" w:rsidRDefault="003511CF" w:rsidP="003511CF">
      <w:pPr>
        <w:spacing w:before="100" w:beforeAutospacing="1" w:after="100" w:afterAutospacing="1"/>
        <w:outlineLvl w:val="1"/>
        <w:rPr>
          <w:rFonts w:ascii="Arial" w:eastAsia="Times New Roman" w:hAnsi="Arial" w:cs="Arial"/>
          <w:b/>
          <w:bCs/>
          <w:sz w:val="36"/>
          <w:szCs w:val="36"/>
          <w:lang w:eastAsia="de-AT"/>
        </w:rPr>
      </w:pPr>
    </w:p>
    <w:p w:rsidR="00735B97" w:rsidRPr="00DD3D21" w:rsidRDefault="00735B97" w:rsidP="003511CF">
      <w:pPr>
        <w:spacing w:before="100" w:beforeAutospacing="1" w:after="100" w:afterAutospacing="1"/>
        <w:outlineLvl w:val="1"/>
        <w:rPr>
          <w:rFonts w:ascii="Arial" w:eastAsia="Times New Roman" w:hAnsi="Arial" w:cs="Arial"/>
          <w:b/>
          <w:bCs/>
          <w:sz w:val="36"/>
          <w:szCs w:val="36"/>
          <w:lang w:eastAsia="de-AT"/>
        </w:rPr>
      </w:pPr>
      <w:r w:rsidRPr="00DD3D21">
        <w:rPr>
          <w:rFonts w:ascii="Arial" w:eastAsia="Times New Roman" w:hAnsi="Arial" w:cs="Arial"/>
          <w:b/>
          <w:bCs/>
          <w:sz w:val="36"/>
          <w:szCs w:val="36"/>
          <w:lang w:eastAsia="de-AT"/>
        </w:rPr>
        <w:lastRenderedPageBreak/>
        <w:t>Hunde brauchen mehr als nur Bewegung</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Viele Menschen denken bei Hundebeschäftigung zuerst an Bewegung. Sie glauben: Wenn der Hund lange genug spazieren geht oder viel rennt, ist er automatisch ausgelastet. Bewegung ist wichtig, keine Frage. Jeder Hund braucht körperliche Aktivität, angepasst an Alter, Gesundheit, Größe und Charakter. Aber Bewegung allein reicht nicht immer aus.</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 xml:space="preserve">Ein Hund kann nach einem langen Spaziergang körperlich müde sein und trotzdem innerlich unruhig bleiben. Das passiert vor allem dann, wenn er zwar gelaufen ist, aber kaum </w:t>
      </w:r>
      <w:proofErr w:type="gramStart"/>
      <w:r w:rsidRPr="00DD3D21">
        <w:rPr>
          <w:rFonts w:ascii="Arial" w:eastAsia="Times New Roman" w:hAnsi="Arial" w:cs="Arial"/>
          <w:sz w:val="24"/>
          <w:szCs w:val="24"/>
          <w:lang w:eastAsia="de-AT"/>
        </w:rPr>
        <w:t>schnüffeln</w:t>
      </w:r>
      <w:proofErr w:type="gramEnd"/>
      <w:r w:rsidRPr="00DD3D21">
        <w:rPr>
          <w:rFonts w:ascii="Arial" w:eastAsia="Times New Roman" w:hAnsi="Arial" w:cs="Arial"/>
          <w:sz w:val="24"/>
          <w:szCs w:val="24"/>
          <w:lang w:eastAsia="de-AT"/>
        </w:rPr>
        <w:t>, entdecken oder geistig arbeiten durfte. Für Hunde ist ein Spaziergang nämlich viel mehr als ein Weg von A nach B. Ein Spaziergang ist für sie wie eine Zeitung voller Informationen.</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An jedem Grashalm, an jeder Hausecke und an jedem Baum können Gerüche hängen. Andere Hunde, Menschen, Tiere, Futterreste, Regen, Erde, Wind und viele weitere Spuren hinterlassen Botschaften. Während wir Menschen vielleicht nur denken: „Komm, wir gehen schnell eine Runde“, ist der Hund mitten in einer Welt voller Gerüche und Eindrücke.</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Wenn ein Hund beim Spaziergang nie stehen bleiben darf, nie schnüffeln darf und immer nur nebenher funktionieren soll, fehlt ihm ein wichtiger Teil seiner natürlichen Beschäftigung. Natürlich muss ein Hund lernen, ordentlich an der Leine zu gehen. Er soll nicht überall hinziehen und nicht jede Situation selbst entscheiden. Aber trotzdem braucht er Momente, in denen er bewusst schnüffeln, erkunden und Hund sein darf.</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lastRenderedPageBreak/>
        <w:t>Ein zehnminütiger Schnüffelspaziergang kann für manche Hunde wertvoller sein als zwanzig Minuten hektisches Laufen. Es kommt nicht immer auf die Länge an, sondern auf die Qualität.</w:t>
      </w:r>
    </w:p>
    <w:p w:rsidR="00735B97" w:rsidRPr="00DD3D21" w:rsidRDefault="00735B97" w:rsidP="00735B97">
      <w:pPr>
        <w:spacing w:beforeAutospacing="1" w:after="120" w:afterAutospacing="1"/>
        <w:outlineLvl w:val="1"/>
        <w:rPr>
          <w:rFonts w:ascii="Arial" w:eastAsia="Times New Roman" w:hAnsi="Arial" w:cs="Arial"/>
          <w:b/>
          <w:bCs/>
          <w:sz w:val="36"/>
          <w:szCs w:val="36"/>
          <w:lang w:eastAsia="de-AT"/>
        </w:rPr>
      </w:pPr>
      <w:r w:rsidRPr="00DD3D21">
        <w:rPr>
          <w:rFonts w:ascii="Arial" w:eastAsia="Times New Roman" w:hAnsi="Arial" w:cs="Arial"/>
          <w:b/>
          <w:bCs/>
          <w:sz w:val="36"/>
          <w:szCs w:val="36"/>
          <w:lang w:eastAsia="de-AT"/>
        </w:rPr>
        <w:t>Geistige Beschäftigung macht zufrieden</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Hunde sind lernfähige Tiere. Sie beobachten, verknüpfen, erinnern sich und lösen Aufgaben. Manche Hunde lernen sehr schnell, andere brauchen mehr Zeit. Aber grundsätzlich möchten viele Hunde ihren Kopf benutzen. Sie möchten verstehen, was von ihnen erwartet wird. Sie möchten kleine Aufgaben lösen und Erfolgserlebnisse haben.</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Geistige Beschäftigung kann ganz einfach sein. Der Hund sucht ein paar Futterstücke in der Wohnung. Er lernt, auf seine Decke zu gehen. Er wartet kurz, bevor er fressen darf. Er sucht ein Spielzeug. Er übt einen kleinen Trick. Er folgt einer kurzen Geruchsspur im Garten. Solche Aufgaben wirken auf den ersten Blick unscheinbar, können für den Hund aber sehr wertvoll sein.</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Dabei geht es nicht darum, den Hund zu überfordern oder ständig neue Kommandos einzubauen. Es geht darum, ihm sinnvolle kleine Aufgaben zu geben, die zu ihm passen. Ein Hund, der geistig arbeiten darf, ist oft zufriedener. Er erlebt: „Ich kann etwas. Ich darf mitmachen. Ich verstehe meine Aufgabe.“</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 xml:space="preserve">Gerade Hunde, die schnell unruhig werden, profitieren oft von ruhiger Kopfarbeit. Nicht jeder aufgedrehte Hund braucht noch mehr Action. Manche Hunde brauchen Aufgaben, die sie konzentrieren und herunterfahren lassen. Nasenarbeit, ruhige Suchspiele oder kleine </w:t>
      </w:r>
      <w:r w:rsidRPr="00DD3D21">
        <w:rPr>
          <w:rFonts w:ascii="Arial" w:eastAsia="Times New Roman" w:hAnsi="Arial" w:cs="Arial"/>
          <w:sz w:val="24"/>
          <w:szCs w:val="24"/>
          <w:lang w:eastAsia="de-AT"/>
        </w:rPr>
        <w:lastRenderedPageBreak/>
        <w:t>Konzentrationsübungen können hier viel besser wirken als wildes Rennen oder dauerhaftes Ballwerfen.</w:t>
      </w:r>
    </w:p>
    <w:p w:rsidR="00735B97" w:rsidRPr="00DD3D21" w:rsidRDefault="00735B97" w:rsidP="00735B97">
      <w:pPr>
        <w:spacing w:after="80"/>
        <w:rPr>
          <w:rFonts w:ascii="Arial" w:eastAsia="Times New Roman" w:hAnsi="Arial" w:cs="Arial"/>
          <w:sz w:val="24"/>
          <w:szCs w:val="24"/>
          <w:lang w:eastAsia="de-AT"/>
        </w:rPr>
      </w:pPr>
    </w:p>
    <w:p w:rsidR="00735B97" w:rsidRPr="00DD3D21" w:rsidRDefault="00735B97" w:rsidP="00735B97">
      <w:pPr>
        <w:spacing w:beforeAutospacing="1" w:after="120" w:afterAutospacing="1"/>
        <w:outlineLvl w:val="1"/>
        <w:rPr>
          <w:rFonts w:ascii="Arial" w:eastAsia="Times New Roman" w:hAnsi="Arial" w:cs="Arial"/>
          <w:b/>
          <w:bCs/>
          <w:sz w:val="36"/>
          <w:szCs w:val="36"/>
          <w:lang w:eastAsia="de-AT"/>
        </w:rPr>
      </w:pPr>
      <w:r w:rsidRPr="00DD3D21">
        <w:rPr>
          <w:rFonts w:ascii="Arial" w:eastAsia="Times New Roman" w:hAnsi="Arial" w:cs="Arial"/>
          <w:b/>
          <w:bCs/>
          <w:sz w:val="36"/>
          <w:szCs w:val="36"/>
          <w:lang w:eastAsia="de-AT"/>
        </w:rPr>
        <w:t>Langeweile kann Probleme verursachen</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Ein Hund, der dauerhaft zu wenig Beschäftigung bekommt, sucht sich oft selbst etwas. Das ist nicht böse gemeint. Der Hund denkt nicht: „Heute ärgere ich meinen Menschen.“ Er versucht einfach, mit seiner überschüssigen Energie, seiner Neugier oder seinem inneren Stress umzugehen.</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Manche Hunde beginnen, Möbel anzuknabbern. Andere bellen viel, laufen ständig hinter ihrem Menschen her oder wirken rastlos. Einige graben im Garten, zerpflücken Kissen, klauen Gegenstände oder fordern permanent Aufmerksamkeit ein. Wieder andere ziehen sich zurück und wirken traurig oder desinteressiert.</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Natürlich hat nicht jedes Verhalten automatisch mit Langeweile zu tun. Hinter Unruhe, Bellen oder Zerstören können auch Angst, Schmerzen, Stress, Unsicherheit, fehlende Erziehung oder gesundheitliche Ursachen stecken. Trotzdem ist Unterforderung ein häufiger Punkt, den man ernst nehmen sollte.</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Ein Hund, der nie richtig schnüffeln darf, keine kleinen Aufgaben bekommt, keine ausreichende Bewegung hat und wenig echte Aufmerksamkeit erhält, kann auf Dauer unausgeglichen werden. Beschäftigung gibt dem Hund eine Möglichkeit, seine Energie sinnvoll zu nutzen. Sie hilft ihm, seinen Körper und seinen Kopf einzusetzen.</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lastRenderedPageBreak/>
        <w:t>Aber auch hier gilt: Beschäftigung bedeutet nicht Dauerprogramm. Es geht nicht darum, jede freie Minute des Hundes zu füllen. Ein Hund darf und soll auch Ruhe lernen. Wichtig ist die richtige Balance.</w:t>
      </w:r>
    </w:p>
    <w:p w:rsidR="00735B97" w:rsidRPr="00DD3D21" w:rsidRDefault="00735B97" w:rsidP="00735B97">
      <w:pPr>
        <w:spacing w:after="80"/>
        <w:rPr>
          <w:rFonts w:ascii="Arial" w:eastAsia="Times New Roman" w:hAnsi="Arial" w:cs="Arial"/>
          <w:sz w:val="24"/>
          <w:szCs w:val="24"/>
          <w:lang w:eastAsia="de-AT"/>
        </w:rPr>
      </w:pPr>
    </w:p>
    <w:p w:rsidR="00735B97" w:rsidRPr="00DD3D21" w:rsidRDefault="00735B97" w:rsidP="00735B97">
      <w:pPr>
        <w:spacing w:beforeAutospacing="1" w:after="120" w:afterAutospacing="1"/>
        <w:outlineLvl w:val="1"/>
        <w:rPr>
          <w:rFonts w:ascii="Arial" w:eastAsia="Times New Roman" w:hAnsi="Arial" w:cs="Arial"/>
          <w:b/>
          <w:bCs/>
          <w:sz w:val="36"/>
          <w:szCs w:val="36"/>
          <w:lang w:eastAsia="de-AT"/>
        </w:rPr>
      </w:pPr>
      <w:r w:rsidRPr="00DD3D21">
        <w:rPr>
          <w:rFonts w:ascii="Arial" w:eastAsia="Times New Roman" w:hAnsi="Arial" w:cs="Arial"/>
          <w:b/>
          <w:bCs/>
          <w:sz w:val="36"/>
          <w:szCs w:val="36"/>
          <w:lang w:eastAsia="de-AT"/>
        </w:rPr>
        <w:t>Zu viel Beschäftigung kann ebenfalls schaden</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Manchmal passiert auch das Gegenteil. Aus Liebe zum Hund wird viel zu viel gemacht. Jeden Tag lange Spaziergänge, zusätzlich Hundewiese, danach Training, dann noch Suchspiele, Tricks, Ballwerfen und am Abend vielleicht noch ein Intelligenzspiel. Der Mensch meint es gut, aber der Hund kommt innerlich gar nicht mehr zur Ruhe.</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Ein Hund, der ständig beschäftigt wird, kann lernen, immer mehr zu verlangen. Er erwartet dann dauernd Aktion. Sobald nichts passiert, wird er unruhig. Er stupst den Menschen an, bellt, bringt Spielzeug, läuft herum oder wirkt nervös. Nicht, weil er „undankbar“ ist, sondern weil sein Körper und sein Kopf nie richtig abschalten.</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Das ist besonders bei jungen Hunden wichtig. Viele Welpen und Junghunde werden viel zu früh viel zu stark gefordert. Sie lernen tausend Dinge, besuchen viele Orte, treffen viele Hunde und erleben ständig neue Reize. Dabei brauchen sie eigentlich sehr viel Schlaf, Sicherheit und ruhige Wiederholungen.</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 xml:space="preserve">Auch erwachsene Hunde können überfordert werden. Besonders sensible, unsichere oder reizoffene Hunde brauchen nicht jeden Tag neue Herausforderungen. Sie </w:t>
      </w:r>
      <w:r w:rsidRPr="00DD3D21">
        <w:rPr>
          <w:rFonts w:ascii="Arial" w:eastAsia="Times New Roman" w:hAnsi="Arial" w:cs="Arial"/>
          <w:sz w:val="24"/>
          <w:szCs w:val="24"/>
          <w:lang w:eastAsia="de-AT"/>
        </w:rPr>
        <w:lastRenderedPageBreak/>
        <w:t>brauchen vorhersehbare Abläufe, klare Signale und ausreichend Pausen.</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Gute Beschäftigung erkennt man nicht daran, dass der Hund danach völlig erschöpft umfällt. Gute Beschäftigung erkennt man daran, dass sie dem Hund guttut. Er darf danach müde sein, aber nicht gestresst, überdreht oder völlig fertig.</w:t>
      </w:r>
    </w:p>
    <w:p w:rsidR="00735B97" w:rsidRPr="00DD3D21" w:rsidRDefault="00735B97" w:rsidP="00735B97">
      <w:pPr>
        <w:spacing w:after="80"/>
        <w:rPr>
          <w:rFonts w:ascii="Arial" w:eastAsia="Times New Roman" w:hAnsi="Arial" w:cs="Arial"/>
          <w:sz w:val="24"/>
          <w:szCs w:val="24"/>
          <w:lang w:eastAsia="de-AT"/>
        </w:rPr>
      </w:pPr>
    </w:p>
    <w:p w:rsidR="00735B97" w:rsidRPr="00DD3D21" w:rsidRDefault="00735B97" w:rsidP="00735B97">
      <w:pPr>
        <w:spacing w:beforeAutospacing="1" w:after="120" w:afterAutospacing="1"/>
        <w:outlineLvl w:val="1"/>
        <w:rPr>
          <w:rFonts w:ascii="Arial" w:eastAsia="Times New Roman" w:hAnsi="Arial" w:cs="Arial"/>
          <w:b/>
          <w:bCs/>
          <w:sz w:val="36"/>
          <w:szCs w:val="36"/>
          <w:lang w:eastAsia="de-AT"/>
        </w:rPr>
      </w:pPr>
      <w:r w:rsidRPr="00DD3D21">
        <w:rPr>
          <w:rFonts w:ascii="Arial" w:eastAsia="Times New Roman" w:hAnsi="Arial" w:cs="Arial"/>
          <w:b/>
          <w:bCs/>
          <w:sz w:val="36"/>
          <w:szCs w:val="36"/>
          <w:lang w:eastAsia="de-AT"/>
        </w:rPr>
        <w:t>Beschäftigung stärkt die Bindung</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Beschäftigung hat nicht nur mit Auslastung zu tun. Sie hat auch sehr viel mit Beziehung zu tun. Wenn Mensch und Hund gemeinsam etwas tun, entsteht Verbindung. Der Hund merkt: Mein Mensch beschäftigt sich mit mir. Er achtet auf mich. Wir erleben etwas zusammen.</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Das kann bei einem Suchspiel in der Wohnung passieren, bei einem ruhigen Spaziergang, bei einer kleinen Übung im Garten oder beim gemeinsamen Erkunden eines neuen Weges. Es muss nichts Großes sein. Oft sind es gerade die kleinen gemeinsamen Momente, die eine starke Bindung aufbauen.</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Ein Hund orientiert sich eher an einem Menschen, wenn dieser ihm Sicherheit, Fairness und gemeinsame Erlebnisse bietet. Beschäftigung kann helfen, Vertrauen zu stärken. Der Hund lernt: Mit meinem Menschen zusammen macht die Welt Sinn. Er zeigt mir Aufgaben, hilft mir, lobt mich und achtet auf meine Grenzen.</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 xml:space="preserve">Dabei ist wichtig, dass Beschäftigung nicht nur aus Kommandos besteht. Ein Hund ist kein Roboter, der ständig funktionieren muss. Bindung entsteht nicht durch Druck, sondern durch Verlässlichkeit. Der Hund </w:t>
      </w:r>
      <w:r w:rsidRPr="00DD3D21">
        <w:rPr>
          <w:rFonts w:ascii="Arial" w:eastAsia="Times New Roman" w:hAnsi="Arial" w:cs="Arial"/>
          <w:sz w:val="24"/>
          <w:szCs w:val="24"/>
          <w:lang w:eastAsia="de-AT"/>
        </w:rPr>
        <w:lastRenderedPageBreak/>
        <w:t>soll erleben, dass Zusammenarbeit angenehm ist. Er soll nicht Angst haben, etwas falsch zu machen.</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Ein einfaches Beispiel: Der Mensch versteckt ein paar Futterstücke im Wohnzimmer. Der Hund darf suchen. Wenn er etwas findet, freut sich der Mensch ruhig mit ihm. Kein Druck, kein Schimpfen, keine komplizierten Regeln. Nur eine kleine Aufgabe, die gemeinsam Freude macht. Genau solche Momente sind wertvoll.</w:t>
      </w:r>
    </w:p>
    <w:p w:rsidR="00735B97" w:rsidRPr="00DD3D21" w:rsidRDefault="00735B97" w:rsidP="00735B97">
      <w:pPr>
        <w:spacing w:after="80"/>
        <w:rPr>
          <w:rFonts w:ascii="Arial" w:eastAsia="Times New Roman" w:hAnsi="Arial" w:cs="Arial"/>
          <w:sz w:val="24"/>
          <w:szCs w:val="24"/>
          <w:lang w:eastAsia="de-AT"/>
        </w:rPr>
      </w:pPr>
    </w:p>
    <w:p w:rsidR="00735B97" w:rsidRPr="00DD3D21" w:rsidRDefault="00735B97" w:rsidP="00735B97">
      <w:pPr>
        <w:spacing w:beforeAutospacing="1" w:after="120" w:afterAutospacing="1"/>
        <w:outlineLvl w:val="1"/>
        <w:rPr>
          <w:rFonts w:ascii="Arial" w:eastAsia="Times New Roman" w:hAnsi="Arial" w:cs="Arial"/>
          <w:b/>
          <w:bCs/>
          <w:sz w:val="36"/>
          <w:szCs w:val="36"/>
          <w:lang w:eastAsia="de-AT"/>
        </w:rPr>
      </w:pPr>
      <w:r w:rsidRPr="00DD3D21">
        <w:rPr>
          <w:rFonts w:ascii="Arial" w:eastAsia="Times New Roman" w:hAnsi="Arial" w:cs="Arial"/>
          <w:b/>
          <w:bCs/>
          <w:sz w:val="36"/>
          <w:szCs w:val="36"/>
          <w:lang w:eastAsia="de-AT"/>
        </w:rPr>
        <w:t>Beschäftigung hilft beim Stressabbau</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Auch Hunde erleben Stress. Manche Hunde werden durch fremde Hunde gestresst, andere durch Lärm, Besuch, neue Orte oder hektische Situationen. Manche Hunde sind schnell aufgeregt, andere tragen Unsicherheit still mit sich herum. Beschäftigung kann helfen, Stress abzubauen – wenn sie richtig gewählt ist.</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Nicht jede Beschäftigung beruhigt. Wildes Ballwerfen kann manche Hunde eher noch mehr hochfahren. Ständiges Toben kann den Körper aufdrehen. Zu schwierige Aufgaben können Frust auslösen. Deshalb kommt es darauf an, welche Art von Beschäftigung man auswählt.</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Ruhige Nasenarbeit ist für viele Hunde besonders hilfreich. Schnüffeln ist für Hunde natürlich und oft beruhigend. Wenn ein Hund Futterstücke sucht, eine kleine Spur verfolgt oder konzentriert eine Aufgabe löst, kann er sich sammeln. Er arbeitet mit seiner Nase und seinem Kopf, ohne dass er körperlich hochdrehen muss.</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lastRenderedPageBreak/>
        <w:t>Auch Kauen kann beruhigend wirken. Viele Hunde entspannen sich, wenn sie etwas Geeignetes kauen dürfen. Wichtig ist natürlich, auf Sicherheit, Verträglichkeit und passende Größe zu achten.</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Beschäftigung kann also ein Weg sein, dem Hund zu helfen, sich zu regulieren. Aber sie ersetzt nicht Ruhe, Erziehung oder medizinische Abklärung, wenn ein Hund dauerhaft gestresst wirkt. Sie ist ein Baustein in einem guten Alltag.</w:t>
      </w:r>
    </w:p>
    <w:p w:rsidR="00E62803" w:rsidRPr="00DD3D21" w:rsidRDefault="00E62803" w:rsidP="00735B97">
      <w:pPr>
        <w:spacing w:beforeAutospacing="1" w:after="120" w:afterAutospacing="1"/>
        <w:outlineLvl w:val="1"/>
        <w:rPr>
          <w:rFonts w:ascii="Arial" w:eastAsia="Times New Roman" w:hAnsi="Arial" w:cs="Arial"/>
          <w:b/>
          <w:bCs/>
          <w:sz w:val="36"/>
          <w:szCs w:val="36"/>
          <w:lang w:eastAsia="de-AT"/>
        </w:rPr>
      </w:pPr>
    </w:p>
    <w:p w:rsidR="00735B97" w:rsidRPr="00DD3D21" w:rsidRDefault="00735B97" w:rsidP="00735B97">
      <w:pPr>
        <w:spacing w:beforeAutospacing="1" w:after="120" w:afterAutospacing="1"/>
        <w:outlineLvl w:val="1"/>
        <w:rPr>
          <w:rFonts w:ascii="Arial" w:eastAsia="Times New Roman" w:hAnsi="Arial" w:cs="Arial"/>
          <w:b/>
          <w:bCs/>
          <w:sz w:val="36"/>
          <w:szCs w:val="36"/>
          <w:lang w:eastAsia="de-AT"/>
        </w:rPr>
      </w:pPr>
      <w:r w:rsidRPr="00DD3D21">
        <w:rPr>
          <w:rFonts w:ascii="Arial" w:eastAsia="Times New Roman" w:hAnsi="Arial" w:cs="Arial"/>
          <w:b/>
          <w:bCs/>
          <w:sz w:val="36"/>
          <w:szCs w:val="36"/>
          <w:lang w:eastAsia="de-AT"/>
        </w:rPr>
        <w:t>Jeder Hund braucht individuelle Beschäftigung</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Nicht jeder Hund braucht dasselbe. Ein älterer Hund hat andere Bedürfnisse als ein junger Hund. Ein sehr sportlicher Hund braucht andere Aufgaben als ein gemütlicher Hund. Ein unsicherer Hund braucht andere Erfahrungen als ein mutiger Draufgänger. Auch Rasse, Gesundheit, Vorgeschichte und Charakter spielen eine Rolle.</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 xml:space="preserve">Ein Hütehund kann zum Beispiel Freude an Aufgaben haben, bei denen er genau beobachten und mitdenken muss. Ein Jagdhund interessiert sich vielleicht stark für Gerüche und Spuren. Ein kleiner Begleithund braucht genauso ernst gemeinte Beschäftigung wie ein großer Hund, nur angepasst an seine Möglichkeiten. Ein Senior möchte vielleicht nicht mehr lange </w:t>
      </w:r>
      <w:proofErr w:type="gramStart"/>
      <w:r w:rsidRPr="00DD3D21">
        <w:rPr>
          <w:rFonts w:ascii="Arial" w:eastAsia="Times New Roman" w:hAnsi="Arial" w:cs="Arial"/>
          <w:sz w:val="24"/>
          <w:szCs w:val="24"/>
          <w:lang w:eastAsia="de-AT"/>
        </w:rPr>
        <w:t>rennen</w:t>
      </w:r>
      <w:proofErr w:type="gramEnd"/>
      <w:r w:rsidRPr="00DD3D21">
        <w:rPr>
          <w:rFonts w:ascii="Arial" w:eastAsia="Times New Roman" w:hAnsi="Arial" w:cs="Arial"/>
          <w:sz w:val="24"/>
          <w:szCs w:val="24"/>
          <w:lang w:eastAsia="de-AT"/>
        </w:rPr>
        <w:t>, kann aber noch wunderbar schnüffeln, suchen und kleine Aufgaben lösen.</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 xml:space="preserve">Deshalb ist es wichtig, den eigenen Hund nicht ständig mit anderen Hunden zu vergleichen. Nur weil ein Hund drei Stunden wandern kann, muss das nicht für den </w:t>
      </w:r>
      <w:r w:rsidRPr="00DD3D21">
        <w:rPr>
          <w:rFonts w:ascii="Arial" w:eastAsia="Times New Roman" w:hAnsi="Arial" w:cs="Arial"/>
          <w:sz w:val="24"/>
          <w:szCs w:val="24"/>
          <w:lang w:eastAsia="de-AT"/>
        </w:rPr>
        <w:lastRenderedPageBreak/>
        <w:t>eigenen Hund richtig sein. Nur weil ein anderer Hund viele Tricks kann, muss der eigene Hund das nicht auch können. Und nur weil ein Hund gerne Ball spielt, heißt das nicht, dass dieses Spiel für jeden Hund gut geeignet ist.</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Die beste Beschäftigung ist die, die zum eigenen Hund passt.</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Dafür muss man seinen Hund beobachten. Wird er bei einer Aufgabe ruhig und konzentriert? Hat er Freude daran? Wird er schnell frustriert? Dreht er zu sehr auf? Wird er danach entspannter oder unruhiger? Diese Fragen helfen, passende Beschäftigung zu finden.</w:t>
      </w:r>
    </w:p>
    <w:p w:rsidR="00735B97" w:rsidRPr="00DD3D21" w:rsidRDefault="00735B97" w:rsidP="00735B97">
      <w:pPr>
        <w:spacing w:after="80"/>
        <w:rPr>
          <w:rFonts w:ascii="Arial" w:eastAsia="Times New Roman" w:hAnsi="Arial" w:cs="Arial"/>
          <w:sz w:val="24"/>
          <w:szCs w:val="24"/>
          <w:lang w:eastAsia="de-AT"/>
        </w:rPr>
      </w:pPr>
    </w:p>
    <w:p w:rsidR="00735B97" w:rsidRPr="00DD3D21" w:rsidRDefault="00735B97" w:rsidP="00735B97">
      <w:pPr>
        <w:spacing w:beforeAutospacing="1" w:after="120" w:afterAutospacing="1"/>
        <w:outlineLvl w:val="1"/>
        <w:rPr>
          <w:rFonts w:ascii="Arial" w:eastAsia="Times New Roman" w:hAnsi="Arial" w:cs="Arial"/>
          <w:b/>
          <w:bCs/>
          <w:sz w:val="36"/>
          <w:szCs w:val="36"/>
          <w:lang w:eastAsia="de-AT"/>
        </w:rPr>
      </w:pPr>
      <w:r w:rsidRPr="00DD3D21">
        <w:rPr>
          <w:rFonts w:ascii="Arial" w:eastAsia="Times New Roman" w:hAnsi="Arial" w:cs="Arial"/>
          <w:b/>
          <w:bCs/>
          <w:sz w:val="36"/>
          <w:szCs w:val="36"/>
          <w:lang w:eastAsia="de-AT"/>
        </w:rPr>
        <w:t xml:space="preserve">Beschäftigung bedeutet nicht </w:t>
      </w:r>
      <w:proofErr w:type="spellStart"/>
      <w:r w:rsidRPr="00DD3D21">
        <w:rPr>
          <w:rFonts w:ascii="Arial" w:eastAsia="Times New Roman" w:hAnsi="Arial" w:cs="Arial"/>
          <w:b/>
          <w:bCs/>
          <w:sz w:val="36"/>
          <w:szCs w:val="36"/>
          <w:lang w:eastAsia="de-AT"/>
        </w:rPr>
        <w:t>Dauerbespaßung</w:t>
      </w:r>
      <w:proofErr w:type="spellEnd"/>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 xml:space="preserve">Ein wichtiger Gedanke dieses Buches ist: Hunde brauchen Beschäftigung, aber sie brauchen keine </w:t>
      </w:r>
      <w:proofErr w:type="spellStart"/>
      <w:r w:rsidRPr="00DD3D21">
        <w:rPr>
          <w:rFonts w:ascii="Arial" w:eastAsia="Times New Roman" w:hAnsi="Arial" w:cs="Arial"/>
          <w:sz w:val="24"/>
          <w:szCs w:val="24"/>
          <w:lang w:eastAsia="de-AT"/>
        </w:rPr>
        <w:t>Dauerbespaßung</w:t>
      </w:r>
      <w:proofErr w:type="spellEnd"/>
      <w:r w:rsidRPr="00DD3D21">
        <w:rPr>
          <w:rFonts w:ascii="Arial" w:eastAsia="Times New Roman" w:hAnsi="Arial" w:cs="Arial"/>
          <w:sz w:val="24"/>
          <w:szCs w:val="24"/>
          <w:lang w:eastAsia="de-AT"/>
        </w:rPr>
        <w:t>.</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Manche Menschen haben ein schlechtes Gewissen, wenn ihr Hund einmal nichts tut. Sie glauben, der Hund müsse ständig spielen, laufen, trainieren oder etwas erleben. Doch Hunde brauchen auch Zeiten, in denen nichts passiert. Sie müssen schlafen, dösen, beobachten und zur Ruhe kommen dürfen.</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Ein gesunder Hundealltag besteht aus verschiedenen Bausteinen:</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Bewegung,</w:t>
      </w:r>
      <w:r w:rsidRPr="00DD3D21">
        <w:rPr>
          <w:rFonts w:ascii="Arial" w:eastAsia="Times New Roman" w:hAnsi="Arial" w:cs="Arial"/>
          <w:sz w:val="24"/>
          <w:szCs w:val="24"/>
          <w:lang w:eastAsia="de-AT"/>
        </w:rPr>
        <w:br/>
        <w:t>Futter,</w:t>
      </w:r>
      <w:r w:rsidRPr="00DD3D21">
        <w:rPr>
          <w:rFonts w:ascii="Arial" w:eastAsia="Times New Roman" w:hAnsi="Arial" w:cs="Arial"/>
          <w:sz w:val="24"/>
          <w:szCs w:val="24"/>
          <w:lang w:eastAsia="de-AT"/>
        </w:rPr>
        <w:br/>
        <w:t>Ruhe,</w:t>
      </w:r>
      <w:r w:rsidRPr="00DD3D21">
        <w:rPr>
          <w:rFonts w:ascii="Arial" w:eastAsia="Times New Roman" w:hAnsi="Arial" w:cs="Arial"/>
          <w:sz w:val="24"/>
          <w:szCs w:val="24"/>
          <w:lang w:eastAsia="de-AT"/>
        </w:rPr>
        <w:br/>
      </w:r>
      <w:r w:rsidRPr="00DD3D21">
        <w:rPr>
          <w:rFonts w:ascii="Arial" w:eastAsia="Times New Roman" w:hAnsi="Arial" w:cs="Arial"/>
          <w:sz w:val="24"/>
          <w:szCs w:val="24"/>
          <w:lang w:eastAsia="de-AT"/>
        </w:rPr>
        <w:lastRenderedPageBreak/>
        <w:t>Nähe,</w:t>
      </w:r>
      <w:r w:rsidRPr="00DD3D21">
        <w:rPr>
          <w:rFonts w:ascii="Arial" w:eastAsia="Times New Roman" w:hAnsi="Arial" w:cs="Arial"/>
          <w:sz w:val="24"/>
          <w:szCs w:val="24"/>
          <w:lang w:eastAsia="de-AT"/>
        </w:rPr>
        <w:br/>
        <w:t>Orientierung,</w:t>
      </w:r>
      <w:r w:rsidRPr="00DD3D21">
        <w:rPr>
          <w:rFonts w:ascii="Arial" w:eastAsia="Times New Roman" w:hAnsi="Arial" w:cs="Arial"/>
          <w:sz w:val="24"/>
          <w:szCs w:val="24"/>
          <w:lang w:eastAsia="de-AT"/>
        </w:rPr>
        <w:br/>
        <w:t>Pflege,</w:t>
      </w:r>
      <w:r w:rsidRPr="00DD3D21">
        <w:rPr>
          <w:rFonts w:ascii="Arial" w:eastAsia="Times New Roman" w:hAnsi="Arial" w:cs="Arial"/>
          <w:sz w:val="24"/>
          <w:szCs w:val="24"/>
          <w:lang w:eastAsia="de-AT"/>
        </w:rPr>
        <w:br/>
        <w:t>Erziehung,</w:t>
      </w:r>
      <w:r w:rsidRPr="00DD3D21">
        <w:rPr>
          <w:rFonts w:ascii="Arial" w:eastAsia="Times New Roman" w:hAnsi="Arial" w:cs="Arial"/>
          <w:sz w:val="24"/>
          <w:szCs w:val="24"/>
          <w:lang w:eastAsia="de-AT"/>
        </w:rPr>
        <w:br/>
        <w:t>kleine Aufgaben</w:t>
      </w:r>
      <w:r w:rsidRPr="00DD3D21">
        <w:rPr>
          <w:rFonts w:ascii="Arial" w:eastAsia="Times New Roman" w:hAnsi="Arial" w:cs="Arial"/>
          <w:sz w:val="24"/>
          <w:szCs w:val="24"/>
          <w:lang w:eastAsia="de-AT"/>
        </w:rPr>
        <w:br/>
        <w:t>und gemeinsame Zeit.</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Nicht jeder Tag muss besonders sein. Nicht jeder Spaziergang muss ein Abenteuer werden. Nicht jede freie Minute muss gefüllt sein. Für viele Hunde ist ein ruhiger, vorhersehbarer Alltag sogar sehr wichtig.</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 xml:space="preserve">Für den Menschen heißt das: weniger Druck und mehr gute Routinen. Oft reichen eine kleine Suche, ein ruhiger Spaziergang, eine </w:t>
      </w:r>
      <w:proofErr w:type="spellStart"/>
      <w:r w:rsidRPr="00DD3D21">
        <w:rPr>
          <w:rFonts w:ascii="Arial" w:eastAsia="Times New Roman" w:hAnsi="Arial" w:cs="Arial"/>
          <w:sz w:val="24"/>
          <w:szCs w:val="24"/>
          <w:lang w:eastAsia="de-AT"/>
        </w:rPr>
        <w:t>Kaupause</w:t>
      </w:r>
      <w:proofErr w:type="spellEnd"/>
      <w:r w:rsidRPr="00DD3D21">
        <w:rPr>
          <w:rFonts w:ascii="Arial" w:eastAsia="Times New Roman" w:hAnsi="Arial" w:cs="Arial"/>
          <w:sz w:val="24"/>
          <w:szCs w:val="24"/>
          <w:lang w:eastAsia="de-AT"/>
        </w:rPr>
        <w:t xml:space="preserve"> und ein klarer Tagesablauf.</w:t>
      </w:r>
    </w:p>
    <w:p w:rsidR="00735B97" w:rsidRPr="00DD3D21" w:rsidRDefault="00735B97" w:rsidP="00735B97">
      <w:pPr>
        <w:spacing w:after="80"/>
        <w:rPr>
          <w:rFonts w:ascii="Arial" w:eastAsia="Times New Roman" w:hAnsi="Arial" w:cs="Arial"/>
          <w:sz w:val="24"/>
          <w:szCs w:val="24"/>
          <w:lang w:eastAsia="de-AT"/>
        </w:rPr>
      </w:pPr>
    </w:p>
    <w:p w:rsidR="00735B97" w:rsidRPr="00DD3D21" w:rsidRDefault="00735B97" w:rsidP="00735B97">
      <w:pPr>
        <w:spacing w:beforeAutospacing="1" w:after="120" w:afterAutospacing="1"/>
        <w:outlineLvl w:val="1"/>
        <w:rPr>
          <w:rFonts w:ascii="Arial" w:eastAsia="Times New Roman" w:hAnsi="Arial" w:cs="Arial"/>
          <w:b/>
          <w:bCs/>
          <w:sz w:val="36"/>
          <w:szCs w:val="36"/>
          <w:lang w:eastAsia="de-AT"/>
        </w:rPr>
      </w:pPr>
      <w:r w:rsidRPr="00DD3D21">
        <w:rPr>
          <w:rFonts w:ascii="Arial" w:eastAsia="Times New Roman" w:hAnsi="Arial" w:cs="Arial"/>
          <w:b/>
          <w:bCs/>
          <w:sz w:val="36"/>
          <w:szCs w:val="36"/>
          <w:lang w:eastAsia="de-AT"/>
        </w:rPr>
        <w:t>Gute Beschäftigung macht den Alltag leichter</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Ein sinnvoll beschäftigter Hund ist nicht automatisch immer brav, perfekt oder problemlos. Hunde bleiben Lebewesen mit eigenen Bedürfnissen und Eigenheiten. Aber gute Beschäftigung kann den Alltag deutlich erleichtern.</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Ein Hund, der regelmäßig schnüffeln darf, kleine Aufgaben bekommt und ausreichend Ruhe hat, ist oft ausgeglichener. Er kann sich besser entspannen, ist zufriedener und fühlt sich stärker eingebunden. Auch für den Menschen wird der Alltag angenehmer, weil Beschäftigung nicht als zusätzliche Last gesehen werden muss, sondern als Teil des gemeinsamen Lebens.</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lastRenderedPageBreak/>
        <w:t>Manchmal reicht schon eine kleine Veränderung. Statt den Hund beim Spaziergang ständig weiterzuziehen, bekommt er bewusst fünf Minuten Schnüffelzeit. Statt ihn bei Regen nur schnell hinauszubringen, gibt es danach zu Hause ein kleines Suchspiel. Statt abends noch wild zu spielen, bekommt der Hund eine ruhige Kau- oder Entspannungsphase.</w:t>
      </w:r>
    </w:p>
    <w:p w:rsidR="00735B97" w:rsidRPr="00DD3D21" w:rsidRDefault="00735B97" w:rsidP="00735B97">
      <w:pPr>
        <w:spacing w:after="80"/>
        <w:rPr>
          <w:rFonts w:ascii="Arial" w:eastAsia="Times New Roman" w:hAnsi="Arial" w:cs="Arial"/>
          <w:sz w:val="24"/>
          <w:szCs w:val="24"/>
          <w:lang w:eastAsia="de-AT"/>
        </w:rPr>
      </w:pPr>
    </w:p>
    <w:p w:rsidR="00735B97" w:rsidRPr="00DD3D21" w:rsidRDefault="00735B97" w:rsidP="00735B97">
      <w:pPr>
        <w:spacing w:beforeAutospacing="1" w:after="120" w:afterAutospacing="1"/>
        <w:outlineLvl w:val="1"/>
        <w:rPr>
          <w:rFonts w:ascii="Arial" w:eastAsia="Times New Roman" w:hAnsi="Arial" w:cs="Arial"/>
          <w:b/>
          <w:bCs/>
          <w:sz w:val="36"/>
          <w:szCs w:val="36"/>
          <w:lang w:eastAsia="de-AT"/>
        </w:rPr>
      </w:pPr>
      <w:r w:rsidRPr="00DD3D21">
        <w:rPr>
          <w:rFonts w:ascii="Arial" w:eastAsia="Times New Roman" w:hAnsi="Arial" w:cs="Arial"/>
          <w:b/>
          <w:bCs/>
          <w:sz w:val="36"/>
          <w:szCs w:val="36"/>
          <w:lang w:eastAsia="de-AT"/>
        </w:rPr>
        <w:t>Ein Hund darf Hund sein</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Bei aller Beschäftigung sollte man nie vergessen: Ein Hund ist ein Hund. Er möchte riechen, sich bewegen, ruhen, kauen, beobachten, soziale Nähe erleben und seine Umwelt erkunden. Er braucht keine menschlichen Vorstellungen von perfekter Freizeitgestaltung. Er braucht Möglichkeiten, seine natürlichen Bedürfnisse auszuleben.</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Das bedeutet auch, dass Beschäftigung nicht immer schön aussehen muss. Ein Hund, der im Gras schnüffelt, arbeitet. Ein Hund, der konzentriert eine Futterspur verfolgt, nutzt seine Fähigkeiten. Ein Hund, der nach einem ruhigen Spaziergang zufrieden schläft, hat vielleicht genau das bekommen, was er gebraucht hat.</w:t>
      </w:r>
    </w:p>
    <w:p w:rsidR="00735B97" w:rsidRPr="00DD3D21" w:rsidRDefault="00735B97" w:rsidP="00735B97">
      <w:pPr>
        <w:spacing w:after="80"/>
        <w:rPr>
          <w:rFonts w:ascii="Arial" w:eastAsia="Times New Roman" w:hAnsi="Arial" w:cs="Arial"/>
          <w:sz w:val="24"/>
          <w:szCs w:val="24"/>
          <w:lang w:eastAsia="de-AT"/>
        </w:rPr>
      </w:pPr>
    </w:p>
    <w:p w:rsidR="00863FD9" w:rsidRPr="00DD3D21" w:rsidRDefault="009C0FD0">
      <w:pPr>
        <w:pBdr>
          <w:top w:val="single" w:sz="10" w:space="6" w:color="D6A400"/>
          <w:left w:val="single" w:sz="10" w:space="6" w:color="D6A400"/>
          <w:bottom w:val="single" w:sz="10" w:space="6" w:color="D6A400"/>
          <w:right w:val="single" w:sz="10" w:space="6" w:color="D6A400"/>
        </w:pBdr>
        <w:shd w:val="clear" w:color="auto" w:fill="F2F2F2"/>
        <w:spacing w:after="120"/>
        <w:ind w:left="160" w:right="160"/>
        <w:rPr>
          <w:rFonts w:ascii="Arial" w:hAnsi="Arial" w:cs="Arial"/>
        </w:rPr>
      </w:pPr>
      <w:r w:rsidRPr="00DD3D21">
        <w:rPr>
          <w:rFonts w:ascii="Arial" w:hAnsi="Arial" w:cs="Arial"/>
          <w:b/>
          <w:color w:val="222222"/>
        </w:rPr>
        <w:t xml:space="preserve">PRAXISTIPP: </w:t>
      </w:r>
      <w:r w:rsidRPr="00DD3D21">
        <w:rPr>
          <w:rFonts w:ascii="Arial" w:hAnsi="Arial" w:cs="Arial"/>
          <w:color w:val="222222"/>
        </w:rPr>
        <w:t>Baue jeden Tag eine kleine Schnüffel- oder Suchaufgabe ein. Schon fünf ruhige Minuten können mehr bewirken als hektische Daueraction.</w:t>
      </w:r>
    </w:p>
    <w:p w:rsidR="00735B97" w:rsidRPr="00DD3D21" w:rsidRDefault="00735B97" w:rsidP="00735B97">
      <w:pPr>
        <w:shd w:val="clear" w:color="auto" w:fill="E8F1EA"/>
        <w:spacing w:beforeAutospacing="1" w:after="120" w:afterAutospacing="1"/>
        <w:outlineLvl w:val="1"/>
        <w:rPr>
          <w:rFonts w:ascii="Arial" w:eastAsia="Times New Roman" w:hAnsi="Arial" w:cs="Arial"/>
          <w:b/>
          <w:bCs/>
          <w:sz w:val="36"/>
          <w:szCs w:val="36"/>
          <w:lang w:eastAsia="de-AT"/>
        </w:rPr>
      </w:pPr>
      <w:r w:rsidRPr="00DD3D21">
        <w:rPr>
          <w:rFonts w:ascii="Arial" w:eastAsia="Times New Roman" w:hAnsi="Arial" w:cs="Arial"/>
          <w:b/>
          <w:bCs/>
          <w:sz w:val="26"/>
          <w:szCs w:val="36"/>
          <w:lang w:eastAsia="de-AT"/>
        </w:rPr>
        <w:t>Zusammenfassung des Kapitels</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 xml:space="preserve">Beschäftigung ist für Hunde wichtig, weil sie Körper, Geist und Sinne anspricht. Sie hilft gegen Langeweile, </w:t>
      </w:r>
      <w:r w:rsidRPr="00DD3D21">
        <w:rPr>
          <w:rFonts w:ascii="Arial" w:eastAsia="Times New Roman" w:hAnsi="Arial" w:cs="Arial"/>
          <w:sz w:val="24"/>
          <w:szCs w:val="24"/>
          <w:lang w:eastAsia="de-AT"/>
        </w:rPr>
        <w:lastRenderedPageBreak/>
        <w:t>stärkt die Bindung, kann Stress abbauen und macht den Alltag für Hund und Mensch schöner. Dabei kommt es nicht auf teures Zubehör oder komplizierte Programme an. Viel wichtiger ist, dass die Beschäftigung zum Hund passt.</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Ein Hund braucht Bewegung, aber nicht nur Bewegung. Er braucht geistige Aufgaben, Nasenarbeit, Ruhe, Sicherheit und gemeinsame Zeit. Zu wenig Beschäftigung kann problematisch werden, aber zu viel Beschäftigung ebenfalls. Die richtige Balance ist entscheidend.</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eastAsia="Times New Roman" w:hAnsi="Arial" w:cs="Arial"/>
          <w:sz w:val="24"/>
          <w:szCs w:val="24"/>
          <w:lang w:eastAsia="de-AT"/>
        </w:rPr>
        <w:t>Gute Beschäftigung bedeutet nicht Daueraktion. Sie bedeutet, dem Hund passende Möglichkeiten zu geben, seine natürlichen Fähigkeiten zu nutzen und sich dabei sicher, gesehen und verstanden zu fühlen.</w:t>
      </w:r>
    </w:p>
    <w:p w:rsidR="00735B97" w:rsidRPr="00DD3D21" w:rsidRDefault="00735B97" w:rsidP="00735B97">
      <w:pPr>
        <w:spacing w:beforeAutospacing="1" w:after="120" w:afterAutospacing="1"/>
        <w:rPr>
          <w:rFonts w:ascii="Arial" w:eastAsia="Times New Roman" w:hAnsi="Arial" w:cs="Arial"/>
          <w:sz w:val="24"/>
          <w:szCs w:val="24"/>
          <w:lang w:eastAsia="de-AT"/>
        </w:rPr>
      </w:pPr>
      <w:r w:rsidRPr="00DD3D21">
        <w:rPr>
          <w:rFonts w:ascii="Arial" w:hAnsi="Arial" w:cs="Arial"/>
        </w:rPr>
        <w:t>Er braucht einen Menschen, der ihn wahrnimmt. Einen Alltag, der ihm Halt gibt. Und kleine gemeinsame Momente, die sein Leben bereichern.</w:t>
      </w:r>
    </w:p>
    <w:p w:rsidR="0008580A" w:rsidRPr="00DD3D21" w:rsidRDefault="0008580A" w:rsidP="00B72352">
      <w:pPr>
        <w:spacing w:after="80"/>
        <w:rPr>
          <w:rFonts w:ascii="Arial" w:hAnsi="Arial" w:cs="Arial"/>
          <w:sz w:val="24"/>
          <w:szCs w:val="24"/>
        </w:rPr>
      </w:pPr>
    </w:p>
    <w:p w:rsidR="00A61E68" w:rsidRPr="00DD3D21" w:rsidRDefault="00EC4D26">
      <w:pPr>
        <w:pStyle w:val="BoxText"/>
        <w:pBdr>
          <w:top w:val="single" w:sz="6" w:space="4" w:color="A9C7A6"/>
          <w:left w:val="single" w:sz="6" w:space="4" w:color="A9C7A6"/>
          <w:bottom w:val="single" w:sz="6" w:space="4" w:color="A9C7A6"/>
          <w:right w:val="single" w:sz="6" w:space="4" w:color="A9C7A6"/>
        </w:pBdr>
        <w:shd w:val="clear" w:color="auto" w:fill="F7EBD7"/>
        <w:spacing w:before="80"/>
        <w:ind w:left="142" w:right="142"/>
        <w:rPr>
          <w:rFonts w:cs="Arial"/>
        </w:rPr>
      </w:pPr>
      <w:r w:rsidRPr="00DD3D21">
        <w:rPr>
          <w:rFonts w:cs="Arial"/>
          <w:b/>
          <w:sz w:val="24"/>
        </w:rPr>
        <w:t>DAS KANNST DU HEUTE KONKRET AUSPROBIEREN</w:t>
      </w:r>
    </w:p>
    <w:p w:rsidR="00A61E68" w:rsidRPr="00DD3D21" w:rsidRDefault="00EC4D26">
      <w:pPr>
        <w:pStyle w:val="BoxText"/>
        <w:pBdr>
          <w:top w:val="single" w:sz="6" w:space="4" w:color="A9C7A6"/>
          <w:left w:val="single" w:sz="6" w:space="4" w:color="A9C7A6"/>
          <w:bottom w:val="single" w:sz="6" w:space="4" w:color="A9C7A6"/>
          <w:right w:val="single" w:sz="6" w:space="4" w:color="A9C7A6"/>
        </w:pBdr>
        <w:shd w:val="clear" w:color="auto" w:fill="F2F7EF"/>
        <w:spacing w:before="80"/>
        <w:ind w:left="142" w:right="142"/>
        <w:rPr>
          <w:rFonts w:cs="Arial"/>
        </w:rPr>
      </w:pPr>
      <w:r w:rsidRPr="00DD3D21">
        <w:rPr>
          <w:rFonts w:cs="Arial"/>
        </w:rPr>
        <w:t>Gehe heute eine kurze Runde bewusst langsamer als sonst. Plane drei feste Schnüffelpausen ein und ziehe deinen Hund dort nicht weiter. Notiere danach: Wirkte er ruhiger, wacher oder eher aufgedreht?</w:t>
      </w:r>
    </w:p>
    <w:p w:rsidR="00A61E68" w:rsidRPr="00DD3D21" w:rsidRDefault="00EC4D26">
      <w:pPr>
        <w:pStyle w:val="BoxText"/>
        <w:pBdr>
          <w:top w:val="single" w:sz="6" w:space="4" w:color="A9C7A6"/>
          <w:left w:val="single" w:sz="6" w:space="4" w:color="A9C7A6"/>
          <w:bottom w:val="single" w:sz="6" w:space="4" w:color="A9C7A6"/>
          <w:right w:val="single" w:sz="6" w:space="4" w:color="A9C7A6"/>
        </w:pBdr>
        <w:shd w:val="clear" w:color="auto" w:fill="F7EBD7"/>
        <w:spacing w:before="80"/>
        <w:ind w:left="142" w:right="142"/>
        <w:rPr>
          <w:rFonts w:cs="Arial"/>
        </w:rPr>
      </w:pPr>
      <w:r w:rsidRPr="00DD3D21">
        <w:rPr>
          <w:rFonts w:cs="Arial"/>
          <w:b/>
        </w:rPr>
        <w:t>Mini-Merksatz: Gute Beschäftigung beginnt nicht mit Action, sondern mit bewusstem Hinsehen.</w:t>
      </w:r>
      <w:bookmarkStart w:id="0" w:name="_GoBack"/>
      <w:bookmarkEnd w:id="0"/>
    </w:p>
    <w:sectPr w:rsidR="00A61E68" w:rsidRPr="00DD3D21" w:rsidSect="003511CF">
      <w:footerReference w:type="default" r:id="rId9"/>
      <w:pgSz w:w="8811" w:h="13302"/>
      <w:pgMar w:top="737" w:right="1418" w:bottom="567"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141" w:rsidRDefault="00726141" w:rsidP="00003A7D">
      <w:pPr>
        <w:spacing w:after="0" w:line="240" w:lineRule="auto"/>
      </w:pPr>
      <w:r>
        <w:separator/>
      </w:r>
    </w:p>
  </w:endnote>
  <w:endnote w:type="continuationSeparator" w:id="0">
    <w:p w:rsidR="00726141" w:rsidRDefault="00726141" w:rsidP="00003A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1AF" w:rsidRDefault="00C951AF">
    <w:pPr>
      <w:pStyle w:val="Fuzeile"/>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E26C0D" w:rsidRPr="00E26C0D">
      <w:rPr>
        <w:caps/>
        <w:noProof/>
        <w:color w:val="5B9BD5" w:themeColor="accent1"/>
        <w:lang w:val="de-DE"/>
      </w:rPr>
      <w:t>21</w:t>
    </w:r>
    <w:r>
      <w:rPr>
        <w:caps/>
        <w:color w:val="5B9BD5" w:themeColor="accent1"/>
      </w:rPr>
      <w:fldChar w:fldCharType="end"/>
    </w:r>
  </w:p>
  <w:p w:rsidR="00C951AF" w:rsidRDefault="00C951A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141" w:rsidRDefault="00726141" w:rsidP="00003A7D">
      <w:pPr>
        <w:spacing w:after="0" w:line="240" w:lineRule="auto"/>
      </w:pPr>
      <w:r>
        <w:separator/>
      </w:r>
    </w:p>
  </w:footnote>
  <w:footnote w:type="continuationSeparator" w:id="0">
    <w:p w:rsidR="00726141" w:rsidRDefault="00726141" w:rsidP="00003A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FB12693A"/>
    <w:lvl w:ilvl="0">
      <w:start w:val="1"/>
      <w:numFmt w:val="decimal"/>
      <w:pStyle w:val="Listennummer3"/>
      <w:lvlText w:val="%1."/>
      <w:lvlJc w:val="left"/>
      <w:pPr>
        <w:tabs>
          <w:tab w:val="num" w:pos="1080"/>
        </w:tabs>
        <w:ind w:left="1080" w:hanging="360"/>
      </w:pPr>
    </w:lvl>
  </w:abstractNum>
  <w:abstractNum w:abstractNumId="1">
    <w:nsid w:val="FFFFFF7F"/>
    <w:multiLevelType w:val="singleLevel"/>
    <w:tmpl w:val="38441652"/>
    <w:lvl w:ilvl="0">
      <w:start w:val="1"/>
      <w:numFmt w:val="decimal"/>
      <w:pStyle w:val="Listennummer2"/>
      <w:lvlText w:val="%1."/>
      <w:lvlJc w:val="left"/>
      <w:pPr>
        <w:tabs>
          <w:tab w:val="num" w:pos="720"/>
        </w:tabs>
        <w:ind w:left="720" w:hanging="360"/>
      </w:pPr>
    </w:lvl>
  </w:abstractNum>
  <w:abstractNum w:abstractNumId="2">
    <w:nsid w:val="FFFFFF82"/>
    <w:multiLevelType w:val="singleLevel"/>
    <w:tmpl w:val="F3EAFDEC"/>
    <w:lvl w:ilvl="0">
      <w:start w:val="1"/>
      <w:numFmt w:val="bullet"/>
      <w:pStyle w:val="Aufzhlungszeichen3"/>
      <w:lvlText w:val=""/>
      <w:lvlJc w:val="left"/>
      <w:pPr>
        <w:tabs>
          <w:tab w:val="num" w:pos="1080"/>
        </w:tabs>
        <w:ind w:left="1080" w:hanging="360"/>
      </w:pPr>
      <w:rPr>
        <w:rFonts w:ascii="Symbol" w:hAnsi="Symbol" w:hint="default"/>
      </w:rPr>
    </w:lvl>
  </w:abstractNum>
  <w:abstractNum w:abstractNumId="3">
    <w:nsid w:val="FFFFFF83"/>
    <w:multiLevelType w:val="singleLevel"/>
    <w:tmpl w:val="3D1EFFD4"/>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nsid w:val="FFFFFF88"/>
    <w:multiLevelType w:val="singleLevel"/>
    <w:tmpl w:val="D0A62B40"/>
    <w:lvl w:ilvl="0">
      <w:start w:val="1"/>
      <w:numFmt w:val="decimal"/>
      <w:pStyle w:val="Listennummer"/>
      <w:lvlText w:val="%1."/>
      <w:lvlJc w:val="left"/>
      <w:pPr>
        <w:tabs>
          <w:tab w:val="num" w:pos="360"/>
        </w:tabs>
        <w:ind w:left="360" w:hanging="360"/>
      </w:pPr>
    </w:lvl>
  </w:abstractNum>
  <w:abstractNum w:abstractNumId="5">
    <w:nsid w:val="FFFFFF89"/>
    <w:multiLevelType w:val="singleLevel"/>
    <w:tmpl w:val="29761A62"/>
    <w:lvl w:ilvl="0">
      <w:start w:val="1"/>
      <w:numFmt w:val="bullet"/>
      <w:pStyle w:val="Aufzhlungszeichen"/>
      <w:lvlText w:val=""/>
      <w:lvlJc w:val="left"/>
      <w:pPr>
        <w:tabs>
          <w:tab w:val="num" w:pos="360"/>
        </w:tabs>
        <w:ind w:left="360" w:hanging="360"/>
      </w:pPr>
      <w:rPr>
        <w:rFonts w:ascii="Symbol" w:hAnsi="Symbol" w:hint="default"/>
      </w:rPr>
    </w:lvl>
  </w:abstractNum>
  <w:abstractNum w:abstractNumId="6">
    <w:nsid w:val="00B37DF8"/>
    <w:multiLevelType w:val="multilevel"/>
    <w:tmpl w:val="CACCA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159568A"/>
    <w:multiLevelType w:val="multilevel"/>
    <w:tmpl w:val="8892E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3B2621E"/>
    <w:multiLevelType w:val="multilevel"/>
    <w:tmpl w:val="D0A4E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6047DBE"/>
    <w:multiLevelType w:val="multilevel"/>
    <w:tmpl w:val="4CEEA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83A3788"/>
    <w:multiLevelType w:val="multilevel"/>
    <w:tmpl w:val="167E3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C280B53"/>
    <w:multiLevelType w:val="multilevel"/>
    <w:tmpl w:val="3634C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00832BE"/>
    <w:multiLevelType w:val="multilevel"/>
    <w:tmpl w:val="CC848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0511D77"/>
    <w:multiLevelType w:val="multilevel"/>
    <w:tmpl w:val="2818A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0ED0207"/>
    <w:multiLevelType w:val="multilevel"/>
    <w:tmpl w:val="FB9E6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1104732"/>
    <w:multiLevelType w:val="multilevel"/>
    <w:tmpl w:val="FA1A6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2DD67CB"/>
    <w:multiLevelType w:val="multilevel"/>
    <w:tmpl w:val="5816B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57319EA"/>
    <w:multiLevelType w:val="multilevel"/>
    <w:tmpl w:val="A3F44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8E2497E"/>
    <w:multiLevelType w:val="multilevel"/>
    <w:tmpl w:val="30102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F4958F6"/>
    <w:multiLevelType w:val="multilevel"/>
    <w:tmpl w:val="1C066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0E36DB6"/>
    <w:multiLevelType w:val="multilevel"/>
    <w:tmpl w:val="38CC7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1265727"/>
    <w:multiLevelType w:val="multilevel"/>
    <w:tmpl w:val="602A9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1BB4875"/>
    <w:multiLevelType w:val="multilevel"/>
    <w:tmpl w:val="CE0E7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206734E"/>
    <w:multiLevelType w:val="multilevel"/>
    <w:tmpl w:val="8702E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56B2419"/>
    <w:multiLevelType w:val="multilevel"/>
    <w:tmpl w:val="3AB24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A95568A"/>
    <w:multiLevelType w:val="multilevel"/>
    <w:tmpl w:val="53541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B5F20F6"/>
    <w:multiLevelType w:val="multilevel"/>
    <w:tmpl w:val="50261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B713F25"/>
    <w:multiLevelType w:val="multilevel"/>
    <w:tmpl w:val="5AA28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D740353"/>
    <w:multiLevelType w:val="multilevel"/>
    <w:tmpl w:val="6F64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12C1AD4"/>
    <w:multiLevelType w:val="multilevel"/>
    <w:tmpl w:val="D83E5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15D05A4"/>
    <w:multiLevelType w:val="multilevel"/>
    <w:tmpl w:val="3C38C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8E43624"/>
    <w:multiLevelType w:val="multilevel"/>
    <w:tmpl w:val="64C8D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9790FCD"/>
    <w:multiLevelType w:val="multilevel"/>
    <w:tmpl w:val="9E82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C431075"/>
    <w:multiLevelType w:val="multilevel"/>
    <w:tmpl w:val="343AE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03B53FF"/>
    <w:multiLevelType w:val="multilevel"/>
    <w:tmpl w:val="411AC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6FB46B7"/>
    <w:multiLevelType w:val="multilevel"/>
    <w:tmpl w:val="3670E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8D851E7"/>
    <w:multiLevelType w:val="multilevel"/>
    <w:tmpl w:val="A942B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BC876EC"/>
    <w:multiLevelType w:val="multilevel"/>
    <w:tmpl w:val="3B048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DC1297F"/>
    <w:multiLevelType w:val="multilevel"/>
    <w:tmpl w:val="374CC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E723988"/>
    <w:multiLevelType w:val="multilevel"/>
    <w:tmpl w:val="B486E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05C1B5E"/>
    <w:multiLevelType w:val="multilevel"/>
    <w:tmpl w:val="2D824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38C6D35"/>
    <w:multiLevelType w:val="multilevel"/>
    <w:tmpl w:val="8EB09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5EF0908"/>
    <w:multiLevelType w:val="multilevel"/>
    <w:tmpl w:val="31643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76878F7"/>
    <w:multiLevelType w:val="multilevel"/>
    <w:tmpl w:val="F24C1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A4422AE"/>
    <w:multiLevelType w:val="multilevel"/>
    <w:tmpl w:val="538A6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D2056B6"/>
    <w:multiLevelType w:val="multilevel"/>
    <w:tmpl w:val="90C0B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E151576"/>
    <w:multiLevelType w:val="multilevel"/>
    <w:tmpl w:val="E728A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19D2200"/>
    <w:multiLevelType w:val="multilevel"/>
    <w:tmpl w:val="0EA09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26D2CB1"/>
    <w:multiLevelType w:val="multilevel"/>
    <w:tmpl w:val="9000D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77D77BB"/>
    <w:multiLevelType w:val="multilevel"/>
    <w:tmpl w:val="24EE0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7B5550C"/>
    <w:multiLevelType w:val="multilevel"/>
    <w:tmpl w:val="D4904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940006F"/>
    <w:multiLevelType w:val="multilevel"/>
    <w:tmpl w:val="9A46E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94246D2"/>
    <w:multiLevelType w:val="multilevel"/>
    <w:tmpl w:val="6D04A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2A5727D"/>
    <w:multiLevelType w:val="multilevel"/>
    <w:tmpl w:val="D2861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35562CD"/>
    <w:multiLevelType w:val="multilevel"/>
    <w:tmpl w:val="5AB40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35E2678"/>
    <w:multiLevelType w:val="multilevel"/>
    <w:tmpl w:val="05FAA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49A0BC0"/>
    <w:multiLevelType w:val="multilevel"/>
    <w:tmpl w:val="F0546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88971AF"/>
    <w:multiLevelType w:val="multilevel"/>
    <w:tmpl w:val="3E14F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AE85C62"/>
    <w:multiLevelType w:val="multilevel"/>
    <w:tmpl w:val="B2B2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B622E68"/>
    <w:multiLevelType w:val="multilevel"/>
    <w:tmpl w:val="2578B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C95367D"/>
    <w:multiLevelType w:val="multilevel"/>
    <w:tmpl w:val="514AD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FC612B5"/>
    <w:multiLevelType w:val="multilevel"/>
    <w:tmpl w:val="CE669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51"/>
  </w:num>
  <w:num w:numId="8">
    <w:abstractNumId w:val="22"/>
  </w:num>
  <w:num w:numId="9">
    <w:abstractNumId w:val="52"/>
  </w:num>
  <w:num w:numId="10">
    <w:abstractNumId w:val="29"/>
  </w:num>
  <w:num w:numId="11">
    <w:abstractNumId w:val="41"/>
  </w:num>
  <w:num w:numId="12">
    <w:abstractNumId w:val="25"/>
  </w:num>
  <w:num w:numId="13">
    <w:abstractNumId w:val="33"/>
  </w:num>
  <w:num w:numId="14">
    <w:abstractNumId w:val="31"/>
  </w:num>
  <w:num w:numId="15">
    <w:abstractNumId w:val="61"/>
  </w:num>
  <w:num w:numId="16">
    <w:abstractNumId w:val="6"/>
  </w:num>
  <w:num w:numId="17">
    <w:abstractNumId w:val="30"/>
  </w:num>
  <w:num w:numId="18">
    <w:abstractNumId w:val="21"/>
  </w:num>
  <w:num w:numId="19">
    <w:abstractNumId w:val="36"/>
  </w:num>
  <w:num w:numId="20">
    <w:abstractNumId w:val="44"/>
  </w:num>
  <w:num w:numId="21">
    <w:abstractNumId w:val="43"/>
  </w:num>
  <w:num w:numId="22">
    <w:abstractNumId w:val="46"/>
  </w:num>
  <w:num w:numId="23">
    <w:abstractNumId w:val="59"/>
  </w:num>
  <w:num w:numId="24">
    <w:abstractNumId w:val="13"/>
  </w:num>
  <w:num w:numId="25">
    <w:abstractNumId w:val="54"/>
  </w:num>
  <w:num w:numId="26">
    <w:abstractNumId w:val="34"/>
  </w:num>
  <w:num w:numId="27">
    <w:abstractNumId w:val="19"/>
  </w:num>
  <w:num w:numId="28">
    <w:abstractNumId w:val="48"/>
  </w:num>
  <w:num w:numId="29">
    <w:abstractNumId w:val="23"/>
  </w:num>
  <w:num w:numId="30">
    <w:abstractNumId w:val="40"/>
  </w:num>
  <w:num w:numId="31">
    <w:abstractNumId w:val="17"/>
  </w:num>
  <w:num w:numId="32">
    <w:abstractNumId w:val="45"/>
  </w:num>
  <w:num w:numId="33">
    <w:abstractNumId w:val="15"/>
  </w:num>
  <w:num w:numId="34">
    <w:abstractNumId w:val="38"/>
  </w:num>
  <w:num w:numId="35">
    <w:abstractNumId w:val="57"/>
  </w:num>
  <w:num w:numId="36">
    <w:abstractNumId w:val="11"/>
  </w:num>
  <w:num w:numId="37">
    <w:abstractNumId w:val="28"/>
  </w:num>
  <w:num w:numId="38">
    <w:abstractNumId w:val="55"/>
  </w:num>
  <w:num w:numId="39">
    <w:abstractNumId w:val="14"/>
  </w:num>
  <w:num w:numId="40">
    <w:abstractNumId w:val="47"/>
  </w:num>
  <w:num w:numId="41">
    <w:abstractNumId w:val="27"/>
  </w:num>
  <w:num w:numId="42">
    <w:abstractNumId w:val="18"/>
  </w:num>
  <w:num w:numId="43">
    <w:abstractNumId w:val="53"/>
  </w:num>
  <w:num w:numId="44">
    <w:abstractNumId w:val="20"/>
  </w:num>
  <w:num w:numId="45">
    <w:abstractNumId w:val="9"/>
  </w:num>
  <w:num w:numId="46">
    <w:abstractNumId w:val="42"/>
  </w:num>
  <w:num w:numId="47">
    <w:abstractNumId w:val="37"/>
  </w:num>
  <w:num w:numId="48">
    <w:abstractNumId w:val="35"/>
  </w:num>
  <w:num w:numId="49">
    <w:abstractNumId w:val="60"/>
  </w:num>
  <w:num w:numId="50">
    <w:abstractNumId w:val="32"/>
  </w:num>
  <w:num w:numId="51">
    <w:abstractNumId w:val="10"/>
  </w:num>
  <w:num w:numId="52">
    <w:abstractNumId w:val="39"/>
  </w:num>
  <w:num w:numId="53">
    <w:abstractNumId w:val="26"/>
  </w:num>
  <w:num w:numId="54">
    <w:abstractNumId w:val="7"/>
  </w:num>
  <w:num w:numId="55">
    <w:abstractNumId w:val="16"/>
  </w:num>
  <w:num w:numId="56">
    <w:abstractNumId w:val="58"/>
  </w:num>
  <w:num w:numId="57">
    <w:abstractNumId w:val="8"/>
  </w:num>
  <w:num w:numId="58">
    <w:abstractNumId w:val="49"/>
  </w:num>
  <w:num w:numId="59">
    <w:abstractNumId w:val="56"/>
  </w:num>
  <w:num w:numId="60">
    <w:abstractNumId w:val="12"/>
  </w:num>
  <w:num w:numId="61">
    <w:abstractNumId w:val="24"/>
  </w:num>
  <w:num w:numId="62">
    <w:abstractNumId w:val="5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81"/>
  <w:drawingGridVerticalSpacing w:val="18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1B1"/>
    <w:rsid w:val="00003A7D"/>
    <w:rsid w:val="00023CC9"/>
    <w:rsid w:val="00070B7A"/>
    <w:rsid w:val="00075E44"/>
    <w:rsid w:val="0008580A"/>
    <w:rsid w:val="00085F91"/>
    <w:rsid w:val="0009604A"/>
    <w:rsid w:val="00096F99"/>
    <w:rsid w:val="000B5513"/>
    <w:rsid w:val="000C3E60"/>
    <w:rsid w:val="00104AFD"/>
    <w:rsid w:val="00107D41"/>
    <w:rsid w:val="00115C7F"/>
    <w:rsid w:val="0019709E"/>
    <w:rsid w:val="001B2927"/>
    <w:rsid w:val="00215C9E"/>
    <w:rsid w:val="00252DCD"/>
    <w:rsid w:val="002745C4"/>
    <w:rsid w:val="00280466"/>
    <w:rsid w:val="002A2501"/>
    <w:rsid w:val="002B56D4"/>
    <w:rsid w:val="002B77A8"/>
    <w:rsid w:val="002D0713"/>
    <w:rsid w:val="002D507D"/>
    <w:rsid w:val="003074AC"/>
    <w:rsid w:val="00347CB8"/>
    <w:rsid w:val="003511CF"/>
    <w:rsid w:val="00352761"/>
    <w:rsid w:val="00373015"/>
    <w:rsid w:val="00380273"/>
    <w:rsid w:val="003C5161"/>
    <w:rsid w:val="004064C0"/>
    <w:rsid w:val="00416CFA"/>
    <w:rsid w:val="00441839"/>
    <w:rsid w:val="004443C7"/>
    <w:rsid w:val="004560D4"/>
    <w:rsid w:val="00481390"/>
    <w:rsid w:val="004C4F1B"/>
    <w:rsid w:val="004C765E"/>
    <w:rsid w:val="004D48AD"/>
    <w:rsid w:val="004F1232"/>
    <w:rsid w:val="00503B8F"/>
    <w:rsid w:val="00504281"/>
    <w:rsid w:val="00511969"/>
    <w:rsid w:val="00514F71"/>
    <w:rsid w:val="00524227"/>
    <w:rsid w:val="0052490A"/>
    <w:rsid w:val="00572991"/>
    <w:rsid w:val="00595CE6"/>
    <w:rsid w:val="005A5F74"/>
    <w:rsid w:val="005E2095"/>
    <w:rsid w:val="006053F6"/>
    <w:rsid w:val="00611863"/>
    <w:rsid w:val="00621347"/>
    <w:rsid w:val="006566B2"/>
    <w:rsid w:val="0067013A"/>
    <w:rsid w:val="0067166B"/>
    <w:rsid w:val="006731B1"/>
    <w:rsid w:val="006822E3"/>
    <w:rsid w:val="00692B9F"/>
    <w:rsid w:val="006D2395"/>
    <w:rsid w:val="006F7A66"/>
    <w:rsid w:val="00701483"/>
    <w:rsid w:val="00726141"/>
    <w:rsid w:val="007268CB"/>
    <w:rsid w:val="00734764"/>
    <w:rsid w:val="007355E3"/>
    <w:rsid w:val="0073596F"/>
    <w:rsid w:val="00735B97"/>
    <w:rsid w:val="0074526F"/>
    <w:rsid w:val="00751B52"/>
    <w:rsid w:val="007701D2"/>
    <w:rsid w:val="007730B1"/>
    <w:rsid w:val="00793963"/>
    <w:rsid w:val="00797932"/>
    <w:rsid w:val="007C535C"/>
    <w:rsid w:val="007D7A18"/>
    <w:rsid w:val="00812469"/>
    <w:rsid w:val="0082606D"/>
    <w:rsid w:val="00863FD9"/>
    <w:rsid w:val="00883507"/>
    <w:rsid w:val="008940BC"/>
    <w:rsid w:val="008C67E4"/>
    <w:rsid w:val="008E6FFF"/>
    <w:rsid w:val="008F00BD"/>
    <w:rsid w:val="009159E6"/>
    <w:rsid w:val="00923E01"/>
    <w:rsid w:val="00937C4D"/>
    <w:rsid w:val="00962EB8"/>
    <w:rsid w:val="009833EF"/>
    <w:rsid w:val="009C0FD0"/>
    <w:rsid w:val="009C1A14"/>
    <w:rsid w:val="009C2207"/>
    <w:rsid w:val="009D1EB8"/>
    <w:rsid w:val="009F2DF3"/>
    <w:rsid w:val="00A201DC"/>
    <w:rsid w:val="00A25EC2"/>
    <w:rsid w:val="00A3390B"/>
    <w:rsid w:val="00A33F11"/>
    <w:rsid w:val="00A47494"/>
    <w:rsid w:val="00A54D04"/>
    <w:rsid w:val="00A61A87"/>
    <w:rsid w:val="00A61E68"/>
    <w:rsid w:val="00A65F9C"/>
    <w:rsid w:val="00A87A07"/>
    <w:rsid w:val="00A923AA"/>
    <w:rsid w:val="00AD5F66"/>
    <w:rsid w:val="00AE4567"/>
    <w:rsid w:val="00B022A2"/>
    <w:rsid w:val="00B4251F"/>
    <w:rsid w:val="00B54F4A"/>
    <w:rsid w:val="00B72352"/>
    <w:rsid w:val="00BA5BE9"/>
    <w:rsid w:val="00BE129A"/>
    <w:rsid w:val="00C23ECC"/>
    <w:rsid w:val="00C62946"/>
    <w:rsid w:val="00C659F9"/>
    <w:rsid w:val="00C71012"/>
    <w:rsid w:val="00C76E20"/>
    <w:rsid w:val="00C91CAF"/>
    <w:rsid w:val="00C951AF"/>
    <w:rsid w:val="00CB6115"/>
    <w:rsid w:val="00CE78BB"/>
    <w:rsid w:val="00CF1381"/>
    <w:rsid w:val="00D14875"/>
    <w:rsid w:val="00D4185F"/>
    <w:rsid w:val="00D923F5"/>
    <w:rsid w:val="00DD3D21"/>
    <w:rsid w:val="00DE064D"/>
    <w:rsid w:val="00E26C0D"/>
    <w:rsid w:val="00E3115D"/>
    <w:rsid w:val="00E62803"/>
    <w:rsid w:val="00E967BC"/>
    <w:rsid w:val="00EB5BC1"/>
    <w:rsid w:val="00EC116C"/>
    <w:rsid w:val="00EC4D26"/>
    <w:rsid w:val="00EE44E5"/>
    <w:rsid w:val="00F07D25"/>
    <w:rsid w:val="00F67EB5"/>
    <w:rsid w:val="00F942BB"/>
    <w:rsid w:val="00FA4598"/>
    <w:rsid w:val="00FB050B"/>
    <w:rsid w:val="00FB0EA8"/>
    <w:rsid w:val="00FD2E26"/>
    <w:rsid w:val="00FF3DA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CD5F38-9982-466C-9F2F-C88BE0F1D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Georgia" w:hAnsi="Georgia"/>
      <w:sz w:val="21"/>
    </w:rPr>
  </w:style>
  <w:style w:type="paragraph" w:styleId="berschrift1">
    <w:name w:val="heading 1"/>
    <w:basedOn w:val="Standard"/>
    <w:link w:val="berschrift1Zchn"/>
    <w:uiPriority w:val="9"/>
    <w:qFormat/>
    <w:rsid w:val="001B292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AT"/>
    </w:rPr>
  </w:style>
  <w:style w:type="paragraph" w:styleId="berschrift2">
    <w:name w:val="heading 2"/>
    <w:basedOn w:val="Standard"/>
    <w:link w:val="berschrift2Zchn"/>
    <w:uiPriority w:val="9"/>
    <w:qFormat/>
    <w:rsid w:val="001B2927"/>
    <w:pPr>
      <w:spacing w:before="100" w:beforeAutospacing="1" w:after="100" w:afterAutospacing="1" w:line="240" w:lineRule="auto"/>
      <w:outlineLvl w:val="1"/>
    </w:pPr>
    <w:rPr>
      <w:rFonts w:ascii="Times New Roman" w:eastAsia="Times New Roman" w:hAnsi="Times New Roman" w:cs="Times New Roman"/>
      <w:b/>
      <w:bCs/>
      <w:sz w:val="36"/>
      <w:szCs w:val="36"/>
      <w:lang w:eastAsia="de-AT"/>
    </w:rPr>
  </w:style>
  <w:style w:type="paragraph" w:styleId="berschrift3">
    <w:name w:val="heading 3"/>
    <w:basedOn w:val="Standard"/>
    <w:next w:val="Standard"/>
    <w:link w:val="berschrift3Zchn"/>
    <w:uiPriority w:val="9"/>
    <w:unhideWhenUsed/>
    <w:qFormat/>
    <w:rsid w:val="00E967B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B72352"/>
    <w:pPr>
      <w:keepNext/>
      <w:keepLines/>
      <w:spacing w:before="200" w:after="0" w:line="276" w:lineRule="auto"/>
      <w:outlineLvl w:val="3"/>
    </w:pPr>
    <w:rPr>
      <w:rFonts w:asciiTheme="majorHAnsi" w:eastAsiaTheme="majorEastAsia" w:hAnsiTheme="majorHAnsi" w:cstheme="majorBidi"/>
      <w:b/>
      <w:bCs/>
      <w:i/>
      <w:iCs/>
      <w:color w:val="5B9BD5" w:themeColor="accent1"/>
      <w:lang w:val="en-US"/>
    </w:rPr>
  </w:style>
  <w:style w:type="paragraph" w:styleId="berschrift5">
    <w:name w:val="heading 5"/>
    <w:basedOn w:val="Standard"/>
    <w:link w:val="berschrift5Zchn"/>
    <w:uiPriority w:val="9"/>
    <w:qFormat/>
    <w:rsid w:val="001B2927"/>
    <w:pPr>
      <w:spacing w:before="100" w:beforeAutospacing="1" w:after="100" w:afterAutospacing="1" w:line="240" w:lineRule="auto"/>
      <w:outlineLvl w:val="4"/>
    </w:pPr>
    <w:rPr>
      <w:rFonts w:ascii="Times New Roman" w:eastAsia="Times New Roman" w:hAnsi="Times New Roman" w:cs="Times New Roman"/>
      <w:b/>
      <w:bCs/>
      <w:sz w:val="20"/>
      <w:szCs w:val="20"/>
      <w:lang w:eastAsia="de-AT"/>
    </w:rPr>
  </w:style>
  <w:style w:type="paragraph" w:styleId="berschrift6">
    <w:name w:val="heading 6"/>
    <w:basedOn w:val="Standard"/>
    <w:link w:val="berschrift6Zchn"/>
    <w:uiPriority w:val="9"/>
    <w:qFormat/>
    <w:rsid w:val="001B2927"/>
    <w:pPr>
      <w:spacing w:before="100" w:beforeAutospacing="1" w:after="100" w:afterAutospacing="1" w:line="240" w:lineRule="auto"/>
      <w:outlineLvl w:val="5"/>
    </w:pPr>
    <w:rPr>
      <w:rFonts w:ascii="Times New Roman" w:eastAsia="Times New Roman" w:hAnsi="Times New Roman" w:cs="Times New Roman"/>
      <w:b/>
      <w:bCs/>
      <w:sz w:val="15"/>
      <w:szCs w:val="15"/>
      <w:lang w:eastAsia="de-AT"/>
    </w:rPr>
  </w:style>
  <w:style w:type="paragraph" w:styleId="berschrift7">
    <w:name w:val="heading 7"/>
    <w:basedOn w:val="Standard"/>
    <w:next w:val="Standard"/>
    <w:link w:val="berschrift7Zchn"/>
    <w:uiPriority w:val="9"/>
    <w:semiHidden/>
    <w:unhideWhenUsed/>
    <w:qFormat/>
    <w:rsid w:val="00B72352"/>
    <w:pPr>
      <w:keepNext/>
      <w:keepLines/>
      <w:spacing w:before="200" w:after="0" w:line="276" w:lineRule="auto"/>
      <w:outlineLvl w:val="6"/>
    </w:pPr>
    <w:rPr>
      <w:rFonts w:asciiTheme="majorHAnsi" w:eastAsiaTheme="majorEastAsia" w:hAnsiTheme="majorHAnsi" w:cstheme="majorBidi"/>
      <w:i/>
      <w:iCs/>
      <w:color w:val="404040" w:themeColor="text1" w:themeTint="BF"/>
      <w:lang w:val="en-US"/>
    </w:rPr>
  </w:style>
  <w:style w:type="paragraph" w:styleId="berschrift8">
    <w:name w:val="heading 8"/>
    <w:basedOn w:val="Standard"/>
    <w:next w:val="Standard"/>
    <w:link w:val="berschrift8Zchn"/>
    <w:uiPriority w:val="9"/>
    <w:semiHidden/>
    <w:unhideWhenUsed/>
    <w:qFormat/>
    <w:rsid w:val="00B72352"/>
    <w:pPr>
      <w:keepNext/>
      <w:keepLines/>
      <w:spacing w:before="200" w:after="0" w:line="276" w:lineRule="auto"/>
      <w:outlineLvl w:val="7"/>
    </w:pPr>
    <w:rPr>
      <w:rFonts w:asciiTheme="majorHAnsi" w:eastAsiaTheme="majorEastAsia" w:hAnsiTheme="majorHAnsi" w:cstheme="majorBidi"/>
      <w:color w:val="5B9BD5" w:themeColor="accent1"/>
      <w:sz w:val="20"/>
      <w:szCs w:val="20"/>
      <w:lang w:val="en-US"/>
    </w:rPr>
  </w:style>
  <w:style w:type="paragraph" w:styleId="berschrift9">
    <w:name w:val="heading 9"/>
    <w:basedOn w:val="Standard"/>
    <w:next w:val="Standard"/>
    <w:link w:val="berschrift9Zchn"/>
    <w:uiPriority w:val="9"/>
    <w:semiHidden/>
    <w:unhideWhenUsed/>
    <w:qFormat/>
    <w:rsid w:val="00B72352"/>
    <w:pPr>
      <w:keepNext/>
      <w:keepLines/>
      <w:spacing w:before="200" w:after="0" w:line="276"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KeineListe1">
    <w:name w:val="Keine Liste1"/>
    <w:next w:val="KeineListe"/>
    <w:uiPriority w:val="99"/>
    <w:semiHidden/>
    <w:unhideWhenUsed/>
    <w:rsid w:val="006731B1"/>
  </w:style>
  <w:style w:type="paragraph" w:styleId="StandardWeb">
    <w:name w:val="Normal (Web)"/>
    <w:basedOn w:val="Standard"/>
    <w:uiPriority w:val="99"/>
    <w:unhideWhenUsed/>
    <w:rsid w:val="006731B1"/>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styleId="Kopfzeile">
    <w:name w:val="header"/>
    <w:basedOn w:val="Standard"/>
    <w:link w:val="KopfzeileZchn"/>
    <w:uiPriority w:val="99"/>
    <w:unhideWhenUsed/>
    <w:rsid w:val="00003A7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03A7D"/>
  </w:style>
  <w:style w:type="paragraph" w:styleId="Fuzeile">
    <w:name w:val="footer"/>
    <w:basedOn w:val="Standard"/>
    <w:link w:val="FuzeileZchn"/>
    <w:uiPriority w:val="99"/>
    <w:unhideWhenUsed/>
    <w:rsid w:val="00003A7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03A7D"/>
  </w:style>
  <w:style w:type="character" w:styleId="Fett">
    <w:name w:val="Strong"/>
    <w:basedOn w:val="Absatz-Standardschriftart"/>
    <w:uiPriority w:val="22"/>
    <w:qFormat/>
    <w:rsid w:val="00107D41"/>
    <w:rPr>
      <w:b/>
      <w:bCs/>
    </w:rPr>
  </w:style>
  <w:style w:type="character" w:styleId="Hervorhebung">
    <w:name w:val="Emphasis"/>
    <w:basedOn w:val="Absatz-Standardschriftart"/>
    <w:uiPriority w:val="20"/>
    <w:qFormat/>
    <w:rsid w:val="00107D41"/>
    <w:rPr>
      <w:i/>
      <w:iCs/>
    </w:rPr>
  </w:style>
  <w:style w:type="paragraph" w:styleId="Sprechblasentext">
    <w:name w:val="Balloon Text"/>
    <w:basedOn w:val="Standard"/>
    <w:link w:val="SprechblasentextZchn"/>
    <w:uiPriority w:val="99"/>
    <w:semiHidden/>
    <w:unhideWhenUsed/>
    <w:rsid w:val="0073596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3596F"/>
    <w:rPr>
      <w:rFonts w:ascii="Segoe UI" w:hAnsi="Segoe UI" w:cs="Segoe UI"/>
      <w:sz w:val="18"/>
      <w:szCs w:val="18"/>
    </w:rPr>
  </w:style>
  <w:style w:type="character" w:styleId="Hyperlink">
    <w:name w:val="Hyperlink"/>
    <w:basedOn w:val="Absatz-Standardschriftart"/>
    <w:uiPriority w:val="99"/>
    <w:unhideWhenUsed/>
    <w:rsid w:val="001B2927"/>
    <w:rPr>
      <w:color w:val="0563C1" w:themeColor="hyperlink"/>
      <w:u w:val="single"/>
    </w:rPr>
  </w:style>
  <w:style w:type="character" w:customStyle="1" w:styleId="berschrift1Zchn">
    <w:name w:val="Überschrift 1 Zchn"/>
    <w:basedOn w:val="Absatz-Standardschriftart"/>
    <w:link w:val="berschrift1"/>
    <w:uiPriority w:val="9"/>
    <w:rsid w:val="001B2927"/>
    <w:rPr>
      <w:rFonts w:ascii="Times New Roman" w:eastAsia="Times New Roman" w:hAnsi="Times New Roman" w:cs="Times New Roman"/>
      <w:b/>
      <w:bCs/>
      <w:kern w:val="36"/>
      <w:sz w:val="48"/>
      <w:szCs w:val="48"/>
      <w:lang w:eastAsia="de-AT"/>
    </w:rPr>
  </w:style>
  <w:style w:type="character" w:customStyle="1" w:styleId="berschrift2Zchn">
    <w:name w:val="Überschrift 2 Zchn"/>
    <w:basedOn w:val="Absatz-Standardschriftart"/>
    <w:link w:val="berschrift2"/>
    <w:uiPriority w:val="9"/>
    <w:rsid w:val="001B2927"/>
    <w:rPr>
      <w:rFonts w:ascii="Times New Roman" w:eastAsia="Times New Roman" w:hAnsi="Times New Roman" w:cs="Times New Roman"/>
      <w:b/>
      <w:bCs/>
      <w:sz w:val="36"/>
      <w:szCs w:val="36"/>
      <w:lang w:eastAsia="de-AT"/>
    </w:rPr>
  </w:style>
  <w:style w:type="character" w:customStyle="1" w:styleId="berschrift5Zchn">
    <w:name w:val="Überschrift 5 Zchn"/>
    <w:basedOn w:val="Absatz-Standardschriftart"/>
    <w:link w:val="berschrift5"/>
    <w:uiPriority w:val="9"/>
    <w:rsid w:val="001B2927"/>
    <w:rPr>
      <w:rFonts w:ascii="Times New Roman" w:eastAsia="Times New Roman" w:hAnsi="Times New Roman" w:cs="Times New Roman"/>
      <w:b/>
      <w:bCs/>
      <w:sz w:val="20"/>
      <w:szCs w:val="20"/>
      <w:lang w:eastAsia="de-AT"/>
    </w:rPr>
  </w:style>
  <w:style w:type="character" w:customStyle="1" w:styleId="berschrift6Zchn">
    <w:name w:val="Überschrift 6 Zchn"/>
    <w:basedOn w:val="Absatz-Standardschriftart"/>
    <w:link w:val="berschrift6"/>
    <w:uiPriority w:val="9"/>
    <w:rsid w:val="001B2927"/>
    <w:rPr>
      <w:rFonts w:ascii="Times New Roman" w:eastAsia="Times New Roman" w:hAnsi="Times New Roman" w:cs="Times New Roman"/>
      <w:b/>
      <w:bCs/>
      <w:sz w:val="15"/>
      <w:szCs w:val="15"/>
      <w:lang w:eastAsia="de-AT"/>
    </w:rPr>
  </w:style>
  <w:style w:type="numbering" w:customStyle="1" w:styleId="KeineListe2">
    <w:name w:val="Keine Liste2"/>
    <w:next w:val="KeineListe"/>
    <w:uiPriority w:val="99"/>
    <w:semiHidden/>
    <w:unhideWhenUsed/>
    <w:rsid w:val="001B2927"/>
  </w:style>
  <w:style w:type="character" w:customStyle="1" w:styleId="berschrift3Zchn">
    <w:name w:val="Überschrift 3 Zchn"/>
    <w:basedOn w:val="Absatz-Standardschriftart"/>
    <w:link w:val="berschrift3"/>
    <w:uiPriority w:val="9"/>
    <w:rsid w:val="00E967BC"/>
    <w:rPr>
      <w:rFonts w:asciiTheme="majorHAnsi" w:eastAsiaTheme="majorEastAsia" w:hAnsiTheme="majorHAnsi" w:cstheme="majorBidi"/>
      <w:color w:val="1F4D78" w:themeColor="accent1" w:themeShade="7F"/>
      <w:sz w:val="24"/>
      <w:szCs w:val="24"/>
    </w:rPr>
  </w:style>
  <w:style w:type="character" w:customStyle="1" w:styleId="relative">
    <w:name w:val="relative"/>
    <w:basedOn w:val="Absatz-Standardschriftart"/>
    <w:rsid w:val="00692B9F"/>
  </w:style>
  <w:style w:type="paragraph" w:customStyle="1" w:styleId="not-prose">
    <w:name w:val="not-prose"/>
    <w:basedOn w:val="Standard"/>
    <w:rsid w:val="00692B9F"/>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berschrift4Zchn">
    <w:name w:val="Überschrift 4 Zchn"/>
    <w:basedOn w:val="Absatz-Standardschriftart"/>
    <w:link w:val="berschrift4"/>
    <w:uiPriority w:val="9"/>
    <w:semiHidden/>
    <w:rsid w:val="00B72352"/>
    <w:rPr>
      <w:rFonts w:asciiTheme="majorHAnsi" w:eastAsiaTheme="majorEastAsia" w:hAnsiTheme="majorHAnsi" w:cstheme="majorBidi"/>
      <w:b/>
      <w:bCs/>
      <w:i/>
      <w:iCs/>
      <w:color w:val="5B9BD5" w:themeColor="accent1"/>
      <w:lang w:val="en-US"/>
    </w:rPr>
  </w:style>
  <w:style w:type="character" w:customStyle="1" w:styleId="berschrift7Zchn">
    <w:name w:val="Überschrift 7 Zchn"/>
    <w:basedOn w:val="Absatz-Standardschriftart"/>
    <w:link w:val="berschrift7"/>
    <w:uiPriority w:val="9"/>
    <w:semiHidden/>
    <w:rsid w:val="00B72352"/>
    <w:rPr>
      <w:rFonts w:asciiTheme="majorHAnsi" w:eastAsiaTheme="majorEastAsia" w:hAnsiTheme="majorHAnsi" w:cstheme="majorBidi"/>
      <w:i/>
      <w:iCs/>
      <w:color w:val="404040" w:themeColor="text1" w:themeTint="BF"/>
      <w:lang w:val="en-US"/>
    </w:rPr>
  </w:style>
  <w:style w:type="character" w:customStyle="1" w:styleId="berschrift8Zchn">
    <w:name w:val="Überschrift 8 Zchn"/>
    <w:basedOn w:val="Absatz-Standardschriftart"/>
    <w:link w:val="berschrift8"/>
    <w:uiPriority w:val="9"/>
    <w:semiHidden/>
    <w:rsid w:val="00B72352"/>
    <w:rPr>
      <w:rFonts w:asciiTheme="majorHAnsi" w:eastAsiaTheme="majorEastAsia" w:hAnsiTheme="majorHAnsi" w:cstheme="majorBidi"/>
      <w:color w:val="5B9BD5" w:themeColor="accent1"/>
      <w:sz w:val="20"/>
      <w:szCs w:val="20"/>
      <w:lang w:val="en-US"/>
    </w:rPr>
  </w:style>
  <w:style w:type="character" w:customStyle="1" w:styleId="berschrift9Zchn">
    <w:name w:val="Überschrift 9 Zchn"/>
    <w:basedOn w:val="Absatz-Standardschriftart"/>
    <w:link w:val="berschrift9"/>
    <w:uiPriority w:val="9"/>
    <w:semiHidden/>
    <w:rsid w:val="00B72352"/>
    <w:rPr>
      <w:rFonts w:asciiTheme="majorHAnsi" w:eastAsiaTheme="majorEastAsia" w:hAnsiTheme="majorHAnsi" w:cstheme="majorBidi"/>
      <w:i/>
      <w:iCs/>
      <w:color w:val="404040" w:themeColor="text1" w:themeTint="BF"/>
      <w:sz w:val="20"/>
      <w:szCs w:val="20"/>
      <w:lang w:val="en-US"/>
    </w:rPr>
  </w:style>
  <w:style w:type="paragraph" w:styleId="KeinLeerraum">
    <w:name w:val="No Spacing"/>
    <w:uiPriority w:val="1"/>
    <w:qFormat/>
    <w:rsid w:val="00B72352"/>
    <w:pPr>
      <w:spacing w:after="0" w:line="240" w:lineRule="auto"/>
    </w:pPr>
    <w:rPr>
      <w:rFonts w:eastAsiaTheme="minorEastAsia"/>
      <w:lang w:val="en-US"/>
    </w:rPr>
  </w:style>
  <w:style w:type="paragraph" w:styleId="Titel">
    <w:name w:val="Title"/>
    <w:basedOn w:val="Standard"/>
    <w:next w:val="Standard"/>
    <w:link w:val="TitelZchn"/>
    <w:uiPriority w:val="10"/>
    <w:qFormat/>
    <w:rsid w:val="00B72352"/>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TitelZchn">
    <w:name w:val="Titel Zchn"/>
    <w:basedOn w:val="Absatz-Standardschriftart"/>
    <w:link w:val="Titel"/>
    <w:uiPriority w:val="10"/>
    <w:rsid w:val="00B72352"/>
    <w:rPr>
      <w:rFonts w:asciiTheme="majorHAnsi" w:eastAsiaTheme="majorEastAsia" w:hAnsiTheme="majorHAnsi" w:cstheme="majorBidi"/>
      <w:color w:val="323E4F" w:themeColor="text2" w:themeShade="BF"/>
      <w:spacing w:val="5"/>
      <w:kern w:val="28"/>
      <w:sz w:val="52"/>
      <w:szCs w:val="52"/>
      <w:lang w:val="en-US"/>
    </w:rPr>
  </w:style>
  <w:style w:type="paragraph" w:styleId="Untertitel">
    <w:name w:val="Subtitle"/>
    <w:basedOn w:val="Standard"/>
    <w:next w:val="Standard"/>
    <w:link w:val="UntertitelZchn"/>
    <w:uiPriority w:val="11"/>
    <w:qFormat/>
    <w:rsid w:val="00B72352"/>
    <w:pPr>
      <w:numPr>
        <w:ilvl w:val="1"/>
      </w:numPr>
      <w:spacing w:after="200" w:line="276" w:lineRule="auto"/>
    </w:pPr>
    <w:rPr>
      <w:rFonts w:asciiTheme="majorHAnsi" w:eastAsiaTheme="majorEastAsia" w:hAnsiTheme="majorHAnsi" w:cstheme="majorBidi"/>
      <w:i/>
      <w:iCs/>
      <w:color w:val="5B9BD5" w:themeColor="accent1"/>
      <w:spacing w:val="15"/>
      <w:sz w:val="24"/>
      <w:szCs w:val="24"/>
      <w:lang w:val="en-US"/>
    </w:rPr>
  </w:style>
  <w:style w:type="character" w:customStyle="1" w:styleId="UntertitelZchn">
    <w:name w:val="Untertitel Zchn"/>
    <w:basedOn w:val="Absatz-Standardschriftart"/>
    <w:link w:val="Untertitel"/>
    <w:uiPriority w:val="11"/>
    <w:rsid w:val="00B72352"/>
    <w:rPr>
      <w:rFonts w:asciiTheme="majorHAnsi" w:eastAsiaTheme="majorEastAsia" w:hAnsiTheme="majorHAnsi" w:cstheme="majorBidi"/>
      <w:i/>
      <w:iCs/>
      <w:color w:val="5B9BD5" w:themeColor="accent1"/>
      <w:spacing w:val="15"/>
      <w:sz w:val="24"/>
      <w:szCs w:val="24"/>
      <w:lang w:val="en-US"/>
    </w:rPr>
  </w:style>
  <w:style w:type="paragraph" w:styleId="Listenabsatz">
    <w:name w:val="List Paragraph"/>
    <w:basedOn w:val="Standard"/>
    <w:uiPriority w:val="34"/>
    <w:qFormat/>
    <w:rsid w:val="00B72352"/>
    <w:pPr>
      <w:spacing w:after="200" w:line="276" w:lineRule="auto"/>
      <w:ind w:left="720"/>
      <w:contextualSpacing/>
    </w:pPr>
    <w:rPr>
      <w:rFonts w:eastAsiaTheme="minorEastAsia"/>
      <w:lang w:val="en-US"/>
    </w:rPr>
  </w:style>
  <w:style w:type="paragraph" w:styleId="Textkrper">
    <w:name w:val="Body Text"/>
    <w:basedOn w:val="Standard"/>
    <w:link w:val="TextkrperZchn"/>
    <w:uiPriority w:val="99"/>
    <w:unhideWhenUsed/>
    <w:rsid w:val="00B72352"/>
    <w:pPr>
      <w:spacing w:after="120" w:line="276" w:lineRule="auto"/>
    </w:pPr>
    <w:rPr>
      <w:rFonts w:eastAsiaTheme="minorEastAsia"/>
      <w:lang w:val="en-US"/>
    </w:rPr>
  </w:style>
  <w:style w:type="character" w:customStyle="1" w:styleId="TextkrperZchn">
    <w:name w:val="Textkörper Zchn"/>
    <w:basedOn w:val="Absatz-Standardschriftart"/>
    <w:link w:val="Textkrper"/>
    <w:uiPriority w:val="99"/>
    <w:rsid w:val="00B72352"/>
    <w:rPr>
      <w:rFonts w:eastAsiaTheme="minorEastAsia"/>
      <w:lang w:val="en-US"/>
    </w:rPr>
  </w:style>
  <w:style w:type="paragraph" w:styleId="Textkrper2">
    <w:name w:val="Body Text 2"/>
    <w:basedOn w:val="Standard"/>
    <w:link w:val="Textkrper2Zchn"/>
    <w:uiPriority w:val="99"/>
    <w:unhideWhenUsed/>
    <w:rsid w:val="00B72352"/>
    <w:pPr>
      <w:spacing w:after="120" w:line="480" w:lineRule="auto"/>
    </w:pPr>
    <w:rPr>
      <w:rFonts w:eastAsiaTheme="minorEastAsia"/>
      <w:lang w:val="en-US"/>
    </w:rPr>
  </w:style>
  <w:style w:type="character" w:customStyle="1" w:styleId="Textkrper2Zchn">
    <w:name w:val="Textkörper 2 Zchn"/>
    <w:basedOn w:val="Absatz-Standardschriftart"/>
    <w:link w:val="Textkrper2"/>
    <w:uiPriority w:val="99"/>
    <w:rsid w:val="00B72352"/>
    <w:rPr>
      <w:rFonts w:eastAsiaTheme="minorEastAsia"/>
      <w:lang w:val="en-US"/>
    </w:rPr>
  </w:style>
  <w:style w:type="paragraph" w:styleId="Textkrper3">
    <w:name w:val="Body Text 3"/>
    <w:basedOn w:val="Standard"/>
    <w:link w:val="Textkrper3Zchn"/>
    <w:uiPriority w:val="99"/>
    <w:unhideWhenUsed/>
    <w:rsid w:val="00B72352"/>
    <w:pPr>
      <w:spacing w:after="120" w:line="276" w:lineRule="auto"/>
    </w:pPr>
    <w:rPr>
      <w:rFonts w:eastAsiaTheme="minorEastAsia"/>
      <w:sz w:val="16"/>
      <w:szCs w:val="16"/>
      <w:lang w:val="en-US"/>
    </w:rPr>
  </w:style>
  <w:style w:type="character" w:customStyle="1" w:styleId="Textkrper3Zchn">
    <w:name w:val="Textkörper 3 Zchn"/>
    <w:basedOn w:val="Absatz-Standardschriftart"/>
    <w:link w:val="Textkrper3"/>
    <w:uiPriority w:val="99"/>
    <w:rsid w:val="00B72352"/>
    <w:rPr>
      <w:rFonts w:eastAsiaTheme="minorEastAsia"/>
      <w:sz w:val="16"/>
      <w:szCs w:val="16"/>
      <w:lang w:val="en-US"/>
    </w:rPr>
  </w:style>
  <w:style w:type="paragraph" w:styleId="Liste">
    <w:name w:val="List"/>
    <w:basedOn w:val="Standard"/>
    <w:uiPriority w:val="99"/>
    <w:unhideWhenUsed/>
    <w:rsid w:val="00B72352"/>
    <w:pPr>
      <w:spacing w:after="200" w:line="276" w:lineRule="auto"/>
      <w:ind w:left="360" w:hanging="360"/>
      <w:contextualSpacing/>
    </w:pPr>
    <w:rPr>
      <w:rFonts w:eastAsiaTheme="minorEastAsia"/>
      <w:lang w:val="en-US"/>
    </w:rPr>
  </w:style>
  <w:style w:type="paragraph" w:styleId="Liste2">
    <w:name w:val="List 2"/>
    <w:basedOn w:val="Standard"/>
    <w:uiPriority w:val="99"/>
    <w:unhideWhenUsed/>
    <w:rsid w:val="00B72352"/>
    <w:pPr>
      <w:spacing w:after="200" w:line="276" w:lineRule="auto"/>
      <w:ind w:left="720" w:hanging="360"/>
      <w:contextualSpacing/>
    </w:pPr>
    <w:rPr>
      <w:rFonts w:eastAsiaTheme="minorEastAsia"/>
      <w:lang w:val="en-US"/>
    </w:rPr>
  </w:style>
  <w:style w:type="paragraph" w:styleId="Liste3">
    <w:name w:val="List 3"/>
    <w:basedOn w:val="Standard"/>
    <w:uiPriority w:val="99"/>
    <w:unhideWhenUsed/>
    <w:rsid w:val="00B72352"/>
    <w:pPr>
      <w:spacing w:after="200" w:line="276" w:lineRule="auto"/>
      <w:ind w:left="1080" w:hanging="360"/>
      <w:contextualSpacing/>
    </w:pPr>
    <w:rPr>
      <w:rFonts w:eastAsiaTheme="minorEastAsia"/>
      <w:lang w:val="en-US"/>
    </w:rPr>
  </w:style>
  <w:style w:type="paragraph" w:styleId="Aufzhlungszeichen">
    <w:name w:val="List Bullet"/>
    <w:basedOn w:val="Standard"/>
    <w:uiPriority w:val="99"/>
    <w:unhideWhenUsed/>
    <w:rsid w:val="00B72352"/>
    <w:pPr>
      <w:numPr>
        <w:numId w:val="1"/>
      </w:numPr>
      <w:spacing w:after="200" w:line="276" w:lineRule="auto"/>
      <w:contextualSpacing/>
    </w:pPr>
    <w:rPr>
      <w:rFonts w:eastAsiaTheme="minorEastAsia"/>
      <w:lang w:val="en-US"/>
    </w:rPr>
  </w:style>
  <w:style w:type="paragraph" w:styleId="Aufzhlungszeichen2">
    <w:name w:val="List Bullet 2"/>
    <w:basedOn w:val="Standard"/>
    <w:uiPriority w:val="99"/>
    <w:unhideWhenUsed/>
    <w:rsid w:val="00B72352"/>
    <w:pPr>
      <w:numPr>
        <w:numId w:val="2"/>
      </w:numPr>
      <w:spacing w:after="200" w:line="276" w:lineRule="auto"/>
      <w:contextualSpacing/>
    </w:pPr>
    <w:rPr>
      <w:rFonts w:eastAsiaTheme="minorEastAsia"/>
      <w:lang w:val="en-US"/>
    </w:rPr>
  </w:style>
  <w:style w:type="paragraph" w:styleId="Aufzhlungszeichen3">
    <w:name w:val="List Bullet 3"/>
    <w:basedOn w:val="Standard"/>
    <w:uiPriority w:val="99"/>
    <w:unhideWhenUsed/>
    <w:rsid w:val="00B72352"/>
    <w:pPr>
      <w:numPr>
        <w:numId w:val="3"/>
      </w:numPr>
      <w:spacing w:after="200" w:line="276" w:lineRule="auto"/>
      <w:contextualSpacing/>
    </w:pPr>
    <w:rPr>
      <w:rFonts w:eastAsiaTheme="minorEastAsia"/>
      <w:lang w:val="en-US"/>
    </w:rPr>
  </w:style>
  <w:style w:type="paragraph" w:styleId="Listennummer">
    <w:name w:val="List Number"/>
    <w:basedOn w:val="Standard"/>
    <w:uiPriority w:val="99"/>
    <w:unhideWhenUsed/>
    <w:rsid w:val="00B72352"/>
    <w:pPr>
      <w:numPr>
        <w:numId w:val="4"/>
      </w:numPr>
      <w:spacing w:after="200" w:line="276" w:lineRule="auto"/>
      <w:contextualSpacing/>
    </w:pPr>
    <w:rPr>
      <w:rFonts w:eastAsiaTheme="minorEastAsia"/>
      <w:lang w:val="en-US"/>
    </w:rPr>
  </w:style>
  <w:style w:type="paragraph" w:styleId="Listennummer2">
    <w:name w:val="List Number 2"/>
    <w:basedOn w:val="Standard"/>
    <w:uiPriority w:val="99"/>
    <w:unhideWhenUsed/>
    <w:rsid w:val="00B72352"/>
    <w:pPr>
      <w:numPr>
        <w:numId w:val="5"/>
      </w:numPr>
      <w:spacing w:after="200" w:line="276" w:lineRule="auto"/>
      <w:contextualSpacing/>
    </w:pPr>
    <w:rPr>
      <w:rFonts w:eastAsiaTheme="minorEastAsia"/>
      <w:lang w:val="en-US"/>
    </w:rPr>
  </w:style>
  <w:style w:type="paragraph" w:styleId="Listennummer3">
    <w:name w:val="List Number 3"/>
    <w:basedOn w:val="Standard"/>
    <w:uiPriority w:val="99"/>
    <w:unhideWhenUsed/>
    <w:rsid w:val="00B72352"/>
    <w:pPr>
      <w:numPr>
        <w:numId w:val="6"/>
      </w:numPr>
      <w:spacing w:after="200" w:line="276" w:lineRule="auto"/>
      <w:contextualSpacing/>
    </w:pPr>
    <w:rPr>
      <w:rFonts w:eastAsiaTheme="minorEastAsia"/>
      <w:lang w:val="en-US"/>
    </w:rPr>
  </w:style>
  <w:style w:type="paragraph" w:styleId="Listenfortsetzung">
    <w:name w:val="List Continue"/>
    <w:basedOn w:val="Standard"/>
    <w:uiPriority w:val="99"/>
    <w:unhideWhenUsed/>
    <w:rsid w:val="00B72352"/>
    <w:pPr>
      <w:spacing w:after="120" w:line="276" w:lineRule="auto"/>
      <w:ind w:left="360"/>
      <w:contextualSpacing/>
    </w:pPr>
    <w:rPr>
      <w:rFonts w:eastAsiaTheme="minorEastAsia"/>
      <w:lang w:val="en-US"/>
    </w:rPr>
  </w:style>
  <w:style w:type="paragraph" w:styleId="Listenfortsetzung2">
    <w:name w:val="List Continue 2"/>
    <w:basedOn w:val="Standard"/>
    <w:uiPriority w:val="99"/>
    <w:unhideWhenUsed/>
    <w:rsid w:val="00B72352"/>
    <w:pPr>
      <w:spacing w:after="120" w:line="276" w:lineRule="auto"/>
      <w:ind w:left="720"/>
      <w:contextualSpacing/>
    </w:pPr>
    <w:rPr>
      <w:rFonts w:eastAsiaTheme="minorEastAsia"/>
      <w:lang w:val="en-US"/>
    </w:rPr>
  </w:style>
  <w:style w:type="paragraph" w:styleId="Listenfortsetzung3">
    <w:name w:val="List Continue 3"/>
    <w:basedOn w:val="Standard"/>
    <w:uiPriority w:val="99"/>
    <w:unhideWhenUsed/>
    <w:rsid w:val="00B72352"/>
    <w:pPr>
      <w:spacing w:after="120" w:line="276" w:lineRule="auto"/>
      <w:ind w:left="1080"/>
      <w:contextualSpacing/>
    </w:pPr>
    <w:rPr>
      <w:rFonts w:eastAsiaTheme="minorEastAsia"/>
      <w:lang w:val="en-US"/>
    </w:rPr>
  </w:style>
  <w:style w:type="paragraph" w:styleId="Makrotext">
    <w:name w:val="macro"/>
    <w:link w:val="MakrotextZchn"/>
    <w:uiPriority w:val="99"/>
    <w:unhideWhenUsed/>
    <w:rsid w:val="00B72352"/>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sz w:val="20"/>
      <w:szCs w:val="20"/>
      <w:lang w:val="en-US"/>
    </w:rPr>
  </w:style>
  <w:style w:type="character" w:customStyle="1" w:styleId="MakrotextZchn">
    <w:name w:val="Makrotext Zchn"/>
    <w:basedOn w:val="Absatz-Standardschriftart"/>
    <w:link w:val="Makrotext"/>
    <w:uiPriority w:val="99"/>
    <w:rsid w:val="00B72352"/>
    <w:rPr>
      <w:rFonts w:ascii="Courier" w:eastAsiaTheme="minorEastAsia" w:hAnsi="Courier"/>
      <w:sz w:val="20"/>
      <w:szCs w:val="20"/>
      <w:lang w:val="en-US"/>
    </w:rPr>
  </w:style>
  <w:style w:type="paragraph" w:styleId="Zitat">
    <w:name w:val="Quote"/>
    <w:basedOn w:val="Standard"/>
    <w:next w:val="Standard"/>
    <w:link w:val="ZitatZchn"/>
    <w:uiPriority w:val="29"/>
    <w:qFormat/>
    <w:rsid w:val="00B72352"/>
    <w:pPr>
      <w:spacing w:after="200" w:line="276" w:lineRule="auto"/>
    </w:pPr>
    <w:rPr>
      <w:rFonts w:eastAsiaTheme="minorEastAsia"/>
      <w:i/>
      <w:iCs/>
      <w:color w:val="000000" w:themeColor="text1"/>
      <w:lang w:val="en-US"/>
    </w:rPr>
  </w:style>
  <w:style w:type="character" w:customStyle="1" w:styleId="ZitatZchn">
    <w:name w:val="Zitat Zchn"/>
    <w:basedOn w:val="Absatz-Standardschriftart"/>
    <w:link w:val="Zitat"/>
    <w:uiPriority w:val="29"/>
    <w:rsid w:val="00B72352"/>
    <w:rPr>
      <w:rFonts w:eastAsiaTheme="minorEastAsia"/>
      <w:i/>
      <w:iCs/>
      <w:color w:val="000000" w:themeColor="text1"/>
      <w:lang w:val="en-US"/>
    </w:rPr>
  </w:style>
  <w:style w:type="paragraph" w:styleId="Beschriftung">
    <w:name w:val="caption"/>
    <w:basedOn w:val="Standard"/>
    <w:next w:val="Standard"/>
    <w:uiPriority w:val="35"/>
    <w:semiHidden/>
    <w:unhideWhenUsed/>
    <w:qFormat/>
    <w:rsid w:val="00B72352"/>
    <w:pPr>
      <w:spacing w:after="200" w:line="240" w:lineRule="auto"/>
    </w:pPr>
    <w:rPr>
      <w:rFonts w:eastAsiaTheme="minorEastAsia"/>
      <w:b/>
      <w:bCs/>
      <w:color w:val="5B9BD5" w:themeColor="accent1"/>
      <w:sz w:val="18"/>
      <w:szCs w:val="18"/>
      <w:lang w:val="en-US"/>
    </w:rPr>
  </w:style>
  <w:style w:type="paragraph" w:styleId="IntensivesZitat">
    <w:name w:val="Intense Quote"/>
    <w:basedOn w:val="Standard"/>
    <w:next w:val="Standard"/>
    <w:link w:val="IntensivesZitatZchn"/>
    <w:uiPriority w:val="30"/>
    <w:qFormat/>
    <w:rsid w:val="00B72352"/>
    <w:pPr>
      <w:pBdr>
        <w:bottom w:val="single" w:sz="4" w:space="4" w:color="5B9BD5" w:themeColor="accent1"/>
      </w:pBdr>
      <w:spacing w:before="200" w:after="280" w:line="276" w:lineRule="auto"/>
      <w:ind w:left="936" w:right="936"/>
    </w:pPr>
    <w:rPr>
      <w:rFonts w:eastAsiaTheme="minorEastAsia"/>
      <w:b/>
      <w:bCs/>
      <w:i/>
      <w:iCs/>
      <w:color w:val="5B9BD5" w:themeColor="accent1"/>
      <w:lang w:val="en-US"/>
    </w:rPr>
  </w:style>
  <w:style w:type="character" w:customStyle="1" w:styleId="IntensivesZitatZchn">
    <w:name w:val="Intensives Zitat Zchn"/>
    <w:basedOn w:val="Absatz-Standardschriftart"/>
    <w:link w:val="IntensivesZitat"/>
    <w:uiPriority w:val="30"/>
    <w:rsid w:val="00B72352"/>
    <w:rPr>
      <w:rFonts w:eastAsiaTheme="minorEastAsia"/>
      <w:b/>
      <w:bCs/>
      <w:i/>
      <w:iCs/>
      <w:color w:val="5B9BD5" w:themeColor="accent1"/>
      <w:lang w:val="en-US"/>
    </w:rPr>
  </w:style>
  <w:style w:type="character" w:styleId="SchwacheHervorhebung">
    <w:name w:val="Subtle Emphasis"/>
    <w:basedOn w:val="Absatz-Standardschriftart"/>
    <w:uiPriority w:val="19"/>
    <w:qFormat/>
    <w:rsid w:val="00B72352"/>
    <w:rPr>
      <w:i/>
      <w:iCs/>
      <w:color w:val="808080" w:themeColor="text1" w:themeTint="7F"/>
    </w:rPr>
  </w:style>
  <w:style w:type="character" w:styleId="IntensiveHervorhebung">
    <w:name w:val="Intense Emphasis"/>
    <w:basedOn w:val="Absatz-Standardschriftart"/>
    <w:uiPriority w:val="21"/>
    <w:qFormat/>
    <w:rsid w:val="00B72352"/>
    <w:rPr>
      <w:b/>
      <w:bCs/>
      <w:i/>
      <w:iCs/>
      <w:color w:val="5B9BD5" w:themeColor="accent1"/>
    </w:rPr>
  </w:style>
  <w:style w:type="character" w:styleId="SchwacherVerweis">
    <w:name w:val="Subtle Reference"/>
    <w:basedOn w:val="Absatz-Standardschriftart"/>
    <w:uiPriority w:val="31"/>
    <w:qFormat/>
    <w:rsid w:val="00B72352"/>
    <w:rPr>
      <w:smallCaps/>
      <w:color w:val="ED7D31" w:themeColor="accent2"/>
      <w:u w:val="single"/>
    </w:rPr>
  </w:style>
  <w:style w:type="character" w:styleId="IntensiverVerweis">
    <w:name w:val="Intense Reference"/>
    <w:basedOn w:val="Absatz-Standardschriftart"/>
    <w:uiPriority w:val="32"/>
    <w:qFormat/>
    <w:rsid w:val="00B72352"/>
    <w:rPr>
      <w:b/>
      <w:bCs/>
      <w:smallCaps/>
      <w:color w:val="ED7D31" w:themeColor="accent2"/>
      <w:spacing w:val="5"/>
      <w:u w:val="single"/>
    </w:rPr>
  </w:style>
  <w:style w:type="character" w:styleId="Buchtitel">
    <w:name w:val="Book Title"/>
    <w:basedOn w:val="Absatz-Standardschriftart"/>
    <w:uiPriority w:val="33"/>
    <w:qFormat/>
    <w:rsid w:val="00B72352"/>
    <w:rPr>
      <w:b/>
      <w:bCs/>
      <w:smallCaps/>
      <w:spacing w:val="5"/>
    </w:rPr>
  </w:style>
  <w:style w:type="paragraph" w:styleId="Inhaltsverzeichnisberschrift">
    <w:name w:val="TOC Heading"/>
    <w:basedOn w:val="berschrift1"/>
    <w:next w:val="Standard"/>
    <w:uiPriority w:val="39"/>
    <w:semiHidden/>
    <w:unhideWhenUsed/>
    <w:qFormat/>
    <w:rsid w:val="00B72352"/>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lang w:val="en-US" w:eastAsia="en-US"/>
    </w:rPr>
  </w:style>
  <w:style w:type="table" w:styleId="Tabellenraster">
    <w:name w:val="Table Grid"/>
    <w:basedOn w:val="NormaleTabelle"/>
    <w:uiPriority w:val="59"/>
    <w:rsid w:val="00B72352"/>
    <w:pPr>
      <w:spacing w:after="0" w:line="240" w:lineRule="auto"/>
    </w:pPr>
    <w:rPr>
      <w:rFonts w:eastAsiaTheme="minorEastAs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
    <w:name w:val="Light Shading"/>
    <w:basedOn w:val="NormaleTabelle"/>
    <w:uiPriority w:val="60"/>
    <w:rsid w:val="00B72352"/>
    <w:pPr>
      <w:spacing w:after="0" w:line="240" w:lineRule="auto"/>
    </w:pPr>
    <w:rPr>
      <w:rFonts w:eastAsiaTheme="minorEastAsia"/>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rsid w:val="00B72352"/>
    <w:pPr>
      <w:spacing w:after="0" w:line="240" w:lineRule="auto"/>
    </w:pPr>
    <w:rPr>
      <w:rFonts w:eastAsiaTheme="minorEastAsia"/>
      <w:color w:val="2E74B5" w:themeColor="accent1" w:themeShade="BF"/>
      <w:lang w:val="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HelleSchattierung-Akzent2">
    <w:name w:val="Light Shading Accent 2"/>
    <w:basedOn w:val="NormaleTabelle"/>
    <w:uiPriority w:val="60"/>
    <w:rsid w:val="00B72352"/>
    <w:pPr>
      <w:spacing w:after="0" w:line="240" w:lineRule="auto"/>
    </w:pPr>
    <w:rPr>
      <w:rFonts w:eastAsiaTheme="minorEastAsia"/>
      <w:color w:val="C45911" w:themeColor="accent2" w:themeShade="BF"/>
      <w:lang w:val="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HelleSchattierung-Akzent3">
    <w:name w:val="Light Shading Accent 3"/>
    <w:basedOn w:val="NormaleTabelle"/>
    <w:uiPriority w:val="60"/>
    <w:rsid w:val="00B72352"/>
    <w:pPr>
      <w:spacing w:after="0" w:line="240" w:lineRule="auto"/>
    </w:pPr>
    <w:rPr>
      <w:rFonts w:eastAsiaTheme="minorEastAsia"/>
      <w:color w:val="7B7B7B" w:themeColor="accent3" w:themeShade="BF"/>
      <w:lang w:val="en-US"/>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HelleSchattierung-Akzent4">
    <w:name w:val="Light Shading Accent 4"/>
    <w:basedOn w:val="NormaleTabelle"/>
    <w:uiPriority w:val="60"/>
    <w:rsid w:val="00B72352"/>
    <w:pPr>
      <w:spacing w:after="0" w:line="240" w:lineRule="auto"/>
    </w:pPr>
    <w:rPr>
      <w:rFonts w:eastAsiaTheme="minorEastAsia"/>
      <w:color w:val="BF8F00" w:themeColor="accent4" w:themeShade="BF"/>
      <w:lang w:val="en-US"/>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HelleSchattierung-Akzent5">
    <w:name w:val="Light Shading Accent 5"/>
    <w:basedOn w:val="NormaleTabelle"/>
    <w:uiPriority w:val="60"/>
    <w:rsid w:val="00B72352"/>
    <w:pPr>
      <w:spacing w:after="0" w:line="240" w:lineRule="auto"/>
    </w:pPr>
    <w:rPr>
      <w:rFonts w:eastAsiaTheme="minorEastAsia"/>
      <w:color w:val="2F5496" w:themeColor="accent5" w:themeShade="BF"/>
      <w:lang w:val="en-US"/>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HelleSchattierung-Akzent6">
    <w:name w:val="Light Shading Accent 6"/>
    <w:basedOn w:val="NormaleTabelle"/>
    <w:uiPriority w:val="60"/>
    <w:rsid w:val="00B72352"/>
    <w:pPr>
      <w:spacing w:after="0" w:line="240" w:lineRule="auto"/>
    </w:pPr>
    <w:rPr>
      <w:rFonts w:eastAsiaTheme="minorEastAsia"/>
      <w:color w:val="538135" w:themeColor="accent6" w:themeShade="BF"/>
      <w:lang w:val="en-US"/>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HelleListe">
    <w:name w:val="Light List"/>
    <w:basedOn w:val="NormaleTabelle"/>
    <w:uiPriority w:val="61"/>
    <w:rsid w:val="00B72352"/>
    <w:pPr>
      <w:spacing w:after="0" w:line="240" w:lineRule="auto"/>
    </w:pPr>
    <w:rPr>
      <w:rFonts w:eastAsiaTheme="minorEastAsia"/>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rsid w:val="00B72352"/>
    <w:pPr>
      <w:spacing w:after="0" w:line="240" w:lineRule="auto"/>
    </w:pPr>
    <w:rPr>
      <w:rFonts w:eastAsiaTheme="minorEastAsia"/>
      <w:lang w:val="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HelleListe-Akzent2">
    <w:name w:val="Light List Accent 2"/>
    <w:basedOn w:val="NormaleTabelle"/>
    <w:uiPriority w:val="61"/>
    <w:rsid w:val="00B72352"/>
    <w:pPr>
      <w:spacing w:after="0" w:line="240" w:lineRule="auto"/>
    </w:pPr>
    <w:rPr>
      <w:rFonts w:eastAsiaTheme="minorEastAsia"/>
      <w:lang w:val="en-US"/>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HelleListe-Akzent3">
    <w:name w:val="Light List Accent 3"/>
    <w:basedOn w:val="NormaleTabelle"/>
    <w:uiPriority w:val="61"/>
    <w:rsid w:val="00B72352"/>
    <w:pPr>
      <w:spacing w:after="0" w:line="240" w:lineRule="auto"/>
    </w:pPr>
    <w:rPr>
      <w:rFonts w:eastAsiaTheme="minorEastAsia"/>
      <w:lang w:val="en-US"/>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HelleListe-Akzent4">
    <w:name w:val="Light List Accent 4"/>
    <w:basedOn w:val="NormaleTabelle"/>
    <w:uiPriority w:val="61"/>
    <w:rsid w:val="00B72352"/>
    <w:pPr>
      <w:spacing w:after="0" w:line="240" w:lineRule="auto"/>
    </w:pPr>
    <w:rPr>
      <w:rFonts w:eastAsiaTheme="minorEastAsia"/>
      <w:lang w:val="en-US"/>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HelleListe-Akzent5">
    <w:name w:val="Light List Accent 5"/>
    <w:basedOn w:val="NormaleTabelle"/>
    <w:uiPriority w:val="61"/>
    <w:rsid w:val="00B72352"/>
    <w:pPr>
      <w:spacing w:after="0" w:line="240" w:lineRule="auto"/>
    </w:pPr>
    <w:rPr>
      <w:rFonts w:eastAsiaTheme="minorEastAsia"/>
      <w:lang w:val="en-US"/>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HelleListe-Akzent6">
    <w:name w:val="Light List Accent 6"/>
    <w:basedOn w:val="NormaleTabelle"/>
    <w:uiPriority w:val="61"/>
    <w:rsid w:val="00B72352"/>
    <w:pPr>
      <w:spacing w:after="0" w:line="240" w:lineRule="auto"/>
    </w:pPr>
    <w:rPr>
      <w:rFonts w:eastAsiaTheme="minorEastAsia"/>
      <w:lang w:val="en-US"/>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HellesRaster">
    <w:name w:val="Light Grid"/>
    <w:basedOn w:val="NormaleTabelle"/>
    <w:uiPriority w:val="62"/>
    <w:rsid w:val="00B72352"/>
    <w:pPr>
      <w:spacing w:after="0" w:line="240" w:lineRule="auto"/>
    </w:pPr>
    <w:rPr>
      <w:rFonts w:eastAsiaTheme="minorEastAsia"/>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rsid w:val="00B72352"/>
    <w:pPr>
      <w:spacing w:after="0" w:line="240" w:lineRule="auto"/>
    </w:pPr>
    <w:rPr>
      <w:rFonts w:eastAsiaTheme="minorEastAsia"/>
      <w:lang w:val="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HellesRaster-Akzent2">
    <w:name w:val="Light Grid Accent 2"/>
    <w:basedOn w:val="NormaleTabelle"/>
    <w:uiPriority w:val="62"/>
    <w:rsid w:val="00B72352"/>
    <w:pPr>
      <w:spacing w:after="0" w:line="240" w:lineRule="auto"/>
    </w:pPr>
    <w:rPr>
      <w:rFonts w:eastAsiaTheme="minorEastAsia"/>
      <w:lang w:val="en-US"/>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HellesRaster-Akzent3">
    <w:name w:val="Light Grid Accent 3"/>
    <w:basedOn w:val="NormaleTabelle"/>
    <w:uiPriority w:val="62"/>
    <w:rsid w:val="00B72352"/>
    <w:pPr>
      <w:spacing w:after="0" w:line="240" w:lineRule="auto"/>
    </w:pPr>
    <w:rPr>
      <w:rFonts w:eastAsiaTheme="minorEastAsia"/>
      <w:lang w:val="en-US"/>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HellesRaster-Akzent4">
    <w:name w:val="Light Grid Accent 4"/>
    <w:basedOn w:val="NormaleTabelle"/>
    <w:uiPriority w:val="62"/>
    <w:rsid w:val="00B72352"/>
    <w:pPr>
      <w:spacing w:after="0" w:line="240" w:lineRule="auto"/>
    </w:pPr>
    <w:rPr>
      <w:rFonts w:eastAsiaTheme="minorEastAsia"/>
      <w:lang w:val="en-US"/>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HellesRaster-Akzent5">
    <w:name w:val="Light Grid Accent 5"/>
    <w:basedOn w:val="NormaleTabelle"/>
    <w:uiPriority w:val="62"/>
    <w:rsid w:val="00B72352"/>
    <w:pPr>
      <w:spacing w:after="0" w:line="240" w:lineRule="auto"/>
    </w:pPr>
    <w:rPr>
      <w:rFonts w:eastAsiaTheme="minorEastAsia"/>
      <w:lang w:val="en-US"/>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HellesRaster-Akzent6">
    <w:name w:val="Light Grid Accent 6"/>
    <w:basedOn w:val="NormaleTabelle"/>
    <w:uiPriority w:val="62"/>
    <w:rsid w:val="00B72352"/>
    <w:pPr>
      <w:spacing w:after="0" w:line="240" w:lineRule="auto"/>
    </w:pPr>
    <w:rPr>
      <w:rFonts w:eastAsiaTheme="minorEastAsia"/>
      <w:lang w:val="en-US"/>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ittlereSchattierung1">
    <w:name w:val="Medium Shading 1"/>
    <w:basedOn w:val="NormaleTabelle"/>
    <w:uiPriority w:val="63"/>
    <w:rsid w:val="00B72352"/>
    <w:pPr>
      <w:spacing w:after="0" w:line="240" w:lineRule="auto"/>
    </w:pPr>
    <w:rPr>
      <w:rFonts w:eastAsiaTheme="minorEastAsia"/>
      <w:lang w:val="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rsid w:val="00B72352"/>
    <w:pPr>
      <w:spacing w:after="0" w:line="240" w:lineRule="auto"/>
    </w:pPr>
    <w:rPr>
      <w:rFonts w:eastAsiaTheme="minorEastAsia"/>
      <w:lang w:val="en-US"/>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rsid w:val="00B72352"/>
    <w:pPr>
      <w:spacing w:after="0" w:line="240" w:lineRule="auto"/>
    </w:pPr>
    <w:rPr>
      <w:rFonts w:eastAsiaTheme="minorEastAsia"/>
      <w:lang w:val="en-US"/>
    </w:r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rsid w:val="00B72352"/>
    <w:pPr>
      <w:spacing w:after="0" w:line="240" w:lineRule="auto"/>
    </w:pPr>
    <w:rPr>
      <w:rFonts w:eastAsiaTheme="minorEastAsia"/>
      <w:lang w:val="en-US"/>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rsid w:val="00B72352"/>
    <w:pPr>
      <w:spacing w:after="0" w:line="240" w:lineRule="auto"/>
    </w:pPr>
    <w:rPr>
      <w:rFonts w:eastAsiaTheme="minorEastAsia"/>
      <w:lang w:val="en-US"/>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rsid w:val="00B72352"/>
    <w:pPr>
      <w:spacing w:after="0" w:line="240" w:lineRule="auto"/>
    </w:pPr>
    <w:rPr>
      <w:rFonts w:eastAsiaTheme="minorEastAsia"/>
      <w:lang w:val="en-US"/>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rsid w:val="00B72352"/>
    <w:pPr>
      <w:spacing w:after="0" w:line="240" w:lineRule="auto"/>
    </w:pPr>
    <w:rPr>
      <w:rFonts w:eastAsiaTheme="minorEastAsia"/>
      <w:lang w:val="en-US"/>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rsid w:val="00B72352"/>
    <w:pPr>
      <w:spacing w:after="0" w:line="240" w:lineRule="auto"/>
    </w:pPr>
    <w:rPr>
      <w:rFonts w:eastAsiaTheme="minorEastAsia"/>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1">
    <w:name w:val="Medium Shading 2 Accent 1"/>
    <w:basedOn w:val="NormaleTabelle"/>
    <w:uiPriority w:val="64"/>
    <w:rsid w:val="00B72352"/>
    <w:pPr>
      <w:spacing w:after="0" w:line="240" w:lineRule="auto"/>
    </w:pPr>
    <w:rPr>
      <w:rFonts w:eastAsiaTheme="minorEastAsia"/>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2">
    <w:name w:val="Medium Shading 2 Accent 2"/>
    <w:basedOn w:val="NormaleTabelle"/>
    <w:uiPriority w:val="64"/>
    <w:rsid w:val="00B72352"/>
    <w:pPr>
      <w:spacing w:after="0" w:line="240" w:lineRule="auto"/>
    </w:pPr>
    <w:rPr>
      <w:rFonts w:eastAsiaTheme="minorEastAsia"/>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3">
    <w:name w:val="Medium Shading 2 Accent 3"/>
    <w:basedOn w:val="NormaleTabelle"/>
    <w:uiPriority w:val="64"/>
    <w:rsid w:val="00B72352"/>
    <w:pPr>
      <w:spacing w:after="0" w:line="240" w:lineRule="auto"/>
    </w:pPr>
    <w:rPr>
      <w:rFonts w:eastAsiaTheme="minorEastAsia"/>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4">
    <w:name w:val="Medium Shading 2 Accent 4"/>
    <w:basedOn w:val="NormaleTabelle"/>
    <w:uiPriority w:val="64"/>
    <w:rsid w:val="00B72352"/>
    <w:pPr>
      <w:spacing w:after="0" w:line="240" w:lineRule="auto"/>
    </w:pPr>
    <w:rPr>
      <w:rFonts w:eastAsiaTheme="minorEastAsia"/>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5">
    <w:name w:val="Medium Shading 2 Accent 5"/>
    <w:basedOn w:val="NormaleTabelle"/>
    <w:uiPriority w:val="64"/>
    <w:rsid w:val="00B72352"/>
    <w:pPr>
      <w:spacing w:after="0" w:line="240" w:lineRule="auto"/>
    </w:pPr>
    <w:rPr>
      <w:rFonts w:eastAsiaTheme="minorEastAsia"/>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6">
    <w:name w:val="Medium Shading 2 Accent 6"/>
    <w:basedOn w:val="NormaleTabelle"/>
    <w:uiPriority w:val="64"/>
    <w:rsid w:val="00B72352"/>
    <w:pPr>
      <w:spacing w:after="0" w:line="240" w:lineRule="auto"/>
    </w:pPr>
    <w:rPr>
      <w:rFonts w:eastAsiaTheme="minorEastAsia"/>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Liste1">
    <w:name w:val="Medium List 1"/>
    <w:basedOn w:val="NormaleTabelle"/>
    <w:uiPriority w:val="65"/>
    <w:rsid w:val="00B72352"/>
    <w:pPr>
      <w:spacing w:after="0" w:line="240" w:lineRule="auto"/>
    </w:pPr>
    <w:rPr>
      <w:rFonts w:eastAsiaTheme="minorEastAsia"/>
      <w:color w:val="000000" w:themeColor="text1"/>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rsid w:val="00B72352"/>
    <w:pPr>
      <w:spacing w:after="0" w:line="240" w:lineRule="auto"/>
    </w:pPr>
    <w:rPr>
      <w:rFonts w:eastAsiaTheme="minorEastAsia"/>
      <w:color w:val="000000" w:themeColor="text1"/>
      <w:lang w:val="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ittlereListe1-Akzent2">
    <w:name w:val="Medium List 1 Accent 2"/>
    <w:basedOn w:val="NormaleTabelle"/>
    <w:uiPriority w:val="65"/>
    <w:rsid w:val="00B72352"/>
    <w:pPr>
      <w:spacing w:after="0" w:line="240" w:lineRule="auto"/>
    </w:pPr>
    <w:rPr>
      <w:rFonts w:eastAsiaTheme="minorEastAsia"/>
      <w:color w:val="000000" w:themeColor="text1"/>
      <w:lang w:val="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ittlereListe1-Akzent3">
    <w:name w:val="Medium List 1 Accent 3"/>
    <w:basedOn w:val="NormaleTabelle"/>
    <w:uiPriority w:val="65"/>
    <w:rsid w:val="00B72352"/>
    <w:pPr>
      <w:spacing w:after="0" w:line="240" w:lineRule="auto"/>
    </w:pPr>
    <w:rPr>
      <w:rFonts w:eastAsiaTheme="minorEastAsia"/>
      <w:color w:val="000000" w:themeColor="text1"/>
      <w:lang w:val="en-US"/>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ittlereListe1-Akzent4">
    <w:name w:val="Medium List 1 Accent 4"/>
    <w:basedOn w:val="NormaleTabelle"/>
    <w:uiPriority w:val="65"/>
    <w:rsid w:val="00B72352"/>
    <w:pPr>
      <w:spacing w:after="0" w:line="240" w:lineRule="auto"/>
    </w:pPr>
    <w:rPr>
      <w:rFonts w:eastAsiaTheme="minorEastAsia"/>
      <w:color w:val="000000" w:themeColor="text1"/>
      <w:lang w:val="en-US"/>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ittlereListe1-Akzent5">
    <w:name w:val="Medium List 1 Accent 5"/>
    <w:basedOn w:val="NormaleTabelle"/>
    <w:uiPriority w:val="65"/>
    <w:rsid w:val="00B72352"/>
    <w:pPr>
      <w:spacing w:after="0" w:line="240" w:lineRule="auto"/>
    </w:pPr>
    <w:rPr>
      <w:rFonts w:eastAsiaTheme="minorEastAsia"/>
      <w:color w:val="000000" w:themeColor="text1"/>
      <w:lang w:val="en-US"/>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ittlereListe1-Akzent6">
    <w:name w:val="Medium List 1 Accent 6"/>
    <w:basedOn w:val="NormaleTabelle"/>
    <w:uiPriority w:val="65"/>
    <w:rsid w:val="00B72352"/>
    <w:pPr>
      <w:spacing w:after="0" w:line="240" w:lineRule="auto"/>
    </w:pPr>
    <w:rPr>
      <w:rFonts w:eastAsiaTheme="minorEastAsia"/>
      <w:color w:val="000000" w:themeColor="text1"/>
      <w:lang w:val="en-US"/>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ittlereListe2">
    <w:name w:val="Medium List 2"/>
    <w:basedOn w:val="NormaleTabelle"/>
    <w:uiPriority w:val="66"/>
    <w:rsid w:val="00B72352"/>
    <w:pPr>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rsid w:val="00B72352"/>
    <w:pPr>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rsid w:val="00B72352"/>
    <w:pPr>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rsid w:val="00B72352"/>
    <w:pPr>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rsid w:val="00B72352"/>
    <w:pPr>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rsid w:val="00B72352"/>
    <w:pPr>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rsid w:val="00B72352"/>
    <w:pPr>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Raster1">
    <w:name w:val="Medium Grid 1"/>
    <w:basedOn w:val="NormaleTabelle"/>
    <w:uiPriority w:val="67"/>
    <w:rsid w:val="00B72352"/>
    <w:pPr>
      <w:spacing w:after="0" w:line="240" w:lineRule="auto"/>
    </w:pPr>
    <w:rPr>
      <w:rFonts w:eastAsiaTheme="minorEastAsia"/>
      <w:lang w:val="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rsid w:val="00B72352"/>
    <w:pPr>
      <w:spacing w:after="0" w:line="240" w:lineRule="auto"/>
    </w:pPr>
    <w:rPr>
      <w:rFonts w:eastAsiaTheme="minorEastAsia"/>
      <w:lang w:val="en-US"/>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ittleresRaster1-Akzent2">
    <w:name w:val="Medium Grid 1 Accent 2"/>
    <w:basedOn w:val="NormaleTabelle"/>
    <w:uiPriority w:val="67"/>
    <w:rsid w:val="00B72352"/>
    <w:pPr>
      <w:spacing w:after="0" w:line="240" w:lineRule="auto"/>
    </w:pPr>
    <w:rPr>
      <w:rFonts w:eastAsiaTheme="minorEastAsia"/>
      <w:lang w:val="en-US"/>
    </w:r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CellMar>
        <w:top w:w="0" w:type="dxa"/>
        <w:left w:w="108" w:type="dxa"/>
        <w:bottom w:w="0" w:type="dxa"/>
        <w:right w:w="108" w:type="dxa"/>
      </w:tblCellMar>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ittleresRaster1-Akzent3">
    <w:name w:val="Medium Grid 1 Accent 3"/>
    <w:basedOn w:val="NormaleTabelle"/>
    <w:uiPriority w:val="67"/>
    <w:rsid w:val="00B72352"/>
    <w:pPr>
      <w:spacing w:after="0" w:line="240" w:lineRule="auto"/>
    </w:pPr>
    <w:rPr>
      <w:rFonts w:eastAsiaTheme="minorEastAsia"/>
      <w:lang w:val="en-US"/>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ittleresRaster1-Akzent4">
    <w:name w:val="Medium Grid 1 Accent 4"/>
    <w:basedOn w:val="NormaleTabelle"/>
    <w:uiPriority w:val="67"/>
    <w:rsid w:val="00B72352"/>
    <w:pPr>
      <w:spacing w:after="0" w:line="240" w:lineRule="auto"/>
    </w:pPr>
    <w:rPr>
      <w:rFonts w:eastAsiaTheme="minorEastAsia"/>
      <w:lang w:val="en-US"/>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CellMar>
        <w:top w:w="0" w:type="dxa"/>
        <w:left w:w="108" w:type="dxa"/>
        <w:bottom w:w="0" w:type="dxa"/>
        <w:right w:w="108" w:type="dxa"/>
      </w:tblCellMar>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ittleresRaster1-Akzent5">
    <w:name w:val="Medium Grid 1 Accent 5"/>
    <w:basedOn w:val="NormaleTabelle"/>
    <w:uiPriority w:val="67"/>
    <w:rsid w:val="00B72352"/>
    <w:pPr>
      <w:spacing w:after="0" w:line="240" w:lineRule="auto"/>
    </w:pPr>
    <w:rPr>
      <w:rFonts w:eastAsiaTheme="minorEastAsia"/>
      <w:lang w:val="en-US"/>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CellMar>
        <w:top w:w="0" w:type="dxa"/>
        <w:left w:w="108" w:type="dxa"/>
        <w:bottom w:w="0" w:type="dxa"/>
        <w:right w:w="108" w:type="dxa"/>
      </w:tblCellMar>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ittleresRaster1-Akzent6">
    <w:name w:val="Medium Grid 1 Accent 6"/>
    <w:basedOn w:val="NormaleTabelle"/>
    <w:uiPriority w:val="67"/>
    <w:rsid w:val="00B72352"/>
    <w:pPr>
      <w:spacing w:after="0" w:line="240" w:lineRule="auto"/>
    </w:pPr>
    <w:rPr>
      <w:rFonts w:eastAsiaTheme="minorEastAsia"/>
      <w:lang w:val="en-US"/>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ittleresRaster2">
    <w:name w:val="Medium Grid 2"/>
    <w:basedOn w:val="NormaleTabelle"/>
    <w:uiPriority w:val="68"/>
    <w:rsid w:val="00B72352"/>
    <w:pPr>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rsid w:val="00B72352"/>
    <w:pPr>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rsid w:val="00B72352"/>
    <w:pPr>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rsid w:val="00B72352"/>
    <w:pPr>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rsid w:val="00B72352"/>
    <w:pPr>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rsid w:val="00B72352"/>
    <w:pPr>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rsid w:val="00B72352"/>
    <w:pPr>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rsid w:val="00B72352"/>
    <w:pPr>
      <w:spacing w:after="0" w:line="240" w:lineRule="auto"/>
    </w:pPr>
    <w:rPr>
      <w:rFonts w:eastAsiaTheme="minorEastAsia"/>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rsid w:val="00B72352"/>
    <w:pPr>
      <w:spacing w:after="0" w:line="240" w:lineRule="auto"/>
    </w:pPr>
    <w:rPr>
      <w:rFonts w:eastAsiaTheme="minorEastAsia"/>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ittleresRaster3-Akzent2">
    <w:name w:val="Medium Grid 3 Accent 2"/>
    <w:basedOn w:val="NormaleTabelle"/>
    <w:uiPriority w:val="69"/>
    <w:rsid w:val="00B72352"/>
    <w:pPr>
      <w:spacing w:after="0" w:line="240" w:lineRule="auto"/>
    </w:pPr>
    <w:rPr>
      <w:rFonts w:eastAsiaTheme="minorEastAsia"/>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ittleresRaster3-Akzent3">
    <w:name w:val="Medium Grid 3 Accent 3"/>
    <w:basedOn w:val="NormaleTabelle"/>
    <w:uiPriority w:val="69"/>
    <w:rsid w:val="00B72352"/>
    <w:pPr>
      <w:spacing w:after="0" w:line="240" w:lineRule="auto"/>
    </w:pPr>
    <w:rPr>
      <w:rFonts w:eastAsiaTheme="minorEastAsia"/>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ittleresRaster3-Akzent4">
    <w:name w:val="Medium Grid 3 Accent 4"/>
    <w:basedOn w:val="NormaleTabelle"/>
    <w:uiPriority w:val="69"/>
    <w:rsid w:val="00B72352"/>
    <w:pPr>
      <w:spacing w:after="0" w:line="240" w:lineRule="auto"/>
    </w:pPr>
    <w:rPr>
      <w:rFonts w:eastAsiaTheme="minorEastAsia"/>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ittleresRaster3-Akzent5">
    <w:name w:val="Medium Grid 3 Accent 5"/>
    <w:basedOn w:val="NormaleTabelle"/>
    <w:uiPriority w:val="69"/>
    <w:rsid w:val="00B72352"/>
    <w:pPr>
      <w:spacing w:after="0" w:line="240" w:lineRule="auto"/>
    </w:pPr>
    <w:rPr>
      <w:rFonts w:eastAsiaTheme="minorEastAsia"/>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ittleresRaster3-Akzent6">
    <w:name w:val="Medium Grid 3 Accent 6"/>
    <w:basedOn w:val="NormaleTabelle"/>
    <w:uiPriority w:val="69"/>
    <w:rsid w:val="00B72352"/>
    <w:pPr>
      <w:spacing w:after="0" w:line="240" w:lineRule="auto"/>
    </w:pPr>
    <w:rPr>
      <w:rFonts w:eastAsiaTheme="minorEastAsia"/>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unkleListe">
    <w:name w:val="Dark List"/>
    <w:basedOn w:val="NormaleTabelle"/>
    <w:uiPriority w:val="70"/>
    <w:rsid w:val="00B72352"/>
    <w:pPr>
      <w:spacing w:after="0" w:line="240" w:lineRule="auto"/>
    </w:pPr>
    <w:rPr>
      <w:rFonts w:eastAsiaTheme="minorEastAsia"/>
      <w:color w:val="FFFFFF" w:themeColor="background1"/>
      <w:lang w:val="en-US"/>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rsid w:val="00B72352"/>
    <w:pPr>
      <w:spacing w:after="0" w:line="240" w:lineRule="auto"/>
    </w:pPr>
    <w:rPr>
      <w:rFonts w:eastAsiaTheme="minorEastAsia"/>
      <w:color w:val="FFFFFF" w:themeColor="background1"/>
      <w:lang w:val="en-US"/>
    </w:rPr>
    <w:tblPr>
      <w:tblStyleRowBandSize w:val="1"/>
      <w:tblStyleColBandSize w:val="1"/>
      <w:tblInd w:w="0" w:type="dxa"/>
      <w:tblCellMar>
        <w:top w:w="0" w:type="dxa"/>
        <w:left w:w="108" w:type="dxa"/>
        <w:bottom w:w="0" w:type="dxa"/>
        <w:right w:w="108" w:type="dxa"/>
      </w:tblCellMar>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unkleListe-Akzent2">
    <w:name w:val="Dark List Accent 2"/>
    <w:basedOn w:val="NormaleTabelle"/>
    <w:uiPriority w:val="70"/>
    <w:rsid w:val="00B72352"/>
    <w:pPr>
      <w:spacing w:after="0" w:line="240" w:lineRule="auto"/>
    </w:pPr>
    <w:rPr>
      <w:rFonts w:eastAsiaTheme="minorEastAsia"/>
      <w:color w:val="FFFFFF" w:themeColor="background1"/>
      <w:lang w:val="en-US"/>
    </w:rPr>
    <w:tblPr>
      <w:tblStyleRowBandSize w:val="1"/>
      <w:tblStyleColBandSize w:val="1"/>
      <w:tblInd w:w="0" w:type="dxa"/>
      <w:tblCellMar>
        <w:top w:w="0" w:type="dxa"/>
        <w:left w:w="108" w:type="dxa"/>
        <w:bottom w:w="0" w:type="dxa"/>
        <w:right w:w="108" w:type="dxa"/>
      </w:tblCellMar>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unkleListe-Akzent3">
    <w:name w:val="Dark List Accent 3"/>
    <w:basedOn w:val="NormaleTabelle"/>
    <w:uiPriority w:val="70"/>
    <w:rsid w:val="00B72352"/>
    <w:pPr>
      <w:spacing w:after="0" w:line="240" w:lineRule="auto"/>
    </w:pPr>
    <w:rPr>
      <w:rFonts w:eastAsiaTheme="minorEastAsia"/>
      <w:color w:val="FFFFFF" w:themeColor="background1"/>
      <w:lang w:val="en-US"/>
    </w:rPr>
    <w:tblPr>
      <w:tblStyleRowBandSize w:val="1"/>
      <w:tblStyleColBandSize w:val="1"/>
      <w:tblInd w:w="0" w:type="dxa"/>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unkleListe-Akzent4">
    <w:name w:val="Dark List Accent 4"/>
    <w:basedOn w:val="NormaleTabelle"/>
    <w:uiPriority w:val="70"/>
    <w:rsid w:val="00B72352"/>
    <w:pPr>
      <w:spacing w:after="0" w:line="240" w:lineRule="auto"/>
    </w:pPr>
    <w:rPr>
      <w:rFonts w:eastAsiaTheme="minorEastAsia"/>
      <w:color w:val="FFFFFF" w:themeColor="background1"/>
      <w:lang w:val="en-US"/>
    </w:rPr>
    <w:tblPr>
      <w:tblStyleRowBandSize w:val="1"/>
      <w:tblStyleColBandSize w:val="1"/>
      <w:tblInd w:w="0" w:type="dxa"/>
      <w:tblCellMar>
        <w:top w:w="0" w:type="dxa"/>
        <w:left w:w="108" w:type="dxa"/>
        <w:bottom w:w="0" w:type="dxa"/>
        <w:right w:w="108" w:type="dxa"/>
      </w:tblCellMar>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unkleListe-Akzent5">
    <w:name w:val="Dark List Accent 5"/>
    <w:basedOn w:val="NormaleTabelle"/>
    <w:uiPriority w:val="70"/>
    <w:rsid w:val="00B72352"/>
    <w:pPr>
      <w:spacing w:after="0" w:line="240" w:lineRule="auto"/>
    </w:pPr>
    <w:rPr>
      <w:rFonts w:eastAsiaTheme="minorEastAsia"/>
      <w:color w:val="FFFFFF" w:themeColor="background1"/>
      <w:lang w:val="en-US"/>
    </w:rPr>
    <w:tblPr>
      <w:tblStyleRowBandSize w:val="1"/>
      <w:tblStyleColBandSize w:val="1"/>
      <w:tblInd w:w="0" w:type="dxa"/>
      <w:tblCellMar>
        <w:top w:w="0" w:type="dxa"/>
        <w:left w:w="108" w:type="dxa"/>
        <w:bottom w:w="0" w:type="dxa"/>
        <w:right w:w="108" w:type="dxa"/>
      </w:tblCellMar>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unkleListe-Akzent6">
    <w:name w:val="Dark List Accent 6"/>
    <w:basedOn w:val="NormaleTabelle"/>
    <w:uiPriority w:val="70"/>
    <w:rsid w:val="00B72352"/>
    <w:pPr>
      <w:spacing w:after="0" w:line="240" w:lineRule="auto"/>
    </w:pPr>
    <w:rPr>
      <w:rFonts w:eastAsiaTheme="minorEastAsia"/>
      <w:color w:val="FFFFFF" w:themeColor="background1"/>
      <w:lang w:val="en-US"/>
    </w:rPr>
    <w:tblPr>
      <w:tblStyleRowBandSize w:val="1"/>
      <w:tblStyleColBandSize w:val="1"/>
      <w:tblInd w:w="0" w:type="dxa"/>
      <w:tblCellMar>
        <w:top w:w="0" w:type="dxa"/>
        <w:left w:w="108" w:type="dxa"/>
        <w:bottom w:w="0" w:type="dxa"/>
        <w:right w:w="108" w:type="dxa"/>
      </w:tblCellMar>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FarbigeSchattierung">
    <w:name w:val="Colorful Shading"/>
    <w:basedOn w:val="NormaleTabelle"/>
    <w:uiPriority w:val="71"/>
    <w:rsid w:val="00B72352"/>
    <w:pPr>
      <w:spacing w:after="0" w:line="240" w:lineRule="auto"/>
    </w:pPr>
    <w:rPr>
      <w:rFonts w:eastAsiaTheme="minorEastAsia"/>
      <w:color w:val="000000" w:themeColor="text1"/>
      <w:lang w:val="en-US"/>
    </w:rPr>
    <w:tblPr>
      <w:tblStyleRowBandSize w:val="1"/>
      <w:tblStyleColBandSize w:val="1"/>
      <w:tblInd w:w="0" w:type="dxa"/>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rsid w:val="00B72352"/>
    <w:pPr>
      <w:spacing w:after="0" w:line="240" w:lineRule="auto"/>
    </w:pPr>
    <w:rPr>
      <w:rFonts w:eastAsiaTheme="minorEastAsia"/>
      <w:color w:val="000000" w:themeColor="text1"/>
      <w:lang w:val="en-US"/>
    </w:rPr>
    <w:tblPr>
      <w:tblStyleRowBandSize w:val="1"/>
      <w:tblStyleColBandSize w:val="1"/>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rsid w:val="00B72352"/>
    <w:pPr>
      <w:spacing w:after="0" w:line="240" w:lineRule="auto"/>
    </w:pPr>
    <w:rPr>
      <w:rFonts w:eastAsiaTheme="minorEastAsia"/>
      <w:color w:val="000000" w:themeColor="text1"/>
      <w:lang w:val="en-US"/>
    </w:rPr>
    <w:tblPr>
      <w:tblStyleRowBandSize w:val="1"/>
      <w:tblStyleColBandSize w:val="1"/>
      <w:tblInd w:w="0" w:type="dxa"/>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rsid w:val="00B72352"/>
    <w:pPr>
      <w:spacing w:after="0" w:line="240" w:lineRule="auto"/>
    </w:pPr>
    <w:rPr>
      <w:rFonts w:eastAsiaTheme="minorEastAsia"/>
      <w:color w:val="000000" w:themeColor="text1"/>
      <w:lang w:val="en-US"/>
    </w:rPr>
    <w:tblPr>
      <w:tblStyleRowBandSize w:val="1"/>
      <w:tblStyleColBandSize w:val="1"/>
      <w:tblInd w:w="0" w:type="dxa"/>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FarbigeSchattierung-Akzent4">
    <w:name w:val="Colorful Shading Accent 4"/>
    <w:basedOn w:val="NormaleTabelle"/>
    <w:uiPriority w:val="71"/>
    <w:rsid w:val="00B72352"/>
    <w:pPr>
      <w:spacing w:after="0" w:line="240" w:lineRule="auto"/>
    </w:pPr>
    <w:rPr>
      <w:rFonts w:eastAsiaTheme="minorEastAsia"/>
      <w:color w:val="000000" w:themeColor="text1"/>
      <w:lang w:val="en-US"/>
    </w:rPr>
    <w:tblPr>
      <w:tblStyleRowBandSize w:val="1"/>
      <w:tblStyleColBandSize w:val="1"/>
      <w:tblInd w:w="0" w:type="dxa"/>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rsid w:val="00B72352"/>
    <w:pPr>
      <w:spacing w:after="0" w:line="240" w:lineRule="auto"/>
    </w:pPr>
    <w:rPr>
      <w:rFonts w:eastAsiaTheme="minorEastAsia"/>
      <w:color w:val="000000" w:themeColor="text1"/>
      <w:lang w:val="en-US"/>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rsid w:val="00B72352"/>
    <w:pPr>
      <w:spacing w:after="0" w:line="240" w:lineRule="auto"/>
    </w:pPr>
    <w:rPr>
      <w:rFonts w:eastAsiaTheme="minorEastAsia"/>
      <w:color w:val="000000" w:themeColor="text1"/>
      <w:lang w:val="en-US"/>
    </w:rPr>
    <w:tblPr>
      <w:tblStyleRowBandSize w:val="1"/>
      <w:tblStyleColBandSize w:val="1"/>
      <w:tblInd w:w="0" w:type="dxa"/>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FarbigeListe">
    <w:name w:val="Colorful List"/>
    <w:basedOn w:val="NormaleTabelle"/>
    <w:uiPriority w:val="72"/>
    <w:rsid w:val="00B72352"/>
    <w:pPr>
      <w:spacing w:after="0" w:line="240" w:lineRule="auto"/>
    </w:pPr>
    <w:rPr>
      <w:rFonts w:eastAsiaTheme="minorEastAsia"/>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rsid w:val="00B72352"/>
    <w:pPr>
      <w:spacing w:after="0" w:line="240" w:lineRule="auto"/>
    </w:pPr>
    <w:rPr>
      <w:rFonts w:eastAsiaTheme="minorEastAsia"/>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FarbigeListe-Akzent2">
    <w:name w:val="Colorful List Accent 2"/>
    <w:basedOn w:val="NormaleTabelle"/>
    <w:uiPriority w:val="72"/>
    <w:rsid w:val="00B72352"/>
    <w:pPr>
      <w:spacing w:after="0" w:line="240" w:lineRule="auto"/>
    </w:pPr>
    <w:rPr>
      <w:rFonts w:eastAsiaTheme="minorEastAsia"/>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FarbigeListe-Akzent3">
    <w:name w:val="Colorful List Accent 3"/>
    <w:basedOn w:val="NormaleTabelle"/>
    <w:uiPriority w:val="72"/>
    <w:rsid w:val="00B72352"/>
    <w:pPr>
      <w:spacing w:after="0" w:line="240" w:lineRule="auto"/>
    </w:pPr>
    <w:rPr>
      <w:rFonts w:eastAsiaTheme="minorEastAsia"/>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arbigeListe-Akzent4">
    <w:name w:val="Colorful List Accent 4"/>
    <w:basedOn w:val="NormaleTabelle"/>
    <w:uiPriority w:val="72"/>
    <w:rsid w:val="00B72352"/>
    <w:pPr>
      <w:spacing w:after="0" w:line="240" w:lineRule="auto"/>
    </w:pPr>
    <w:rPr>
      <w:rFonts w:eastAsiaTheme="minorEastAsia"/>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arbigeListe-Akzent5">
    <w:name w:val="Colorful List Accent 5"/>
    <w:basedOn w:val="NormaleTabelle"/>
    <w:uiPriority w:val="72"/>
    <w:rsid w:val="00B72352"/>
    <w:pPr>
      <w:spacing w:after="0" w:line="240" w:lineRule="auto"/>
    </w:pPr>
    <w:rPr>
      <w:rFonts w:eastAsiaTheme="minorEastAsia"/>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FarbigeListe-Akzent6">
    <w:name w:val="Colorful List Accent 6"/>
    <w:basedOn w:val="NormaleTabelle"/>
    <w:uiPriority w:val="72"/>
    <w:rsid w:val="00B72352"/>
    <w:pPr>
      <w:spacing w:after="0" w:line="240" w:lineRule="auto"/>
    </w:pPr>
    <w:rPr>
      <w:rFonts w:eastAsiaTheme="minorEastAsia"/>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FarbigesRaster">
    <w:name w:val="Colorful Grid"/>
    <w:basedOn w:val="NormaleTabelle"/>
    <w:uiPriority w:val="73"/>
    <w:rsid w:val="00B72352"/>
    <w:pPr>
      <w:spacing w:after="0" w:line="240" w:lineRule="auto"/>
    </w:pPr>
    <w:rPr>
      <w:rFonts w:eastAsiaTheme="minorEastAsia"/>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rsid w:val="00B72352"/>
    <w:pPr>
      <w:spacing w:after="0" w:line="240" w:lineRule="auto"/>
    </w:pPr>
    <w:rPr>
      <w:rFonts w:eastAsiaTheme="minorEastAsia"/>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FarbigesRaster-Akzent2">
    <w:name w:val="Colorful Grid Accent 2"/>
    <w:basedOn w:val="NormaleTabelle"/>
    <w:uiPriority w:val="73"/>
    <w:rsid w:val="00B72352"/>
    <w:pPr>
      <w:spacing w:after="0" w:line="240" w:lineRule="auto"/>
    </w:pPr>
    <w:rPr>
      <w:rFonts w:eastAsiaTheme="minorEastAsia"/>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FarbigesRaster-Akzent3">
    <w:name w:val="Colorful Grid Accent 3"/>
    <w:basedOn w:val="NormaleTabelle"/>
    <w:uiPriority w:val="73"/>
    <w:rsid w:val="00B72352"/>
    <w:pPr>
      <w:spacing w:after="0" w:line="240" w:lineRule="auto"/>
    </w:pPr>
    <w:rPr>
      <w:rFonts w:eastAsiaTheme="minorEastAsia"/>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arbigesRaster-Akzent4">
    <w:name w:val="Colorful Grid Accent 4"/>
    <w:basedOn w:val="NormaleTabelle"/>
    <w:uiPriority w:val="73"/>
    <w:rsid w:val="00B72352"/>
    <w:pPr>
      <w:spacing w:after="0" w:line="240" w:lineRule="auto"/>
    </w:pPr>
    <w:rPr>
      <w:rFonts w:eastAsiaTheme="minorEastAsia"/>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arbigesRaster-Akzent5">
    <w:name w:val="Colorful Grid Accent 5"/>
    <w:basedOn w:val="NormaleTabelle"/>
    <w:uiPriority w:val="73"/>
    <w:rsid w:val="00B72352"/>
    <w:pPr>
      <w:spacing w:after="0" w:line="240" w:lineRule="auto"/>
    </w:pPr>
    <w:rPr>
      <w:rFonts w:eastAsiaTheme="minorEastAsia"/>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FarbigesRaster-Akzent6">
    <w:name w:val="Colorful Grid Accent 6"/>
    <w:basedOn w:val="NormaleTabelle"/>
    <w:uiPriority w:val="73"/>
    <w:rsid w:val="00B72352"/>
    <w:pPr>
      <w:spacing w:after="0" w:line="240" w:lineRule="auto"/>
    </w:pPr>
    <w:rPr>
      <w:rFonts w:eastAsiaTheme="minorEastAsia"/>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numbering" w:customStyle="1" w:styleId="KeineListe3">
    <w:name w:val="Keine Liste3"/>
    <w:next w:val="KeineListe"/>
    <w:uiPriority w:val="99"/>
    <w:semiHidden/>
    <w:unhideWhenUsed/>
    <w:rsid w:val="0008580A"/>
  </w:style>
  <w:style w:type="paragraph" w:customStyle="1" w:styleId="BookHeading">
    <w:name w:val="Book Heading"/>
    <w:pPr>
      <w:spacing w:before="240" w:after="120"/>
    </w:pPr>
    <w:rPr>
      <w:rFonts w:ascii="Arial" w:hAnsi="Arial"/>
      <w:b/>
      <w:color w:val="2F5436"/>
      <w:sz w:val="36"/>
    </w:rPr>
  </w:style>
  <w:style w:type="paragraph" w:customStyle="1" w:styleId="BoxText">
    <w:name w:val="Box Text"/>
    <w:pPr>
      <w:spacing w:after="80"/>
    </w:pPr>
    <w:rPr>
      <w:rFonts w:ascii="Arial" w:hAnsi="Arial"/>
      <w:sz w:val="21"/>
    </w:rPr>
  </w:style>
  <w:style w:type="paragraph" w:customStyle="1" w:styleId="SmallNote">
    <w:name w:val="Small Note"/>
    <w:rPr>
      <w:rFonts w:ascii="Arial" w:hAnsi="Arial"/>
      <w:i/>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391">
      <w:bodyDiv w:val="1"/>
      <w:marLeft w:val="0"/>
      <w:marRight w:val="0"/>
      <w:marTop w:val="0"/>
      <w:marBottom w:val="0"/>
      <w:divBdr>
        <w:top w:val="none" w:sz="0" w:space="0" w:color="auto"/>
        <w:left w:val="none" w:sz="0" w:space="0" w:color="auto"/>
        <w:bottom w:val="none" w:sz="0" w:space="0" w:color="auto"/>
        <w:right w:val="none" w:sz="0" w:space="0" w:color="auto"/>
      </w:divBdr>
      <w:divsChild>
        <w:div w:id="1271356469">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725571">
          <w:blockQuote w:val="1"/>
          <w:marLeft w:val="720"/>
          <w:marRight w:val="720"/>
          <w:marTop w:val="100"/>
          <w:marBottom w:val="100"/>
          <w:divBdr>
            <w:top w:val="none" w:sz="0" w:space="0" w:color="auto"/>
            <w:left w:val="none" w:sz="0" w:space="0" w:color="auto"/>
            <w:bottom w:val="none" w:sz="0" w:space="0" w:color="auto"/>
            <w:right w:val="none" w:sz="0" w:space="0" w:color="auto"/>
          </w:divBdr>
        </w:div>
        <w:div w:id="927887004">
          <w:blockQuote w:val="1"/>
          <w:marLeft w:val="720"/>
          <w:marRight w:val="720"/>
          <w:marTop w:val="100"/>
          <w:marBottom w:val="100"/>
          <w:divBdr>
            <w:top w:val="none" w:sz="0" w:space="0" w:color="auto"/>
            <w:left w:val="none" w:sz="0" w:space="0" w:color="auto"/>
            <w:bottom w:val="none" w:sz="0" w:space="0" w:color="auto"/>
            <w:right w:val="none" w:sz="0" w:space="0" w:color="auto"/>
          </w:divBdr>
        </w:div>
        <w:div w:id="1884514884">
          <w:blockQuote w:val="1"/>
          <w:marLeft w:val="720"/>
          <w:marRight w:val="720"/>
          <w:marTop w:val="100"/>
          <w:marBottom w:val="100"/>
          <w:divBdr>
            <w:top w:val="none" w:sz="0" w:space="0" w:color="auto"/>
            <w:left w:val="none" w:sz="0" w:space="0" w:color="auto"/>
            <w:bottom w:val="none" w:sz="0" w:space="0" w:color="auto"/>
            <w:right w:val="none" w:sz="0" w:space="0" w:color="auto"/>
          </w:divBdr>
        </w:div>
        <w:div w:id="17240620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865614">
      <w:bodyDiv w:val="1"/>
      <w:marLeft w:val="0"/>
      <w:marRight w:val="0"/>
      <w:marTop w:val="0"/>
      <w:marBottom w:val="0"/>
      <w:divBdr>
        <w:top w:val="none" w:sz="0" w:space="0" w:color="auto"/>
        <w:left w:val="none" w:sz="0" w:space="0" w:color="auto"/>
        <w:bottom w:val="none" w:sz="0" w:space="0" w:color="auto"/>
        <w:right w:val="none" w:sz="0" w:space="0" w:color="auto"/>
      </w:divBdr>
    </w:div>
    <w:div w:id="44792168">
      <w:bodyDiv w:val="1"/>
      <w:marLeft w:val="0"/>
      <w:marRight w:val="0"/>
      <w:marTop w:val="0"/>
      <w:marBottom w:val="0"/>
      <w:divBdr>
        <w:top w:val="none" w:sz="0" w:space="0" w:color="auto"/>
        <w:left w:val="none" w:sz="0" w:space="0" w:color="auto"/>
        <w:bottom w:val="none" w:sz="0" w:space="0" w:color="auto"/>
        <w:right w:val="none" w:sz="0" w:space="0" w:color="auto"/>
      </w:divBdr>
    </w:div>
    <w:div w:id="55595734">
      <w:bodyDiv w:val="1"/>
      <w:marLeft w:val="0"/>
      <w:marRight w:val="0"/>
      <w:marTop w:val="0"/>
      <w:marBottom w:val="0"/>
      <w:divBdr>
        <w:top w:val="none" w:sz="0" w:space="0" w:color="auto"/>
        <w:left w:val="none" w:sz="0" w:space="0" w:color="auto"/>
        <w:bottom w:val="none" w:sz="0" w:space="0" w:color="auto"/>
        <w:right w:val="none" w:sz="0" w:space="0" w:color="auto"/>
      </w:divBdr>
      <w:divsChild>
        <w:div w:id="855926141">
          <w:blockQuote w:val="1"/>
          <w:marLeft w:val="720"/>
          <w:marRight w:val="720"/>
          <w:marTop w:val="100"/>
          <w:marBottom w:val="100"/>
          <w:divBdr>
            <w:top w:val="none" w:sz="0" w:space="0" w:color="auto"/>
            <w:left w:val="none" w:sz="0" w:space="0" w:color="auto"/>
            <w:bottom w:val="none" w:sz="0" w:space="0" w:color="auto"/>
            <w:right w:val="none" w:sz="0" w:space="0" w:color="auto"/>
          </w:divBdr>
        </w:div>
        <w:div w:id="1797853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614845">
      <w:bodyDiv w:val="1"/>
      <w:marLeft w:val="0"/>
      <w:marRight w:val="0"/>
      <w:marTop w:val="0"/>
      <w:marBottom w:val="0"/>
      <w:divBdr>
        <w:top w:val="none" w:sz="0" w:space="0" w:color="auto"/>
        <w:left w:val="none" w:sz="0" w:space="0" w:color="auto"/>
        <w:bottom w:val="none" w:sz="0" w:space="0" w:color="auto"/>
        <w:right w:val="none" w:sz="0" w:space="0" w:color="auto"/>
      </w:divBdr>
    </w:div>
    <w:div w:id="68813226">
      <w:bodyDiv w:val="1"/>
      <w:marLeft w:val="0"/>
      <w:marRight w:val="0"/>
      <w:marTop w:val="0"/>
      <w:marBottom w:val="0"/>
      <w:divBdr>
        <w:top w:val="none" w:sz="0" w:space="0" w:color="auto"/>
        <w:left w:val="none" w:sz="0" w:space="0" w:color="auto"/>
        <w:bottom w:val="none" w:sz="0" w:space="0" w:color="auto"/>
        <w:right w:val="none" w:sz="0" w:space="0" w:color="auto"/>
      </w:divBdr>
    </w:div>
    <w:div w:id="75135439">
      <w:bodyDiv w:val="1"/>
      <w:marLeft w:val="0"/>
      <w:marRight w:val="0"/>
      <w:marTop w:val="0"/>
      <w:marBottom w:val="0"/>
      <w:divBdr>
        <w:top w:val="none" w:sz="0" w:space="0" w:color="auto"/>
        <w:left w:val="none" w:sz="0" w:space="0" w:color="auto"/>
        <w:bottom w:val="none" w:sz="0" w:space="0" w:color="auto"/>
        <w:right w:val="none" w:sz="0" w:space="0" w:color="auto"/>
      </w:divBdr>
      <w:divsChild>
        <w:div w:id="546838446">
          <w:marLeft w:val="0"/>
          <w:marRight w:val="0"/>
          <w:marTop w:val="0"/>
          <w:marBottom w:val="0"/>
          <w:divBdr>
            <w:top w:val="none" w:sz="0" w:space="0" w:color="auto"/>
            <w:left w:val="none" w:sz="0" w:space="0" w:color="auto"/>
            <w:bottom w:val="none" w:sz="0" w:space="0" w:color="auto"/>
            <w:right w:val="none" w:sz="0" w:space="0" w:color="auto"/>
          </w:divBdr>
          <w:divsChild>
            <w:div w:id="1692415064">
              <w:marLeft w:val="0"/>
              <w:marRight w:val="0"/>
              <w:marTop w:val="0"/>
              <w:marBottom w:val="0"/>
              <w:divBdr>
                <w:top w:val="none" w:sz="0" w:space="0" w:color="auto"/>
                <w:left w:val="none" w:sz="0" w:space="0" w:color="auto"/>
                <w:bottom w:val="none" w:sz="0" w:space="0" w:color="auto"/>
                <w:right w:val="none" w:sz="0" w:space="0" w:color="auto"/>
              </w:divBdr>
              <w:divsChild>
                <w:div w:id="635641397">
                  <w:marLeft w:val="0"/>
                  <w:marRight w:val="0"/>
                  <w:marTop w:val="0"/>
                  <w:marBottom w:val="0"/>
                  <w:divBdr>
                    <w:top w:val="none" w:sz="0" w:space="0" w:color="auto"/>
                    <w:left w:val="none" w:sz="0" w:space="0" w:color="auto"/>
                    <w:bottom w:val="none" w:sz="0" w:space="0" w:color="auto"/>
                    <w:right w:val="none" w:sz="0" w:space="0" w:color="auto"/>
                  </w:divBdr>
                  <w:divsChild>
                    <w:div w:id="281495288">
                      <w:marLeft w:val="0"/>
                      <w:marRight w:val="0"/>
                      <w:marTop w:val="0"/>
                      <w:marBottom w:val="0"/>
                      <w:divBdr>
                        <w:top w:val="none" w:sz="0" w:space="0" w:color="auto"/>
                        <w:left w:val="none" w:sz="0" w:space="0" w:color="auto"/>
                        <w:bottom w:val="none" w:sz="0" w:space="0" w:color="auto"/>
                        <w:right w:val="none" w:sz="0" w:space="0" w:color="auto"/>
                      </w:divBdr>
                      <w:divsChild>
                        <w:div w:id="334188370">
                          <w:marLeft w:val="0"/>
                          <w:marRight w:val="0"/>
                          <w:marTop w:val="0"/>
                          <w:marBottom w:val="0"/>
                          <w:divBdr>
                            <w:top w:val="none" w:sz="0" w:space="0" w:color="auto"/>
                            <w:left w:val="none" w:sz="0" w:space="0" w:color="auto"/>
                            <w:bottom w:val="none" w:sz="0" w:space="0" w:color="auto"/>
                            <w:right w:val="none" w:sz="0" w:space="0" w:color="auto"/>
                          </w:divBdr>
                          <w:divsChild>
                            <w:div w:id="46866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100297">
      <w:bodyDiv w:val="1"/>
      <w:marLeft w:val="0"/>
      <w:marRight w:val="0"/>
      <w:marTop w:val="0"/>
      <w:marBottom w:val="0"/>
      <w:divBdr>
        <w:top w:val="none" w:sz="0" w:space="0" w:color="auto"/>
        <w:left w:val="none" w:sz="0" w:space="0" w:color="auto"/>
        <w:bottom w:val="none" w:sz="0" w:space="0" w:color="auto"/>
        <w:right w:val="none" w:sz="0" w:space="0" w:color="auto"/>
      </w:divBdr>
    </w:div>
    <w:div w:id="80033250">
      <w:bodyDiv w:val="1"/>
      <w:marLeft w:val="0"/>
      <w:marRight w:val="0"/>
      <w:marTop w:val="0"/>
      <w:marBottom w:val="0"/>
      <w:divBdr>
        <w:top w:val="none" w:sz="0" w:space="0" w:color="auto"/>
        <w:left w:val="none" w:sz="0" w:space="0" w:color="auto"/>
        <w:bottom w:val="none" w:sz="0" w:space="0" w:color="auto"/>
        <w:right w:val="none" w:sz="0" w:space="0" w:color="auto"/>
      </w:divBdr>
    </w:div>
    <w:div w:id="89357285">
      <w:bodyDiv w:val="1"/>
      <w:marLeft w:val="0"/>
      <w:marRight w:val="0"/>
      <w:marTop w:val="0"/>
      <w:marBottom w:val="0"/>
      <w:divBdr>
        <w:top w:val="none" w:sz="0" w:space="0" w:color="auto"/>
        <w:left w:val="none" w:sz="0" w:space="0" w:color="auto"/>
        <w:bottom w:val="none" w:sz="0" w:space="0" w:color="auto"/>
        <w:right w:val="none" w:sz="0" w:space="0" w:color="auto"/>
      </w:divBdr>
    </w:div>
    <w:div w:id="177693515">
      <w:bodyDiv w:val="1"/>
      <w:marLeft w:val="0"/>
      <w:marRight w:val="0"/>
      <w:marTop w:val="0"/>
      <w:marBottom w:val="0"/>
      <w:divBdr>
        <w:top w:val="none" w:sz="0" w:space="0" w:color="auto"/>
        <w:left w:val="none" w:sz="0" w:space="0" w:color="auto"/>
        <w:bottom w:val="none" w:sz="0" w:space="0" w:color="auto"/>
        <w:right w:val="none" w:sz="0" w:space="0" w:color="auto"/>
      </w:divBdr>
    </w:div>
    <w:div w:id="200289325">
      <w:bodyDiv w:val="1"/>
      <w:marLeft w:val="0"/>
      <w:marRight w:val="0"/>
      <w:marTop w:val="0"/>
      <w:marBottom w:val="0"/>
      <w:divBdr>
        <w:top w:val="none" w:sz="0" w:space="0" w:color="auto"/>
        <w:left w:val="none" w:sz="0" w:space="0" w:color="auto"/>
        <w:bottom w:val="none" w:sz="0" w:space="0" w:color="auto"/>
        <w:right w:val="none" w:sz="0" w:space="0" w:color="auto"/>
      </w:divBdr>
    </w:div>
    <w:div w:id="201212911">
      <w:bodyDiv w:val="1"/>
      <w:marLeft w:val="0"/>
      <w:marRight w:val="0"/>
      <w:marTop w:val="0"/>
      <w:marBottom w:val="0"/>
      <w:divBdr>
        <w:top w:val="none" w:sz="0" w:space="0" w:color="auto"/>
        <w:left w:val="none" w:sz="0" w:space="0" w:color="auto"/>
        <w:bottom w:val="none" w:sz="0" w:space="0" w:color="auto"/>
        <w:right w:val="none" w:sz="0" w:space="0" w:color="auto"/>
      </w:divBdr>
    </w:div>
    <w:div w:id="211037899">
      <w:bodyDiv w:val="1"/>
      <w:marLeft w:val="0"/>
      <w:marRight w:val="0"/>
      <w:marTop w:val="0"/>
      <w:marBottom w:val="0"/>
      <w:divBdr>
        <w:top w:val="none" w:sz="0" w:space="0" w:color="auto"/>
        <w:left w:val="none" w:sz="0" w:space="0" w:color="auto"/>
        <w:bottom w:val="none" w:sz="0" w:space="0" w:color="auto"/>
        <w:right w:val="none" w:sz="0" w:space="0" w:color="auto"/>
      </w:divBdr>
    </w:div>
    <w:div w:id="213273858">
      <w:bodyDiv w:val="1"/>
      <w:marLeft w:val="0"/>
      <w:marRight w:val="0"/>
      <w:marTop w:val="0"/>
      <w:marBottom w:val="0"/>
      <w:divBdr>
        <w:top w:val="none" w:sz="0" w:space="0" w:color="auto"/>
        <w:left w:val="none" w:sz="0" w:space="0" w:color="auto"/>
        <w:bottom w:val="none" w:sz="0" w:space="0" w:color="auto"/>
        <w:right w:val="none" w:sz="0" w:space="0" w:color="auto"/>
      </w:divBdr>
    </w:div>
    <w:div w:id="218441837">
      <w:bodyDiv w:val="1"/>
      <w:marLeft w:val="0"/>
      <w:marRight w:val="0"/>
      <w:marTop w:val="0"/>
      <w:marBottom w:val="0"/>
      <w:divBdr>
        <w:top w:val="none" w:sz="0" w:space="0" w:color="auto"/>
        <w:left w:val="none" w:sz="0" w:space="0" w:color="auto"/>
        <w:bottom w:val="none" w:sz="0" w:space="0" w:color="auto"/>
        <w:right w:val="none" w:sz="0" w:space="0" w:color="auto"/>
      </w:divBdr>
    </w:div>
    <w:div w:id="221522408">
      <w:bodyDiv w:val="1"/>
      <w:marLeft w:val="0"/>
      <w:marRight w:val="0"/>
      <w:marTop w:val="0"/>
      <w:marBottom w:val="0"/>
      <w:divBdr>
        <w:top w:val="none" w:sz="0" w:space="0" w:color="auto"/>
        <w:left w:val="none" w:sz="0" w:space="0" w:color="auto"/>
        <w:bottom w:val="none" w:sz="0" w:space="0" w:color="auto"/>
        <w:right w:val="none" w:sz="0" w:space="0" w:color="auto"/>
      </w:divBdr>
    </w:div>
    <w:div w:id="238635716">
      <w:bodyDiv w:val="1"/>
      <w:marLeft w:val="0"/>
      <w:marRight w:val="0"/>
      <w:marTop w:val="0"/>
      <w:marBottom w:val="0"/>
      <w:divBdr>
        <w:top w:val="none" w:sz="0" w:space="0" w:color="auto"/>
        <w:left w:val="none" w:sz="0" w:space="0" w:color="auto"/>
        <w:bottom w:val="none" w:sz="0" w:space="0" w:color="auto"/>
        <w:right w:val="none" w:sz="0" w:space="0" w:color="auto"/>
      </w:divBdr>
      <w:divsChild>
        <w:div w:id="1796871972">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294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0020637">
      <w:bodyDiv w:val="1"/>
      <w:marLeft w:val="0"/>
      <w:marRight w:val="0"/>
      <w:marTop w:val="0"/>
      <w:marBottom w:val="0"/>
      <w:divBdr>
        <w:top w:val="none" w:sz="0" w:space="0" w:color="auto"/>
        <w:left w:val="none" w:sz="0" w:space="0" w:color="auto"/>
        <w:bottom w:val="none" w:sz="0" w:space="0" w:color="auto"/>
        <w:right w:val="none" w:sz="0" w:space="0" w:color="auto"/>
      </w:divBdr>
    </w:div>
    <w:div w:id="250939237">
      <w:bodyDiv w:val="1"/>
      <w:marLeft w:val="0"/>
      <w:marRight w:val="0"/>
      <w:marTop w:val="0"/>
      <w:marBottom w:val="0"/>
      <w:divBdr>
        <w:top w:val="none" w:sz="0" w:space="0" w:color="auto"/>
        <w:left w:val="none" w:sz="0" w:space="0" w:color="auto"/>
        <w:bottom w:val="none" w:sz="0" w:space="0" w:color="auto"/>
        <w:right w:val="none" w:sz="0" w:space="0" w:color="auto"/>
      </w:divBdr>
    </w:div>
    <w:div w:id="257715909">
      <w:bodyDiv w:val="1"/>
      <w:marLeft w:val="0"/>
      <w:marRight w:val="0"/>
      <w:marTop w:val="0"/>
      <w:marBottom w:val="0"/>
      <w:divBdr>
        <w:top w:val="none" w:sz="0" w:space="0" w:color="auto"/>
        <w:left w:val="none" w:sz="0" w:space="0" w:color="auto"/>
        <w:bottom w:val="none" w:sz="0" w:space="0" w:color="auto"/>
        <w:right w:val="none" w:sz="0" w:space="0" w:color="auto"/>
      </w:divBdr>
    </w:div>
    <w:div w:id="261453552">
      <w:bodyDiv w:val="1"/>
      <w:marLeft w:val="0"/>
      <w:marRight w:val="0"/>
      <w:marTop w:val="0"/>
      <w:marBottom w:val="0"/>
      <w:divBdr>
        <w:top w:val="none" w:sz="0" w:space="0" w:color="auto"/>
        <w:left w:val="none" w:sz="0" w:space="0" w:color="auto"/>
        <w:bottom w:val="none" w:sz="0" w:space="0" w:color="auto"/>
        <w:right w:val="none" w:sz="0" w:space="0" w:color="auto"/>
      </w:divBdr>
    </w:div>
    <w:div w:id="319619480">
      <w:bodyDiv w:val="1"/>
      <w:marLeft w:val="0"/>
      <w:marRight w:val="0"/>
      <w:marTop w:val="0"/>
      <w:marBottom w:val="0"/>
      <w:divBdr>
        <w:top w:val="none" w:sz="0" w:space="0" w:color="auto"/>
        <w:left w:val="none" w:sz="0" w:space="0" w:color="auto"/>
        <w:bottom w:val="none" w:sz="0" w:space="0" w:color="auto"/>
        <w:right w:val="none" w:sz="0" w:space="0" w:color="auto"/>
      </w:divBdr>
    </w:div>
    <w:div w:id="328757592">
      <w:bodyDiv w:val="1"/>
      <w:marLeft w:val="0"/>
      <w:marRight w:val="0"/>
      <w:marTop w:val="0"/>
      <w:marBottom w:val="0"/>
      <w:divBdr>
        <w:top w:val="none" w:sz="0" w:space="0" w:color="auto"/>
        <w:left w:val="none" w:sz="0" w:space="0" w:color="auto"/>
        <w:bottom w:val="none" w:sz="0" w:space="0" w:color="auto"/>
        <w:right w:val="none" w:sz="0" w:space="0" w:color="auto"/>
      </w:divBdr>
    </w:div>
    <w:div w:id="343290196">
      <w:bodyDiv w:val="1"/>
      <w:marLeft w:val="0"/>
      <w:marRight w:val="0"/>
      <w:marTop w:val="0"/>
      <w:marBottom w:val="0"/>
      <w:divBdr>
        <w:top w:val="none" w:sz="0" w:space="0" w:color="auto"/>
        <w:left w:val="none" w:sz="0" w:space="0" w:color="auto"/>
        <w:bottom w:val="none" w:sz="0" w:space="0" w:color="auto"/>
        <w:right w:val="none" w:sz="0" w:space="0" w:color="auto"/>
      </w:divBdr>
      <w:divsChild>
        <w:div w:id="1584529542">
          <w:marLeft w:val="0"/>
          <w:marRight w:val="0"/>
          <w:marTop w:val="0"/>
          <w:marBottom w:val="0"/>
          <w:divBdr>
            <w:top w:val="none" w:sz="0" w:space="0" w:color="auto"/>
            <w:left w:val="none" w:sz="0" w:space="0" w:color="auto"/>
            <w:bottom w:val="none" w:sz="0" w:space="0" w:color="auto"/>
            <w:right w:val="none" w:sz="0" w:space="0" w:color="auto"/>
          </w:divBdr>
          <w:divsChild>
            <w:div w:id="606081591">
              <w:marLeft w:val="0"/>
              <w:marRight w:val="0"/>
              <w:marTop w:val="0"/>
              <w:marBottom w:val="0"/>
              <w:divBdr>
                <w:top w:val="none" w:sz="0" w:space="0" w:color="auto"/>
                <w:left w:val="none" w:sz="0" w:space="0" w:color="auto"/>
                <w:bottom w:val="none" w:sz="0" w:space="0" w:color="auto"/>
                <w:right w:val="none" w:sz="0" w:space="0" w:color="auto"/>
              </w:divBdr>
              <w:divsChild>
                <w:div w:id="452090740">
                  <w:marLeft w:val="0"/>
                  <w:marRight w:val="0"/>
                  <w:marTop w:val="0"/>
                  <w:marBottom w:val="0"/>
                  <w:divBdr>
                    <w:top w:val="none" w:sz="0" w:space="0" w:color="auto"/>
                    <w:left w:val="none" w:sz="0" w:space="0" w:color="auto"/>
                    <w:bottom w:val="none" w:sz="0" w:space="0" w:color="auto"/>
                    <w:right w:val="none" w:sz="0" w:space="0" w:color="auto"/>
                  </w:divBdr>
                  <w:divsChild>
                    <w:div w:id="1130588161">
                      <w:marLeft w:val="0"/>
                      <w:marRight w:val="0"/>
                      <w:marTop w:val="0"/>
                      <w:marBottom w:val="0"/>
                      <w:divBdr>
                        <w:top w:val="none" w:sz="0" w:space="0" w:color="auto"/>
                        <w:left w:val="none" w:sz="0" w:space="0" w:color="auto"/>
                        <w:bottom w:val="none" w:sz="0" w:space="0" w:color="auto"/>
                        <w:right w:val="none" w:sz="0" w:space="0" w:color="auto"/>
                      </w:divBdr>
                      <w:divsChild>
                        <w:div w:id="1908226210">
                          <w:marLeft w:val="0"/>
                          <w:marRight w:val="0"/>
                          <w:marTop w:val="0"/>
                          <w:marBottom w:val="0"/>
                          <w:divBdr>
                            <w:top w:val="none" w:sz="0" w:space="0" w:color="auto"/>
                            <w:left w:val="none" w:sz="0" w:space="0" w:color="auto"/>
                            <w:bottom w:val="none" w:sz="0" w:space="0" w:color="auto"/>
                            <w:right w:val="none" w:sz="0" w:space="0" w:color="auto"/>
                          </w:divBdr>
                          <w:divsChild>
                            <w:div w:id="12931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7583482">
      <w:bodyDiv w:val="1"/>
      <w:marLeft w:val="0"/>
      <w:marRight w:val="0"/>
      <w:marTop w:val="0"/>
      <w:marBottom w:val="0"/>
      <w:divBdr>
        <w:top w:val="none" w:sz="0" w:space="0" w:color="auto"/>
        <w:left w:val="none" w:sz="0" w:space="0" w:color="auto"/>
        <w:bottom w:val="none" w:sz="0" w:space="0" w:color="auto"/>
        <w:right w:val="none" w:sz="0" w:space="0" w:color="auto"/>
      </w:divBdr>
    </w:div>
    <w:div w:id="367804407">
      <w:bodyDiv w:val="1"/>
      <w:marLeft w:val="0"/>
      <w:marRight w:val="0"/>
      <w:marTop w:val="0"/>
      <w:marBottom w:val="0"/>
      <w:divBdr>
        <w:top w:val="none" w:sz="0" w:space="0" w:color="auto"/>
        <w:left w:val="none" w:sz="0" w:space="0" w:color="auto"/>
        <w:bottom w:val="none" w:sz="0" w:space="0" w:color="auto"/>
        <w:right w:val="none" w:sz="0" w:space="0" w:color="auto"/>
      </w:divBdr>
    </w:div>
    <w:div w:id="399714364">
      <w:bodyDiv w:val="1"/>
      <w:marLeft w:val="0"/>
      <w:marRight w:val="0"/>
      <w:marTop w:val="0"/>
      <w:marBottom w:val="0"/>
      <w:divBdr>
        <w:top w:val="none" w:sz="0" w:space="0" w:color="auto"/>
        <w:left w:val="none" w:sz="0" w:space="0" w:color="auto"/>
        <w:bottom w:val="none" w:sz="0" w:space="0" w:color="auto"/>
        <w:right w:val="none" w:sz="0" w:space="0" w:color="auto"/>
      </w:divBdr>
    </w:div>
    <w:div w:id="407575327">
      <w:bodyDiv w:val="1"/>
      <w:marLeft w:val="0"/>
      <w:marRight w:val="0"/>
      <w:marTop w:val="0"/>
      <w:marBottom w:val="0"/>
      <w:divBdr>
        <w:top w:val="none" w:sz="0" w:space="0" w:color="auto"/>
        <w:left w:val="none" w:sz="0" w:space="0" w:color="auto"/>
        <w:bottom w:val="none" w:sz="0" w:space="0" w:color="auto"/>
        <w:right w:val="none" w:sz="0" w:space="0" w:color="auto"/>
      </w:divBdr>
      <w:divsChild>
        <w:div w:id="652946982">
          <w:marLeft w:val="0"/>
          <w:marRight w:val="0"/>
          <w:marTop w:val="0"/>
          <w:marBottom w:val="0"/>
          <w:divBdr>
            <w:top w:val="none" w:sz="0" w:space="0" w:color="auto"/>
            <w:left w:val="none" w:sz="0" w:space="0" w:color="auto"/>
            <w:bottom w:val="none" w:sz="0" w:space="0" w:color="auto"/>
            <w:right w:val="none" w:sz="0" w:space="0" w:color="auto"/>
          </w:divBdr>
          <w:divsChild>
            <w:div w:id="482045217">
              <w:marLeft w:val="0"/>
              <w:marRight w:val="0"/>
              <w:marTop w:val="0"/>
              <w:marBottom w:val="0"/>
              <w:divBdr>
                <w:top w:val="none" w:sz="0" w:space="0" w:color="auto"/>
                <w:left w:val="none" w:sz="0" w:space="0" w:color="auto"/>
                <w:bottom w:val="none" w:sz="0" w:space="0" w:color="auto"/>
                <w:right w:val="none" w:sz="0" w:space="0" w:color="auto"/>
              </w:divBdr>
              <w:divsChild>
                <w:div w:id="595360744">
                  <w:marLeft w:val="0"/>
                  <w:marRight w:val="0"/>
                  <w:marTop w:val="0"/>
                  <w:marBottom w:val="0"/>
                  <w:divBdr>
                    <w:top w:val="none" w:sz="0" w:space="0" w:color="auto"/>
                    <w:left w:val="none" w:sz="0" w:space="0" w:color="auto"/>
                    <w:bottom w:val="none" w:sz="0" w:space="0" w:color="auto"/>
                    <w:right w:val="none" w:sz="0" w:space="0" w:color="auto"/>
                  </w:divBdr>
                  <w:divsChild>
                    <w:div w:id="1220168413">
                      <w:marLeft w:val="0"/>
                      <w:marRight w:val="0"/>
                      <w:marTop w:val="0"/>
                      <w:marBottom w:val="0"/>
                      <w:divBdr>
                        <w:top w:val="none" w:sz="0" w:space="0" w:color="auto"/>
                        <w:left w:val="none" w:sz="0" w:space="0" w:color="auto"/>
                        <w:bottom w:val="none" w:sz="0" w:space="0" w:color="auto"/>
                        <w:right w:val="none" w:sz="0" w:space="0" w:color="auto"/>
                      </w:divBdr>
                      <w:divsChild>
                        <w:div w:id="1227455629">
                          <w:marLeft w:val="0"/>
                          <w:marRight w:val="0"/>
                          <w:marTop w:val="0"/>
                          <w:marBottom w:val="0"/>
                          <w:divBdr>
                            <w:top w:val="none" w:sz="0" w:space="0" w:color="auto"/>
                            <w:left w:val="none" w:sz="0" w:space="0" w:color="auto"/>
                            <w:bottom w:val="none" w:sz="0" w:space="0" w:color="auto"/>
                            <w:right w:val="none" w:sz="0" w:space="0" w:color="auto"/>
                          </w:divBdr>
                          <w:divsChild>
                            <w:div w:id="170304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232109">
          <w:marLeft w:val="0"/>
          <w:marRight w:val="0"/>
          <w:marTop w:val="0"/>
          <w:marBottom w:val="0"/>
          <w:divBdr>
            <w:top w:val="none" w:sz="0" w:space="0" w:color="auto"/>
            <w:left w:val="none" w:sz="0" w:space="0" w:color="auto"/>
            <w:bottom w:val="none" w:sz="0" w:space="0" w:color="auto"/>
            <w:right w:val="none" w:sz="0" w:space="0" w:color="auto"/>
          </w:divBdr>
          <w:divsChild>
            <w:div w:id="2117678065">
              <w:marLeft w:val="0"/>
              <w:marRight w:val="0"/>
              <w:marTop w:val="0"/>
              <w:marBottom w:val="0"/>
              <w:divBdr>
                <w:top w:val="none" w:sz="0" w:space="0" w:color="auto"/>
                <w:left w:val="none" w:sz="0" w:space="0" w:color="auto"/>
                <w:bottom w:val="none" w:sz="0" w:space="0" w:color="auto"/>
                <w:right w:val="none" w:sz="0" w:space="0" w:color="auto"/>
              </w:divBdr>
              <w:divsChild>
                <w:div w:id="531723899">
                  <w:marLeft w:val="0"/>
                  <w:marRight w:val="0"/>
                  <w:marTop w:val="0"/>
                  <w:marBottom w:val="0"/>
                  <w:divBdr>
                    <w:top w:val="none" w:sz="0" w:space="0" w:color="auto"/>
                    <w:left w:val="none" w:sz="0" w:space="0" w:color="auto"/>
                    <w:bottom w:val="none" w:sz="0" w:space="0" w:color="auto"/>
                    <w:right w:val="none" w:sz="0" w:space="0" w:color="auto"/>
                  </w:divBdr>
                  <w:divsChild>
                    <w:div w:id="1897085650">
                      <w:marLeft w:val="0"/>
                      <w:marRight w:val="0"/>
                      <w:marTop w:val="0"/>
                      <w:marBottom w:val="0"/>
                      <w:divBdr>
                        <w:top w:val="none" w:sz="0" w:space="0" w:color="auto"/>
                        <w:left w:val="none" w:sz="0" w:space="0" w:color="auto"/>
                        <w:bottom w:val="none" w:sz="0" w:space="0" w:color="auto"/>
                        <w:right w:val="none" w:sz="0" w:space="0" w:color="auto"/>
                      </w:divBdr>
                      <w:divsChild>
                        <w:div w:id="974020130">
                          <w:marLeft w:val="0"/>
                          <w:marRight w:val="0"/>
                          <w:marTop w:val="0"/>
                          <w:marBottom w:val="0"/>
                          <w:divBdr>
                            <w:top w:val="none" w:sz="0" w:space="0" w:color="auto"/>
                            <w:left w:val="none" w:sz="0" w:space="0" w:color="auto"/>
                            <w:bottom w:val="none" w:sz="0" w:space="0" w:color="auto"/>
                            <w:right w:val="none" w:sz="0" w:space="0" w:color="auto"/>
                          </w:divBdr>
                          <w:divsChild>
                            <w:div w:id="903026271">
                              <w:marLeft w:val="0"/>
                              <w:marRight w:val="0"/>
                              <w:marTop w:val="0"/>
                              <w:marBottom w:val="0"/>
                              <w:divBdr>
                                <w:top w:val="none" w:sz="0" w:space="0" w:color="auto"/>
                                <w:left w:val="none" w:sz="0" w:space="0" w:color="auto"/>
                                <w:bottom w:val="none" w:sz="0" w:space="0" w:color="auto"/>
                                <w:right w:val="none" w:sz="0" w:space="0" w:color="auto"/>
                              </w:divBdr>
                              <w:divsChild>
                                <w:div w:id="22291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8848213">
          <w:marLeft w:val="0"/>
          <w:marRight w:val="0"/>
          <w:marTop w:val="0"/>
          <w:marBottom w:val="0"/>
          <w:divBdr>
            <w:top w:val="none" w:sz="0" w:space="0" w:color="auto"/>
            <w:left w:val="none" w:sz="0" w:space="0" w:color="auto"/>
            <w:bottom w:val="none" w:sz="0" w:space="0" w:color="auto"/>
            <w:right w:val="none" w:sz="0" w:space="0" w:color="auto"/>
          </w:divBdr>
          <w:divsChild>
            <w:div w:id="939990581">
              <w:marLeft w:val="0"/>
              <w:marRight w:val="0"/>
              <w:marTop w:val="0"/>
              <w:marBottom w:val="0"/>
              <w:divBdr>
                <w:top w:val="none" w:sz="0" w:space="0" w:color="auto"/>
                <w:left w:val="none" w:sz="0" w:space="0" w:color="auto"/>
                <w:bottom w:val="none" w:sz="0" w:space="0" w:color="auto"/>
                <w:right w:val="none" w:sz="0" w:space="0" w:color="auto"/>
              </w:divBdr>
              <w:divsChild>
                <w:div w:id="1815952646">
                  <w:marLeft w:val="0"/>
                  <w:marRight w:val="0"/>
                  <w:marTop w:val="0"/>
                  <w:marBottom w:val="0"/>
                  <w:divBdr>
                    <w:top w:val="none" w:sz="0" w:space="0" w:color="auto"/>
                    <w:left w:val="none" w:sz="0" w:space="0" w:color="auto"/>
                    <w:bottom w:val="none" w:sz="0" w:space="0" w:color="auto"/>
                    <w:right w:val="none" w:sz="0" w:space="0" w:color="auto"/>
                  </w:divBdr>
                  <w:divsChild>
                    <w:div w:id="852375825">
                      <w:marLeft w:val="0"/>
                      <w:marRight w:val="0"/>
                      <w:marTop w:val="0"/>
                      <w:marBottom w:val="0"/>
                      <w:divBdr>
                        <w:top w:val="none" w:sz="0" w:space="0" w:color="auto"/>
                        <w:left w:val="none" w:sz="0" w:space="0" w:color="auto"/>
                        <w:bottom w:val="none" w:sz="0" w:space="0" w:color="auto"/>
                        <w:right w:val="none" w:sz="0" w:space="0" w:color="auto"/>
                      </w:divBdr>
                      <w:divsChild>
                        <w:div w:id="2065367355">
                          <w:marLeft w:val="0"/>
                          <w:marRight w:val="0"/>
                          <w:marTop w:val="0"/>
                          <w:marBottom w:val="0"/>
                          <w:divBdr>
                            <w:top w:val="none" w:sz="0" w:space="0" w:color="auto"/>
                            <w:left w:val="none" w:sz="0" w:space="0" w:color="auto"/>
                            <w:bottom w:val="none" w:sz="0" w:space="0" w:color="auto"/>
                            <w:right w:val="none" w:sz="0" w:space="0" w:color="auto"/>
                          </w:divBdr>
                          <w:divsChild>
                            <w:div w:id="3677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838413">
          <w:marLeft w:val="0"/>
          <w:marRight w:val="0"/>
          <w:marTop w:val="0"/>
          <w:marBottom w:val="0"/>
          <w:divBdr>
            <w:top w:val="none" w:sz="0" w:space="0" w:color="auto"/>
            <w:left w:val="none" w:sz="0" w:space="0" w:color="auto"/>
            <w:bottom w:val="none" w:sz="0" w:space="0" w:color="auto"/>
            <w:right w:val="none" w:sz="0" w:space="0" w:color="auto"/>
          </w:divBdr>
          <w:divsChild>
            <w:div w:id="1187476846">
              <w:marLeft w:val="0"/>
              <w:marRight w:val="0"/>
              <w:marTop w:val="0"/>
              <w:marBottom w:val="0"/>
              <w:divBdr>
                <w:top w:val="none" w:sz="0" w:space="0" w:color="auto"/>
                <w:left w:val="none" w:sz="0" w:space="0" w:color="auto"/>
                <w:bottom w:val="none" w:sz="0" w:space="0" w:color="auto"/>
                <w:right w:val="none" w:sz="0" w:space="0" w:color="auto"/>
              </w:divBdr>
              <w:divsChild>
                <w:div w:id="1362972953">
                  <w:marLeft w:val="0"/>
                  <w:marRight w:val="0"/>
                  <w:marTop w:val="0"/>
                  <w:marBottom w:val="0"/>
                  <w:divBdr>
                    <w:top w:val="none" w:sz="0" w:space="0" w:color="auto"/>
                    <w:left w:val="none" w:sz="0" w:space="0" w:color="auto"/>
                    <w:bottom w:val="none" w:sz="0" w:space="0" w:color="auto"/>
                    <w:right w:val="none" w:sz="0" w:space="0" w:color="auto"/>
                  </w:divBdr>
                  <w:divsChild>
                    <w:div w:id="1360356985">
                      <w:marLeft w:val="0"/>
                      <w:marRight w:val="0"/>
                      <w:marTop w:val="0"/>
                      <w:marBottom w:val="0"/>
                      <w:divBdr>
                        <w:top w:val="none" w:sz="0" w:space="0" w:color="auto"/>
                        <w:left w:val="none" w:sz="0" w:space="0" w:color="auto"/>
                        <w:bottom w:val="none" w:sz="0" w:space="0" w:color="auto"/>
                        <w:right w:val="none" w:sz="0" w:space="0" w:color="auto"/>
                      </w:divBdr>
                      <w:divsChild>
                        <w:div w:id="1190222593">
                          <w:marLeft w:val="0"/>
                          <w:marRight w:val="0"/>
                          <w:marTop w:val="0"/>
                          <w:marBottom w:val="0"/>
                          <w:divBdr>
                            <w:top w:val="none" w:sz="0" w:space="0" w:color="auto"/>
                            <w:left w:val="none" w:sz="0" w:space="0" w:color="auto"/>
                            <w:bottom w:val="none" w:sz="0" w:space="0" w:color="auto"/>
                            <w:right w:val="none" w:sz="0" w:space="0" w:color="auto"/>
                          </w:divBdr>
                          <w:divsChild>
                            <w:div w:id="1307509715">
                              <w:marLeft w:val="0"/>
                              <w:marRight w:val="0"/>
                              <w:marTop w:val="0"/>
                              <w:marBottom w:val="0"/>
                              <w:divBdr>
                                <w:top w:val="none" w:sz="0" w:space="0" w:color="auto"/>
                                <w:left w:val="none" w:sz="0" w:space="0" w:color="auto"/>
                                <w:bottom w:val="none" w:sz="0" w:space="0" w:color="auto"/>
                                <w:right w:val="none" w:sz="0" w:space="0" w:color="auto"/>
                              </w:divBdr>
                              <w:divsChild>
                                <w:div w:id="9624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58178">
          <w:marLeft w:val="0"/>
          <w:marRight w:val="0"/>
          <w:marTop w:val="0"/>
          <w:marBottom w:val="0"/>
          <w:divBdr>
            <w:top w:val="none" w:sz="0" w:space="0" w:color="auto"/>
            <w:left w:val="none" w:sz="0" w:space="0" w:color="auto"/>
            <w:bottom w:val="none" w:sz="0" w:space="0" w:color="auto"/>
            <w:right w:val="none" w:sz="0" w:space="0" w:color="auto"/>
          </w:divBdr>
          <w:divsChild>
            <w:div w:id="1231772815">
              <w:marLeft w:val="0"/>
              <w:marRight w:val="0"/>
              <w:marTop w:val="0"/>
              <w:marBottom w:val="0"/>
              <w:divBdr>
                <w:top w:val="none" w:sz="0" w:space="0" w:color="auto"/>
                <w:left w:val="none" w:sz="0" w:space="0" w:color="auto"/>
                <w:bottom w:val="none" w:sz="0" w:space="0" w:color="auto"/>
                <w:right w:val="none" w:sz="0" w:space="0" w:color="auto"/>
              </w:divBdr>
              <w:divsChild>
                <w:div w:id="1248267957">
                  <w:marLeft w:val="0"/>
                  <w:marRight w:val="0"/>
                  <w:marTop w:val="0"/>
                  <w:marBottom w:val="0"/>
                  <w:divBdr>
                    <w:top w:val="none" w:sz="0" w:space="0" w:color="auto"/>
                    <w:left w:val="none" w:sz="0" w:space="0" w:color="auto"/>
                    <w:bottom w:val="none" w:sz="0" w:space="0" w:color="auto"/>
                    <w:right w:val="none" w:sz="0" w:space="0" w:color="auto"/>
                  </w:divBdr>
                  <w:divsChild>
                    <w:div w:id="834884929">
                      <w:marLeft w:val="0"/>
                      <w:marRight w:val="0"/>
                      <w:marTop w:val="0"/>
                      <w:marBottom w:val="0"/>
                      <w:divBdr>
                        <w:top w:val="none" w:sz="0" w:space="0" w:color="auto"/>
                        <w:left w:val="none" w:sz="0" w:space="0" w:color="auto"/>
                        <w:bottom w:val="none" w:sz="0" w:space="0" w:color="auto"/>
                        <w:right w:val="none" w:sz="0" w:space="0" w:color="auto"/>
                      </w:divBdr>
                      <w:divsChild>
                        <w:div w:id="1027217598">
                          <w:marLeft w:val="0"/>
                          <w:marRight w:val="0"/>
                          <w:marTop w:val="0"/>
                          <w:marBottom w:val="0"/>
                          <w:divBdr>
                            <w:top w:val="none" w:sz="0" w:space="0" w:color="auto"/>
                            <w:left w:val="none" w:sz="0" w:space="0" w:color="auto"/>
                            <w:bottom w:val="none" w:sz="0" w:space="0" w:color="auto"/>
                            <w:right w:val="none" w:sz="0" w:space="0" w:color="auto"/>
                          </w:divBdr>
                          <w:divsChild>
                            <w:div w:id="192629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225992">
          <w:marLeft w:val="0"/>
          <w:marRight w:val="0"/>
          <w:marTop w:val="0"/>
          <w:marBottom w:val="0"/>
          <w:divBdr>
            <w:top w:val="none" w:sz="0" w:space="0" w:color="auto"/>
            <w:left w:val="none" w:sz="0" w:space="0" w:color="auto"/>
            <w:bottom w:val="none" w:sz="0" w:space="0" w:color="auto"/>
            <w:right w:val="none" w:sz="0" w:space="0" w:color="auto"/>
          </w:divBdr>
          <w:divsChild>
            <w:div w:id="333462631">
              <w:marLeft w:val="0"/>
              <w:marRight w:val="0"/>
              <w:marTop w:val="0"/>
              <w:marBottom w:val="0"/>
              <w:divBdr>
                <w:top w:val="none" w:sz="0" w:space="0" w:color="auto"/>
                <w:left w:val="none" w:sz="0" w:space="0" w:color="auto"/>
                <w:bottom w:val="none" w:sz="0" w:space="0" w:color="auto"/>
                <w:right w:val="none" w:sz="0" w:space="0" w:color="auto"/>
              </w:divBdr>
              <w:divsChild>
                <w:div w:id="313728129">
                  <w:marLeft w:val="0"/>
                  <w:marRight w:val="0"/>
                  <w:marTop w:val="0"/>
                  <w:marBottom w:val="0"/>
                  <w:divBdr>
                    <w:top w:val="none" w:sz="0" w:space="0" w:color="auto"/>
                    <w:left w:val="none" w:sz="0" w:space="0" w:color="auto"/>
                    <w:bottom w:val="none" w:sz="0" w:space="0" w:color="auto"/>
                    <w:right w:val="none" w:sz="0" w:space="0" w:color="auto"/>
                  </w:divBdr>
                  <w:divsChild>
                    <w:div w:id="1841654678">
                      <w:marLeft w:val="0"/>
                      <w:marRight w:val="0"/>
                      <w:marTop w:val="0"/>
                      <w:marBottom w:val="0"/>
                      <w:divBdr>
                        <w:top w:val="none" w:sz="0" w:space="0" w:color="auto"/>
                        <w:left w:val="none" w:sz="0" w:space="0" w:color="auto"/>
                        <w:bottom w:val="none" w:sz="0" w:space="0" w:color="auto"/>
                        <w:right w:val="none" w:sz="0" w:space="0" w:color="auto"/>
                      </w:divBdr>
                      <w:divsChild>
                        <w:div w:id="1954944605">
                          <w:marLeft w:val="0"/>
                          <w:marRight w:val="0"/>
                          <w:marTop w:val="0"/>
                          <w:marBottom w:val="0"/>
                          <w:divBdr>
                            <w:top w:val="none" w:sz="0" w:space="0" w:color="auto"/>
                            <w:left w:val="none" w:sz="0" w:space="0" w:color="auto"/>
                            <w:bottom w:val="none" w:sz="0" w:space="0" w:color="auto"/>
                            <w:right w:val="none" w:sz="0" w:space="0" w:color="auto"/>
                          </w:divBdr>
                          <w:divsChild>
                            <w:div w:id="1376344557">
                              <w:marLeft w:val="0"/>
                              <w:marRight w:val="0"/>
                              <w:marTop w:val="0"/>
                              <w:marBottom w:val="0"/>
                              <w:divBdr>
                                <w:top w:val="none" w:sz="0" w:space="0" w:color="auto"/>
                                <w:left w:val="none" w:sz="0" w:space="0" w:color="auto"/>
                                <w:bottom w:val="none" w:sz="0" w:space="0" w:color="auto"/>
                                <w:right w:val="none" w:sz="0" w:space="0" w:color="auto"/>
                              </w:divBdr>
                              <w:divsChild>
                                <w:div w:id="144974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7074575">
          <w:marLeft w:val="0"/>
          <w:marRight w:val="0"/>
          <w:marTop w:val="0"/>
          <w:marBottom w:val="0"/>
          <w:divBdr>
            <w:top w:val="none" w:sz="0" w:space="0" w:color="auto"/>
            <w:left w:val="none" w:sz="0" w:space="0" w:color="auto"/>
            <w:bottom w:val="none" w:sz="0" w:space="0" w:color="auto"/>
            <w:right w:val="none" w:sz="0" w:space="0" w:color="auto"/>
          </w:divBdr>
          <w:divsChild>
            <w:div w:id="1944147827">
              <w:marLeft w:val="0"/>
              <w:marRight w:val="0"/>
              <w:marTop w:val="0"/>
              <w:marBottom w:val="0"/>
              <w:divBdr>
                <w:top w:val="none" w:sz="0" w:space="0" w:color="auto"/>
                <w:left w:val="none" w:sz="0" w:space="0" w:color="auto"/>
                <w:bottom w:val="none" w:sz="0" w:space="0" w:color="auto"/>
                <w:right w:val="none" w:sz="0" w:space="0" w:color="auto"/>
              </w:divBdr>
              <w:divsChild>
                <w:div w:id="644819570">
                  <w:marLeft w:val="0"/>
                  <w:marRight w:val="0"/>
                  <w:marTop w:val="0"/>
                  <w:marBottom w:val="0"/>
                  <w:divBdr>
                    <w:top w:val="none" w:sz="0" w:space="0" w:color="auto"/>
                    <w:left w:val="none" w:sz="0" w:space="0" w:color="auto"/>
                    <w:bottom w:val="none" w:sz="0" w:space="0" w:color="auto"/>
                    <w:right w:val="none" w:sz="0" w:space="0" w:color="auto"/>
                  </w:divBdr>
                  <w:divsChild>
                    <w:div w:id="2120830632">
                      <w:marLeft w:val="0"/>
                      <w:marRight w:val="0"/>
                      <w:marTop w:val="0"/>
                      <w:marBottom w:val="0"/>
                      <w:divBdr>
                        <w:top w:val="none" w:sz="0" w:space="0" w:color="auto"/>
                        <w:left w:val="none" w:sz="0" w:space="0" w:color="auto"/>
                        <w:bottom w:val="none" w:sz="0" w:space="0" w:color="auto"/>
                        <w:right w:val="none" w:sz="0" w:space="0" w:color="auto"/>
                      </w:divBdr>
                      <w:divsChild>
                        <w:div w:id="2078432663">
                          <w:marLeft w:val="0"/>
                          <w:marRight w:val="0"/>
                          <w:marTop w:val="0"/>
                          <w:marBottom w:val="0"/>
                          <w:divBdr>
                            <w:top w:val="none" w:sz="0" w:space="0" w:color="auto"/>
                            <w:left w:val="none" w:sz="0" w:space="0" w:color="auto"/>
                            <w:bottom w:val="none" w:sz="0" w:space="0" w:color="auto"/>
                            <w:right w:val="none" w:sz="0" w:space="0" w:color="auto"/>
                          </w:divBdr>
                          <w:divsChild>
                            <w:div w:id="95374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8155378">
          <w:marLeft w:val="0"/>
          <w:marRight w:val="0"/>
          <w:marTop w:val="0"/>
          <w:marBottom w:val="0"/>
          <w:divBdr>
            <w:top w:val="none" w:sz="0" w:space="0" w:color="auto"/>
            <w:left w:val="none" w:sz="0" w:space="0" w:color="auto"/>
            <w:bottom w:val="none" w:sz="0" w:space="0" w:color="auto"/>
            <w:right w:val="none" w:sz="0" w:space="0" w:color="auto"/>
          </w:divBdr>
          <w:divsChild>
            <w:div w:id="2121873456">
              <w:marLeft w:val="0"/>
              <w:marRight w:val="0"/>
              <w:marTop w:val="0"/>
              <w:marBottom w:val="0"/>
              <w:divBdr>
                <w:top w:val="none" w:sz="0" w:space="0" w:color="auto"/>
                <w:left w:val="none" w:sz="0" w:space="0" w:color="auto"/>
                <w:bottom w:val="none" w:sz="0" w:space="0" w:color="auto"/>
                <w:right w:val="none" w:sz="0" w:space="0" w:color="auto"/>
              </w:divBdr>
              <w:divsChild>
                <w:div w:id="1972788707">
                  <w:marLeft w:val="0"/>
                  <w:marRight w:val="0"/>
                  <w:marTop w:val="0"/>
                  <w:marBottom w:val="0"/>
                  <w:divBdr>
                    <w:top w:val="none" w:sz="0" w:space="0" w:color="auto"/>
                    <w:left w:val="none" w:sz="0" w:space="0" w:color="auto"/>
                    <w:bottom w:val="none" w:sz="0" w:space="0" w:color="auto"/>
                    <w:right w:val="none" w:sz="0" w:space="0" w:color="auto"/>
                  </w:divBdr>
                  <w:divsChild>
                    <w:div w:id="103809707">
                      <w:marLeft w:val="0"/>
                      <w:marRight w:val="0"/>
                      <w:marTop w:val="0"/>
                      <w:marBottom w:val="0"/>
                      <w:divBdr>
                        <w:top w:val="none" w:sz="0" w:space="0" w:color="auto"/>
                        <w:left w:val="none" w:sz="0" w:space="0" w:color="auto"/>
                        <w:bottom w:val="none" w:sz="0" w:space="0" w:color="auto"/>
                        <w:right w:val="none" w:sz="0" w:space="0" w:color="auto"/>
                      </w:divBdr>
                      <w:divsChild>
                        <w:div w:id="458189658">
                          <w:marLeft w:val="0"/>
                          <w:marRight w:val="0"/>
                          <w:marTop w:val="0"/>
                          <w:marBottom w:val="0"/>
                          <w:divBdr>
                            <w:top w:val="none" w:sz="0" w:space="0" w:color="auto"/>
                            <w:left w:val="none" w:sz="0" w:space="0" w:color="auto"/>
                            <w:bottom w:val="none" w:sz="0" w:space="0" w:color="auto"/>
                            <w:right w:val="none" w:sz="0" w:space="0" w:color="auto"/>
                          </w:divBdr>
                          <w:divsChild>
                            <w:div w:id="1269003740">
                              <w:marLeft w:val="0"/>
                              <w:marRight w:val="0"/>
                              <w:marTop w:val="0"/>
                              <w:marBottom w:val="0"/>
                              <w:divBdr>
                                <w:top w:val="none" w:sz="0" w:space="0" w:color="auto"/>
                                <w:left w:val="none" w:sz="0" w:space="0" w:color="auto"/>
                                <w:bottom w:val="none" w:sz="0" w:space="0" w:color="auto"/>
                                <w:right w:val="none" w:sz="0" w:space="0" w:color="auto"/>
                              </w:divBdr>
                              <w:divsChild>
                                <w:div w:id="93679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450400">
          <w:marLeft w:val="0"/>
          <w:marRight w:val="0"/>
          <w:marTop w:val="0"/>
          <w:marBottom w:val="0"/>
          <w:divBdr>
            <w:top w:val="none" w:sz="0" w:space="0" w:color="auto"/>
            <w:left w:val="none" w:sz="0" w:space="0" w:color="auto"/>
            <w:bottom w:val="none" w:sz="0" w:space="0" w:color="auto"/>
            <w:right w:val="none" w:sz="0" w:space="0" w:color="auto"/>
          </w:divBdr>
          <w:divsChild>
            <w:div w:id="690299784">
              <w:marLeft w:val="0"/>
              <w:marRight w:val="0"/>
              <w:marTop w:val="0"/>
              <w:marBottom w:val="0"/>
              <w:divBdr>
                <w:top w:val="none" w:sz="0" w:space="0" w:color="auto"/>
                <w:left w:val="none" w:sz="0" w:space="0" w:color="auto"/>
                <w:bottom w:val="none" w:sz="0" w:space="0" w:color="auto"/>
                <w:right w:val="none" w:sz="0" w:space="0" w:color="auto"/>
              </w:divBdr>
              <w:divsChild>
                <w:div w:id="1758793119">
                  <w:marLeft w:val="0"/>
                  <w:marRight w:val="0"/>
                  <w:marTop w:val="0"/>
                  <w:marBottom w:val="0"/>
                  <w:divBdr>
                    <w:top w:val="none" w:sz="0" w:space="0" w:color="auto"/>
                    <w:left w:val="none" w:sz="0" w:space="0" w:color="auto"/>
                    <w:bottom w:val="none" w:sz="0" w:space="0" w:color="auto"/>
                    <w:right w:val="none" w:sz="0" w:space="0" w:color="auto"/>
                  </w:divBdr>
                  <w:divsChild>
                    <w:div w:id="1008364407">
                      <w:marLeft w:val="0"/>
                      <w:marRight w:val="0"/>
                      <w:marTop w:val="0"/>
                      <w:marBottom w:val="0"/>
                      <w:divBdr>
                        <w:top w:val="none" w:sz="0" w:space="0" w:color="auto"/>
                        <w:left w:val="none" w:sz="0" w:space="0" w:color="auto"/>
                        <w:bottom w:val="none" w:sz="0" w:space="0" w:color="auto"/>
                        <w:right w:val="none" w:sz="0" w:space="0" w:color="auto"/>
                      </w:divBdr>
                      <w:divsChild>
                        <w:div w:id="166142713">
                          <w:marLeft w:val="0"/>
                          <w:marRight w:val="0"/>
                          <w:marTop w:val="0"/>
                          <w:marBottom w:val="0"/>
                          <w:divBdr>
                            <w:top w:val="none" w:sz="0" w:space="0" w:color="auto"/>
                            <w:left w:val="none" w:sz="0" w:space="0" w:color="auto"/>
                            <w:bottom w:val="none" w:sz="0" w:space="0" w:color="auto"/>
                            <w:right w:val="none" w:sz="0" w:space="0" w:color="auto"/>
                          </w:divBdr>
                          <w:divsChild>
                            <w:div w:id="179759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6489584">
          <w:marLeft w:val="0"/>
          <w:marRight w:val="0"/>
          <w:marTop w:val="0"/>
          <w:marBottom w:val="0"/>
          <w:divBdr>
            <w:top w:val="none" w:sz="0" w:space="0" w:color="auto"/>
            <w:left w:val="none" w:sz="0" w:space="0" w:color="auto"/>
            <w:bottom w:val="none" w:sz="0" w:space="0" w:color="auto"/>
            <w:right w:val="none" w:sz="0" w:space="0" w:color="auto"/>
          </w:divBdr>
          <w:divsChild>
            <w:div w:id="937786694">
              <w:marLeft w:val="0"/>
              <w:marRight w:val="0"/>
              <w:marTop w:val="0"/>
              <w:marBottom w:val="0"/>
              <w:divBdr>
                <w:top w:val="none" w:sz="0" w:space="0" w:color="auto"/>
                <w:left w:val="none" w:sz="0" w:space="0" w:color="auto"/>
                <w:bottom w:val="none" w:sz="0" w:space="0" w:color="auto"/>
                <w:right w:val="none" w:sz="0" w:space="0" w:color="auto"/>
              </w:divBdr>
              <w:divsChild>
                <w:div w:id="259143402">
                  <w:marLeft w:val="0"/>
                  <w:marRight w:val="0"/>
                  <w:marTop w:val="0"/>
                  <w:marBottom w:val="0"/>
                  <w:divBdr>
                    <w:top w:val="none" w:sz="0" w:space="0" w:color="auto"/>
                    <w:left w:val="none" w:sz="0" w:space="0" w:color="auto"/>
                    <w:bottom w:val="none" w:sz="0" w:space="0" w:color="auto"/>
                    <w:right w:val="none" w:sz="0" w:space="0" w:color="auto"/>
                  </w:divBdr>
                  <w:divsChild>
                    <w:div w:id="1995524091">
                      <w:marLeft w:val="0"/>
                      <w:marRight w:val="0"/>
                      <w:marTop w:val="0"/>
                      <w:marBottom w:val="0"/>
                      <w:divBdr>
                        <w:top w:val="none" w:sz="0" w:space="0" w:color="auto"/>
                        <w:left w:val="none" w:sz="0" w:space="0" w:color="auto"/>
                        <w:bottom w:val="none" w:sz="0" w:space="0" w:color="auto"/>
                        <w:right w:val="none" w:sz="0" w:space="0" w:color="auto"/>
                      </w:divBdr>
                      <w:divsChild>
                        <w:div w:id="1200358984">
                          <w:marLeft w:val="0"/>
                          <w:marRight w:val="0"/>
                          <w:marTop w:val="0"/>
                          <w:marBottom w:val="0"/>
                          <w:divBdr>
                            <w:top w:val="none" w:sz="0" w:space="0" w:color="auto"/>
                            <w:left w:val="none" w:sz="0" w:space="0" w:color="auto"/>
                            <w:bottom w:val="none" w:sz="0" w:space="0" w:color="auto"/>
                            <w:right w:val="none" w:sz="0" w:space="0" w:color="auto"/>
                          </w:divBdr>
                          <w:divsChild>
                            <w:div w:id="1359551475">
                              <w:marLeft w:val="0"/>
                              <w:marRight w:val="0"/>
                              <w:marTop w:val="0"/>
                              <w:marBottom w:val="0"/>
                              <w:divBdr>
                                <w:top w:val="none" w:sz="0" w:space="0" w:color="auto"/>
                                <w:left w:val="none" w:sz="0" w:space="0" w:color="auto"/>
                                <w:bottom w:val="none" w:sz="0" w:space="0" w:color="auto"/>
                                <w:right w:val="none" w:sz="0" w:space="0" w:color="auto"/>
                              </w:divBdr>
                              <w:divsChild>
                                <w:div w:id="5843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179526">
          <w:marLeft w:val="0"/>
          <w:marRight w:val="0"/>
          <w:marTop w:val="0"/>
          <w:marBottom w:val="0"/>
          <w:divBdr>
            <w:top w:val="none" w:sz="0" w:space="0" w:color="auto"/>
            <w:left w:val="none" w:sz="0" w:space="0" w:color="auto"/>
            <w:bottom w:val="none" w:sz="0" w:space="0" w:color="auto"/>
            <w:right w:val="none" w:sz="0" w:space="0" w:color="auto"/>
          </w:divBdr>
          <w:divsChild>
            <w:div w:id="1638297374">
              <w:marLeft w:val="0"/>
              <w:marRight w:val="0"/>
              <w:marTop w:val="0"/>
              <w:marBottom w:val="0"/>
              <w:divBdr>
                <w:top w:val="none" w:sz="0" w:space="0" w:color="auto"/>
                <w:left w:val="none" w:sz="0" w:space="0" w:color="auto"/>
                <w:bottom w:val="none" w:sz="0" w:space="0" w:color="auto"/>
                <w:right w:val="none" w:sz="0" w:space="0" w:color="auto"/>
              </w:divBdr>
              <w:divsChild>
                <w:div w:id="278413696">
                  <w:marLeft w:val="0"/>
                  <w:marRight w:val="0"/>
                  <w:marTop w:val="0"/>
                  <w:marBottom w:val="0"/>
                  <w:divBdr>
                    <w:top w:val="none" w:sz="0" w:space="0" w:color="auto"/>
                    <w:left w:val="none" w:sz="0" w:space="0" w:color="auto"/>
                    <w:bottom w:val="none" w:sz="0" w:space="0" w:color="auto"/>
                    <w:right w:val="none" w:sz="0" w:space="0" w:color="auto"/>
                  </w:divBdr>
                  <w:divsChild>
                    <w:div w:id="650213929">
                      <w:marLeft w:val="0"/>
                      <w:marRight w:val="0"/>
                      <w:marTop w:val="0"/>
                      <w:marBottom w:val="0"/>
                      <w:divBdr>
                        <w:top w:val="none" w:sz="0" w:space="0" w:color="auto"/>
                        <w:left w:val="none" w:sz="0" w:space="0" w:color="auto"/>
                        <w:bottom w:val="none" w:sz="0" w:space="0" w:color="auto"/>
                        <w:right w:val="none" w:sz="0" w:space="0" w:color="auto"/>
                      </w:divBdr>
                      <w:divsChild>
                        <w:div w:id="1540318276">
                          <w:marLeft w:val="0"/>
                          <w:marRight w:val="0"/>
                          <w:marTop w:val="0"/>
                          <w:marBottom w:val="0"/>
                          <w:divBdr>
                            <w:top w:val="none" w:sz="0" w:space="0" w:color="auto"/>
                            <w:left w:val="none" w:sz="0" w:space="0" w:color="auto"/>
                            <w:bottom w:val="none" w:sz="0" w:space="0" w:color="auto"/>
                            <w:right w:val="none" w:sz="0" w:space="0" w:color="auto"/>
                          </w:divBdr>
                          <w:divsChild>
                            <w:div w:id="119125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383302">
          <w:marLeft w:val="0"/>
          <w:marRight w:val="0"/>
          <w:marTop w:val="0"/>
          <w:marBottom w:val="0"/>
          <w:divBdr>
            <w:top w:val="none" w:sz="0" w:space="0" w:color="auto"/>
            <w:left w:val="none" w:sz="0" w:space="0" w:color="auto"/>
            <w:bottom w:val="none" w:sz="0" w:space="0" w:color="auto"/>
            <w:right w:val="none" w:sz="0" w:space="0" w:color="auto"/>
          </w:divBdr>
          <w:divsChild>
            <w:div w:id="1589388674">
              <w:marLeft w:val="0"/>
              <w:marRight w:val="0"/>
              <w:marTop w:val="0"/>
              <w:marBottom w:val="0"/>
              <w:divBdr>
                <w:top w:val="none" w:sz="0" w:space="0" w:color="auto"/>
                <w:left w:val="none" w:sz="0" w:space="0" w:color="auto"/>
                <w:bottom w:val="none" w:sz="0" w:space="0" w:color="auto"/>
                <w:right w:val="none" w:sz="0" w:space="0" w:color="auto"/>
              </w:divBdr>
              <w:divsChild>
                <w:div w:id="2117745003">
                  <w:marLeft w:val="0"/>
                  <w:marRight w:val="0"/>
                  <w:marTop w:val="0"/>
                  <w:marBottom w:val="0"/>
                  <w:divBdr>
                    <w:top w:val="none" w:sz="0" w:space="0" w:color="auto"/>
                    <w:left w:val="none" w:sz="0" w:space="0" w:color="auto"/>
                    <w:bottom w:val="none" w:sz="0" w:space="0" w:color="auto"/>
                    <w:right w:val="none" w:sz="0" w:space="0" w:color="auto"/>
                  </w:divBdr>
                  <w:divsChild>
                    <w:div w:id="1613979064">
                      <w:marLeft w:val="0"/>
                      <w:marRight w:val="0"/>
                      <w:marTop w:val="0"/>
                      <w:marBottom w:val="0"/>
                      <w:divBdr>
                        <w:top w:val="none" w:sz="0" w:space="0" w:color="auto"/>
                        <w:left w:val="none" w:sz="0" w:space="0" w:color="auto"/>
                        <w:bottom w:val="none" w:sz="0" w:space="0" w:color="auto"/>
                        <w:right w:val="none" w:sz="0" w:space="0" w:color="auto"/>
                      </w:divBdr>
                      <w:divsChild>
                        <w:div w:id="1410544452">
                          <w:marLeft w:val="0"/>
                          <w:marRight w:val="0"/>
                          <w:marTop w:val="0"/>
                          <w:marBottom w:val="0"/>
                          <w:divBdr>
                            <w:top w:val="none" w:sz="0" w:space="0" w:color="auto"/>
                            <w:left w:val="none" w:sz="0" w:space="0" w:color="auto"/>
                            <w:bottom w:val="none" w:sz="0" w:space="0" w:color="auto"/>
                            <w:right w:val="none" w:sz="0" w:space="0" w:color="auto"/>
                          </w:divBdr>
                          <w:divsChild>
                            <w:div w:id="782577789">
                              <w:marLeft w:val="0"/>
                              <w:marRight w:val="0"/>
                              <w:marTop w:val="0"/>
                              <w:marBottom w:val="0"/>
                              <w:divBdr>
                                <w:top w:val="none" w:sz="0" w:space="0" w:color="auto"/>
                                <w:left w:val="none" w:sz="0" w:space="0" w:color="auto"/>
                                <w:bottom w:val="none" w:sz="0" w:space="0" w:color="auto"/>
                                <w:right w:val="none" w:sz="0" w:space="0" w:color="auto"/>
                              </w:divBdr>
                              <w:divsChild>
                                <w:div w:id="13205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850921">
          <w:marLeft w:val="0"/>
          <w:marRight w:val="0"/>
          <w:marTop w:val="0"/>
          <w:marBottom w:val="0"/>
          <w:divBdr>
            <w:top w:val="none" w:sz="0" w:space="0" w:color="auto"/>
            <w:left w:val="none" w:sz="0" w:space="0" w:color="auto"/>
            <w:bottom w:val="none" w:sz="0" w:space="0" w:color="auto"/>
            <w:right w:val="none" w:sz="0" w:space="0" w:color="auto"/>
          </w:divBdr>
          <w:divsChild>
            <w:div w:id="1288587221">
              <w:marLeft w:val="0"/>
              <w:marRight w:val="0"/>
              <w:marTop w:val="0"/>
              <w:marBottom w:val="0"/>
              <w:divBdr>
                <w:top w:val="none" w:sz="0" w:space="0" w:color="auto"/>
                <w:left w:val="none" w:sz="0" w:space="0" w:color="auto"/>
                <w:bottom w:val="none" w:sz="0" w:space="0" w:color="auto"/>
                <w:right w:val="none" w:sz="0" w:space="0" w:color="auto"/>
              </w:divBdr>
              <w:divsChild>
                <w:div w:id="1814642087">
                  <w:marLeft w:val="0"/>
                  <w:marRight w:val="0"/>
                  <w:marTop w:val="0"/>
                  <w:marBottom w:val="0"/>
                  <w:divBdr>
                    <w:top w:val="none" w:sz="0" w:space="0" w:color="auto"/>
                    <w:left w:val="none" w:sz="0" w:space="0" w:color="auto"/>
                    <w:bottom w:val="none" w:sz="0" w:space="0" w:color="auto"/>
                    <w:right w:val="none" w:sz="0" w:space="0" w:color="auto"/>
                  </w:divBdr>
                  <w:divsChild>
                    <w:div w:id="1141734204">
                      <w:marLeft w:val="0"/>
                      <w:marRight w:val="0"/>
                      <w:marTop w:val="0"/>
                      <w:marBottom w:val="0"/>
                      <w:divBdr>
                        <w:top w:val="none" w:sz="0" w:space="0" w:color="auto"/>
                        <w:left w:val="none" w:sz="0" w:space="0" w:color="auto"/>
                        <w:bottom w:val="none" w:sz="0" w:space="0" w:color="auto"/>
                        <w:right w:val="none" w:sz="0" w:space="0" w:color="auto"/>
                      </w:divBdr>
                      <w:divsChild>
                        <w:div w:id="1564297383">
                          <w:marLeft w:val="0"/>
                          <w:marRight w:val="0"/>
                          <w:marTop w:val="0"/>
                          <w:marBottom w:val="0"/>
                          <w:divBdr>
                            <w:top w:val="none" w:sz="0" w:space="0" w:color="auto"/>
                            <w:left w:val="none" w:sz="0" w:space="0" w:color="auto"/>
                            <w:bottom w:val="none" w:sz="0" w:space="0" w:color="auto"/>
                            <w:right w:val="none" w:sz="0" w:space="0" w:color="auto"/>
                          </w:divBdr>
                          <w:divsChild>
                            <w:div w:id="73119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1430098">
          <w:marLeft w:val="0"/>
          <w:marRight w:val="0"/>
          <w:marTop w:val="0"/>
          <w:marBottom w:val="0"/>
          <w:divBdr>
            <w:top w:val="none" w:sz="0" w:space="0" w:color="auto"/>
            <w:left w:val="none" w:sz="0" w:space="0" w:color="auto"/>
            <w:bottom w:val="none" w:sz="0" w:space="0" w:color="auto"/>
            <w:right w:val="none" w:sz="0" w:space="0" w:color="auto"/>
          </w:divBdr>
          <w:divsChild>
            <w:div w:id="933632688">
              <w:marLeft w:val="0"/>
              <w:marRight w:val="0"/>
              <w:marTop w:val="0"/>
              <w:marBottom w:val="0"/>
              <w:divBdr>
                <w:top w:val="none" w:sz="0" w:space="0" w:color="auto"/>
                <w:left w:val="none" w:sz="0" w:space="0" w:color="auto"/>
                <w:bottom w:val="none" w:sz="0" w:space="0" w:color="auto"/>
                <w:right w:val="none" w:sz="0" w:space="0" w:color="auto"/>
              </w:divBdr>
              <w:divsChild>
                <w:div w:id="332294409">
                  <w:marLeft w:val="0"/>
                  <w:marRight w:val="0"/>
                  <w:marTop w:val="0"/>
                  <w:marBottom w:val="0"/>
                  <w:divBdr>
                    <w:top w:val="none" w:sz="0" w:space="0" w:color="auto"/>
                    <w:left w:val="none" w:sz="0" w:space="0" w:color="auto"/>
                    <w:bottom w:val="none" w:sz="0" w:space="0" w:color="auto"/>
                    <w:right w:val="none" w:sz="0" w:space="0" w:color="auto"/>
                  </w:divBdr>
                  <w:divsChild>
                    <w:div w:id="1815682894">
                      <w:marLeft w:val="0"/>
                      <w:marRight w:val="0"/>
                      <w:marTop w:val="0"/>
                      <w:marBottom w:val="0"/>
                      <w:divBdr>
                        <w:top w:val="none" w:sz="0" w:space="0" w:color="auto"/>
                        <w:left w:val="none" w:sz="0" w:space="0" w:color="auto"/>
                        <w:bottom w:val="none" w:sz="0" w:space="0" w:color="auto"/>
                        <w:right w:val="none" w:sz="0" w:space="0" w:color="auto"/>
                      </w:divBdr>
                      <w:divsChild>
                        <w:div w:id="1467964148">
                          <w:marLeft w:val="0"/>
                          <w:marRight w:val="0"/>
                          <w:marTop w:val="0"/>
                          <w:marBottom w:val="0"/>
                          <w:divBdr>
                            <w:top w:val="none" w:sz="0" w:space="0" w:color="auto"/>
                            <w:left w:val="none" w:sz="0" w:space="0" w:color="auto"/>
                            <w:bottom w:val="none" w:sz="0" w:space="0" w:color="auto"/>
                            <w:right w:val="none" w:sz="0" w:space="0" w:color="auto"/>
                          </w:divBdr>
                          <w:divsChild>
                            <w:div w:id="855777164">
                              <w:marLeft w:val="0"/>
                              <w:marRight w:val="0"/>
                              <w:marTop w:val="0"/>
                              <w:marBottom w:val="0"/>
                              <w:divBdr>
                                <w:top w:val="none" w:sz="0" w:space="0" w:color="auto"/>
                                <w:left w:val="none" w:sz="0" w:space="0" w:color="auto"/>
                                <w:bottom w:val="none" w:sz="0" w:space="0" w:color="auto"/>
                                <w:right w:val="none" w:sz="0" w:space="0" w:color="auto"/>
                              </w:divBdr>
                              <w:divsChild>
                                <w:div w:id="141212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746834">
          <w:marLeft w:val="0"/>
          <w:marRight w:val="0"/>
          <w:marTop w:val="0"/>
          <w:marBottom w:val="0"/>
          <w:divBdr>
            <w:top w:val="none" w:sz="0" w:space="0" w:color="auto"/>
            <w:left w:val="none" w:sz="0" w:space="0" w:color="auto"/>
            <w:bottom w:val="none" w:sz="0" w:space="0" w:color="auto"/>
            <w:right w:val="none" w:sz="0" w:space="0" w:color="auto"/>
          </w:divBdr>
          <w:divsChild>
            <w:div w:id="512652888">
              <w:marLeft w:val="0"/>
              <w:marRight w:val="0"/>
              <w:marTop w:val="0"/>
              <w:marBottom w:val="0"/>
              <w:divBdr>
                <w:top w:val="none" w:sz="0" w:space="0" w:color="auto"/>
                <w:left w:val="none" w:sz="0" w:space="0" w:color="auto"/>
                <w:bottom w:val="none" w:sz="0" w:space="0" w:color="auto"/>
                <w:right w:val="none" w:sz="0" w:space="0" w:color="auto"/>
              </w:divBdr>
              <w:divsChild>
                <w:div w:id="978025648">
                  <w:marLeft w:val="0"/>
                  <w:marRight w:val="0"/>
                  <w:marTop w:val="0"/>
                  <w:marBottom w:val="0"/>
                  <w:divBdr>
                    <w:top w:val="none" w:sz="0" w:space="0" w:color="auto"/>
                    <w:left w:val="none" w:sz="0" w:space="0" w:color="auto"/>
                    <w:bottom w:val="none" w:sz="0" w:space="0" w:color="auto"/>
                    <w:right w:val="none" w:sz="0" w:space="0" w:color="auto"/>
                  </w:divBdr>
                  <w:divsChild>
                    <w:div w:id="2131321134">
                      <w:marLeft w:val="0"/>
                      <w:marRight w:val="0"/>
                      <w:marTop w:val="0"/>
                      <w:marBottom w:val="0"/>
                      <w:divBdr>
                        <w:top w:val="none" w:sz="0" w:space="0" w:color="auto"/>
                        <w:left w:val="none" w:sz="0" w:space="0" w:color="auto"/>
                        <w:bottom w:val="none" w:sz="0" w:space="0" w:color="auto"/>
                        <w:right w:val="none" w:sz="0" w:space="0" w:color="auto"/>
                      </w:divBdr>
                      <w:divsChild>
                        <w:div w:id="1451825314">
                          <w:marLeft w:val="0"/>
                          <w:marRight w:val="0"/>
                          <w:marTop w:val="0"/>
                          <w:marBottom w:val="0"/>
                          <w:divBdr>
                            <w:top w:val="none" w:sz="0" w:space="0" w:color="auto"/>
                            <w:left w:val="none" w:sz="0" w:space="0" w:color="auto"/>
                            <w:bottom w:val="none" w:sz="0" w:space="0" w:color="auto"/>
                            <w:right w:val="none" w:sz="0" w:space="0" w:color="auto"/>
                          </w:divBdr>
                          <w:divsChild>
                            <w:div w:id="188613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190509">
          <w:marLeft w:val="0"/>
          <w:marRight w:val="0"/>
          <w:marTop w:val="0"/>
          <w:marBottom w:val="0"/>
          <w:divBdr>
            <w:top w:val="none" w:sz="0" w:space="0" w:color="auto"/>
            <w:left w:val="none" w:sz="0" w:space="0" w:color="auto"/>
            <w:bottom w:val="none" w:sz="0" w:space="0" w:color="auto"/>
            <w:right w:val="none" w:sz="0" w:space="0" w:color="auto"/>
          </w:divBdr>
          <w:divsChild>
            <w:div w:id="1317881118">
              <w:marLeft w:val="0"/>
              <w:marRight w:val="0"/>
              <w:marTop w:val="0"/>
              <w:marBottom w:val="0"/>
              <w:divBdr>
                <w:top w:val="none" w:sz="0" w:space="0" w:color="auto"/>
                <w:left w:val="none" w:sz="0" w:space="0" w:color="auto"/>
                <w:bottom w:val="none" w:sz="0" w:space="0" w:color="auto"/>
                <w:right w:val="none" w:sz="0" w:space="0" w:color="auto"/>
              </w:divBdr>
              <w:divsChild>
                <w:div w:id="894200131">
                  <w:marLeft w:val="0"/>
                  <w:marRight w:val="0"/>
                  <w:marTop w:val="0"/>
                  <w:marBottom w:val="0"/>
                  <w:divBdr>
                    <w:top w:val="none" w:sz="0" w:space="0" w:color="auto"/>
                    <w:left w:val="none" w:sz="0" w:space="0" w:color="auto"/>
                    <w:bottom w:val="none" w:sz="0" w:space="0" w:color="auto"/>
                    <w:right w:val="none" w:sz="0" w:space="0" w:color="auto"/>
                  </w:divBdr>
                  <w:divsChild>
                    <w:div w:id="1191988644">
                      <w:marLeft w:val="0"/>
                      <w:marRight w:val="0"/>
                      <w:marTop w:val="0"/>
                      <w:marBottom w:val="0"/>
                      <w:divBdr>
                        <w:top w:val="none" w:sz="0" w:space="0" w:color="auto"/>
                        <w:left w:val="none" w:sz="0" w:space="0" w:color="auto"/>
                        <w:bottom w:val="none" w:sz="0" w:space="0" w:color="auto"/>
                        <w:right w:val="none" w:sz="0" w:space="0" w:color="auto"/>
                      </w:divBdr>
                      <w:divsChild>
                        <w:div w:id="131607784">
                          <w:marLeft w:val="0"/>
                          <w:marRight w:val="0"/>
                          <w:marTop w:val="0"/>
                          <w:marBottom w:val="0"/>
                          <w:divBdr>
                            <w:top w:val="none" w:sz="0" w:space="0" w:color="auto"/>
                            <w:left w:val="none" w:sz="0" w:space="0" w:color="auto"/>
                            <w:bottom w:val="none" w:sz="0" w:space="0" w:color="auto"/>
                            <w:right w:val="none" w:sz="0" w:space="0" w:color="auto"/>
                          </w:divBdr>
                          <w:divsChild>
                            <w:div w:id="369383040">
                              <w:marLeft w:val="0"/>
                              <w:marRight w:val="0"/>
                              <w:marTop w:val="0"/>
                              <w:marBottom w:val="0"/>
                              <w:divBdr>
                                <w:top w:val="none" w:sz="0" w:space="0" w:color="auto"/>
                                <w:left w:val="none" w:sz="0" w:space="0" w:color="auto"/>
                                <w:bottom w:val="none" w:sz="0" w:space="0" w:color="auto"/>
                                <w:right w:val="none" w:sz="0" w:space="0" w:color="auto"/>
                              </w:divBdr>
                              <w:divsChild>
                                <w:div w:id="60608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351909">
          <w:marLeft w:val="0"/>
          <w:marRight w:val="0"/>
          <w:marTop w:val="0"/>
          <w:marBottom w:val="0"/>
          <w:divBdr>
            <w:top w:val="none" w:sz="0" w:space="0" w:color="auto"/>
            <w:left w:val="none" w:sz="0" w:space="0" w:color="auto"/>
            <w:bottom w:val="none" w:sz="0" w:space="0" w:color="auto"/>
            <w:right w:val="none" w:sz="0" w:space="0" w:color="auto"/>
          </w:divBdr>
          <w:divsChild>
            <w:div w:id="1680154296">
              <w:marLeft w:val="0"/>
              <w:marRight w:val="0"/>
              <w:marTop w:val="0"/>
              <w:marBottom w:val="0"/>
              <w:divBdr>
                <w:top w:val="none" w:sz="0" w:space="0" w:color="auto"/>
                <w:left w:val="none" w:sz="0" w:space="0" w:color="auto"/>
                <w:bottom w:val="none" w:sz="0" w:space="0" w:color="auto"/>
                <w:right w:val="none" w:sz="0" w:space="0" w:color="auto"/>
              </w:divBdr>
              <w:divsChild>
                <w:div w:id="2125151302">
                  <w:marLeft w:val="0"/>
                  <w:marRight w:val="0"/>
                  <w:marTop w:val="0"/>
                  <w:marBottom w:val="0"/>
                  <w:divBdr>
                    <w:top w:val="none" w:sz="0" w:space="0" w:color="auto"/>
                    <w:left w:val="none" w:sz="0" w:space="0" w:color="auto"/>
                    <w:bottom w:val="none" w:sz="0" w:space="0" w:color="auto"/>
                    <w:right w:val="none" w:sz="0" w:space="0" w:color="auto"/>
                  </w:divBdr>
                  <w:divsChild>
                    <w:div w:id="816143440">
                      <w:marLeft w:val="0"/>
                      <w:marRight w:val="0"/>
                      <w:marTop w:val="0"/>
                      <w:marBottom w:val="0"/>
                      <w:divBdr>
                        <w:top w:val="none" w:sz="0" w:space="0" w:color="auto"/>
                        <w:left w:val="none" w:sz="0" w:space="0" w:color="auto"/>
                        <w:bottom w:val="none" w:sz="0" w:space="0" w:color="auto"/>
                        <w:right w:val="none" w:sz="0" w:space="0" w:color="auto"/>
                      </w:divBdr>
                      <w:divsChild>
                        <w:div w:id="1832017714">
                          <w:marLeft w:val="0"/>
                          <w:marRight w:val="0"/>
                          <w:marTop w:val="0"/>
                          <w:marBottom w:val="0"/>
                          <w:divBdr>
                            <w:top w:val="none" w:sz="0" w:space="0" w:color="auto"/>
                            <w:left w:val="none" w:sz="0" w:space="0" w:color="auto"/>
                            <w:bottom w:val="none" w:sz="0" w:space="0" w:color="auto"/>
                            <w:right w:val="none" w:sz="0" w:space="0" w:color="auto"/>
                          </w:divBdr>
                          <w:divsChild>
                            <w:div w:id="10454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817565">
          <w:marLeft w:val="0"/>
          <w:marRight w:val="0"/>
          <w:marTop w:val="0"/>
          <w:marBottom w:val="0"/>
          <w:divBdr>
            <w:top w:val="none" w:sz="0" w:space="0" w:color="auto"/>
            <w:left w:val="none" w:sz="0" w:space="0" w:color="auto"/>
            <w:bottom w:val="none" w:sz="0" w:space="0" w:color="auto"/>
            <w:right w:val="none" w:sz="0" w:space="0" w:color="auto"/>
          </w:divBdr>
          <w:divsChild>
            <w:div w:id="2131167595">
              <w:marLeft w:val="0"/>
              <w:marRight w:val="0"/>
              <w:marTop w:val="0"/>
              <w:marBottom w:val="0"/>
              <w:divBdr>
                <w:top w:val="none" w:sz="0" w:space="0" w:color="auto"/>
                <w:left w:val="none" w:sz="0" w:space="0" w:color="auto"/>
                <w:bottom w:val="none" w:sz="0" w:space="0" w:color="auto"/>
                <w:right w:val="none" w:sz="0" w:space="0" w:color="auto"/>
              </w:divBdr>
              <w:divsChild>
                <w:div w:id="336077970">
                  <w:marLeft w:val="0"/>
                  <w:marRight w:val="0"/>
                  <w:marTop w:val="0"/>
                  <w:marBottom w:val="0"/>
                  <w:divBdr>
                    <w:top w:val="none" w:sz="0" w:space="0" w:color="auto"/>
                    <w:left w:val="none" w:sz="0" w:space="0" w:color="auto"/>
                    <w:bottom w:val="none" w:sz="0" w:space="0" w:color="auto"/>
                    <w:right w:val="none" w:sz="0" w:space="0" w:color="auto"/>
                  </w:divBdr>
                  <w:divsChild>
                    <w:div w:id="985007375">
                      <w:marLeft w:val="0"/>
                      <w:marRight w:val="0"/>
                      <w:marTop w:val="0"/>
                      <w:marBottom w:val="0"/>
                      <w:divBdr>
                        <w:top w:val="none" w:sz="0" w:space="0" w:color="auto"/>
                        <w:left w:val="none" w:sz="0" w:space="0" w:color="auto"/>
                        <w:bottom w:val="none" w:sz="0" w:space="0" w:color="auto"/>
                        <w:right w:val="none" w:sz="0" w:space="0" w:color="auto"/>
                      </w:divBdr>
                      <w:divsChild>
                        <w:div w:id="920214065">
                          <w:marLeft w:val="0"/>
                          <w:marRight w:val="0"/>
                          <w:marTop w:val="0"/>
                          <w:marBottom w:val="0"/>
                          <w:divBdr>
                            <w:top w:val="none" w:sz="0" w:space="0" w:color="auto"/>
                            <w:left w:val="none" w:sz="0" w:space="0" w:color="auto"/>
                            <w:bottom w:val="none" w:sz="0" w:space="0" w:color="auto"/>
                            <w:right w:val="none" w:sz="0" w:space="0" w:color="auto"/>
                          </w:divBdr>
                          <w:divsChild>
                            <w:div w:id="1333990586">
                              <w:marLeft w:val="0"/>
                              <w:marRight w:val="0"/>
                              <w:marTop w:val="0"/>
                              <w:marBottom w:val="0"/>
                              <w:divBdr>
                                <w:top w:val="none" w:sz="0" w:space="0" w:color="auto"/>
                                <w:left w:val="none" w:sz="0" w:space="0" w:color="auto"/>
                                <w:bottom w:val="none" w:sz="0" w:space="0" w:color="auto"/>
                                <w:right w:val="none" w:sz="0" w:space="0" w:color="auto"/>
                              </w:divBdr>
                              <w:divsChild>
                                <w:div w:id="174183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407704">
          <w:marLeft w:val="0"/>
          <w:marRight w:val="0"/>
          <w:marTop w:val="0"/>
          <w:marBottom w:val="0"/>
          <w:divBdr>
            <w:top w:val="none" w:sz="0" w:space="0" w:color="auto"/>
            <w:left w:val="none" w:sz="0" w:space="0" w:color="auto"/>
            <w:bottom w:val="none" w:sz="0" w:space="0" w:color="auto"/>
            <w:right w:val="none" w:sz="0" w:space="0" w:color="auto"/>
          </w:divBdr>
          <w:divsChild>
            <w:div w:id="1177842197">
              <w:marLeft w:val="0"/>
              <w:marRight w:val="0"/>
              <w:marTop w:val="0"/>
              <w:marBottom w:val="0"/>
              <w:divBdr>
                <w:top w:val="none" w:sz="0" w:space="0" w:color="auto"/>
                <w:left w:val="none" w:sz="0" w:space="0" w:color="auto"/>
                <w:bottom w:val="none" w:sz="0" w:space="0" w:color="auto"/>
                <w:right w:val="none" w:sz="0" w:space="0" w:color="auto"/>
              </w:divBdr>
              <w:divsChild>
                <w:div w:id="53434389">
                  <w:marLeft w:val="0"/>
                  <w:marRight w:val="0"/>
                  <w:marTop w:val="0"/>
                  <w:marBottom w:val="0"/>
                  <w:divBdr>
                    <w:top w:val="none" w:sz="0" w:space="0" w:color="auto"/>
                    <w:left w:val="none" w:sz="0" w:space="0" w:color="auto"/>
                    <w:bottom w:val="none" w:sz="0" w:space="0" w:color="auto"/>
                    <w:right w:val="none" w:sz="0" w:space="0" w:color="auto"/>
                  </w:divBdr>
                  <w:divsChild>
                    <w:div w:id="1051274173">
                      <w:marLeft w:val="0"/>
                      <w:marRight w:val="0"/>
                      <w:marTop w:val="0"/>
                      <w:marBottom w:val="0"/>
                      <w:divBdr>
                        <w:top w:val="none" w:sz="0" w:space="0" w:color="auto"/>
                        <w:left w:val="none" w:sz="0" w:space="0" w:color="auto"/>
                        <w:bottom w:val="none" w:sz="0" w:space="0" w:color="auto"/>
                        <w:right w:val="none" w:sz="0" w:space="0" w:color="auto"/>
                      </w:divBdr>
                      <w:divsChild>
                        <w:div w:id="1957826946">
                          <w:marLeft w:val="0"/>
                          <w:marRight w:val="0"/>
                          <w:marTop w:val="0"/>
                          <w:marBottom w:val="0"/>
                          <w:divBdr>
                            <w:top w:val="none" w:sz="0" w:space="0" w:color="auto"/>
                            <w:left w:val="none" w:sz="0" w:space="0" w:color="auto"/>
                            <w:bottom w:val="none" w:sz="0" w:space="0" w:color="auto"/>
                            <w:right w:val="none" w:sz="0" w:space="0" w:color="auto"/>
                          </w:divBdr>
                          <w:divsChild>
                            <w:div w:id="187854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377838">
          <w:marLeft w:val="0"/>
          <w:marRight w:val="0"/>
          <w:marTop w:val="0"/>
          <w:marBottom w:val="0"/>
          <w:divBdr>
            <w:top w:val="none" w:sz="0" w:space="0" w:color="auto"/>
            <w:left w:val="none" w:sz="0" w:space="0" w:color="auto"/>
            <w:bottom w:val="none" w:sz="0" w:space="0" w:color="auto"/>
            <w:right w:val="none" w:sz="0" w:space="0" w:color="auto"/>
          </w:divBdr>
          <w:divsChild>
            <w:div w:id="850996882">
              <w:marLeft w:val="0"/>
              <w:marRight w:val="0"/>
              <w:marTop w:val="0"/>
              <w:marBottom w:val="0"/>
              <w:divBdr>
                <w:top w:val="none" w:sz="0" w:space="0" w:color="auto"/>
                <w:left w:val="none" w:sz="0" w:space="0" w:color="auto"/>
                <w:bottom w:val="none" w:sz="0" w:space="0" w:color="auto"/>
                <w:right w:val="none" w:sz="0" w:space="0" w:color="auto"/>
              </w:divBdr>
              <w:divsChild>
                <w:div w:id="1820070838">
                  <w:marLeft w:val="0"/>
                  <w:marRight w:val="0"/>
                  <w:marTop w:val="0"/>
                  <w:marBottom w:val="0"/>
                  <w:divBdr>
                    <w:top w:val="none" w:sz="0" w:space="0" w:color="auto"/>
                    <w:left w:val="none" w:sz="0" w:space="0" w:color="auto"/>
                    <w:bottom w:val="none" w:sz="0" w:space="0" w:color="auto"/>
                    <w:right w:val="none" w:sz="0" w:space="0" w:color="auto"/>
                  </w:divBdr>
                  <w:divsChild>
                    <w:div w:id="1091318260">
                      <w:marLeft w:val="0"/>
                      <w:marRight w:val="0"/>
                      <w:marTop w:val="0"/>
                      <w:marBottom w:val="0"/>
                      <w:divBdr>
                        <w:top w:val="none" w:sz="0" w:space="0" w:color="auto"/>
                        <w:left w:val="none" w:sz="0" w:space="0" w:color="auto"/>
                        <w:bottom w:val="none" w:sz="0" w:space="0" w:color="auto"/>
                        <w:right w:val="none" w:sz="0" w:space="0" w:color="auto"/>
                      </w:divBdr>
                      <w:divsChild>
                        <w:div w:id="1985968815">
                          <w:marLeft w:val="0"/>
                          <w:marRight w:val="0"/>
                          <w:marTop w:val="0"/>
                          <w:marBottom w:val="0"/>
                          <w:divBdr>
                            <w:top w:val="none" w:sz="0" w:space="0" w:color="auto"/>
                            <w:left w:val="none" w:sz="0" w:space="0" w:color="auto"/>
                            <w:bottom w:val="none" w:sz="0" w:space="0" w:color="auto"/>
                            <w:right w:val="none" w:sz="0" w:space="0" w:color="auto"/>
                          </w:divBdr>
                          <w:divsChild>
                            <w:div w:id="815875870">
                              <w:marLeft w:val="0"/>
                              <w:marRight w:val="0"/>
                              <w:marTop w:val="0"/>
                              <w:marBottom w:val="0"/>
                              <w:divBdr>
                                <w:top w:val="none" w:sz="0" w:space="0" w:color="auto"/>
                                <w:left w:val="none" w:sz="0" w:space="0" w:color="auto"/>
                                <w:bottom w:val="none" w:sz="0" w:space="0" w:color="auto"/>
                                <w:right w:val="none" w:sz="0" w:space="0" w:color="auto"/>
                              </w:divBdr>
                              <w:divsChild>
                                <w:div w:id="144595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633258">
          <w:marLeft w:val="0"/>
          <w:marRight w:val="0"/>
          <w:marTop w:val="0"/>
          <w:marBottom w:val="0"/>
          <w:divBdr>
            <w:top w:val="none" w:sz="0" w:space="0" w:color="auto"/>
            <w:left w:val="none" w:sz="0" w:space="0" w:color="auto"/>
            <w:bottom w:val="none" w:sz="0" w:space="0" w:color="auto"/>
            <w:right w:val="none" w:sz="0" w:space="0" w:color="auto"/>
          </w:divBdr>
          <w:divsChild>
            <w:div w:id="632635972">
              <w:marLeft w:val="0"/>
              <w:marRight w:val="0"/>
              <w:marTop w:val="0"/>
              <w:marBottom w:val="0"/>
              <w:divBdr>
                <w:top w:val="none" w:sz="0" w:space="0" w:color="auto"/>
                <w:left w:val="none" w:sz="0" w:space="0" w:color="auto"/>
                <w:bottom w:val="none" w:sz="0" w:space="0" w:color="auto"/>
                <w:right w:val="none" w:sz="0" w:space="0" w:color="auto"/>
              </w:divBdr>
              <w:divsChild>
                <w:div w:id="360398793">
                  <w:marLeft w:val="0"/>
                  <w:marRight w:val="0"/>
                  <w:marTop w:val="0"/>
                  <w:marBottom w:val="0"/>
                  <w:divBdr>
                    <w:top w:val="none" w:sz="0" w:space="0" w:color="auto"/>
                    <w:left w:val="none" w:sz="0" w:space="0" w:color="auto"/>
                    <w:bottom w:val="none" w:sz="0" w:space="0" w:color="auto"/>
                    <w:right w:val="none" w:sz="0" w:space="0" w:color="auto"/>
                  </w:divBdr>
                  <w:divsChild>
                    <w:div w:id="1519352881">
                      <w:marLeft w:val="0"/>
                      <w:marRight w:val="0"/>
                      <w:marTop w:val="0"/>
                      <w:marBottom w:val="0"/>
                      <w:divBdr>
                        <w:top w:val="none" w:sz="0" w:space="0" w:color="auto"/>
                        <w:left w:val="none" w:sz="0" w:space="0" w:color="auto"/>
                        <w:bottom w:val="none" w:sz="0" w:space="0" w:color="auto"/>
                        <w:right w:val="none" w:sz="0" w:space="0" w:color="auto"/>
                      </w:divBdr>
                      <w:divsChild>
                        <w:div w:id="1438712484">
                          <w:marLeft w:val="0"/>
                          <w:marRight w:val="0"/>
                          <w:marTop w:val="0"/>
                          <w:marBottom w:val="0"/>
                          <w:divBdr>
                            <w:top w:val="none" w:sz="0" w:space="0" w:color="auto"/>
                            <w:left w:val="none" w:sz="0" w:space="0" w:color="auto"/>
                            <w:bottom w:val="none" w:sz="0" w:space="0" w:color="auto"/>
                            <w:right w:val="none" w:sz="0" w:space="0" w:color="auto"/>
                          </w:divBdr>
                          <w:divsChild>
                            <w:div w:id="100042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855161">
          <w:marLeft w:val="0"/>
          <w:marRight w:val="0"/>
          <w:marTop w:val="0"/>
          <w:marBottom w:val="0"/>
          <w:divBdr>
            <w:top w:val="none" w:sz="0" w:space="0" w:color="auto"/>
            <w:left w:val="none" w:sz="0" w:space="0" w:color="auto"/>
            <w:bottom w:val="none" w:sz="0" w:space="0" w:color="auto"/>
            <w:right w:val="none" w:sz="0" w:space="0" w:color="auto"/>
          </w:divBdr>
          <w:divsChild>
            <w:div w:id="1698894314">
              <w:marLeft w:val="0"/>
              <w:marRight w:val="0"/>
              <w:marTop w:val="0"/>
              <w:marBottom w:val="0"/>
              <w:divBdr>
                <w:top w:val="none" w:sz="0" w:space="0" w:color="auto"/>
                <w:left w:val="none" w:sz="0" w:space="0" w:color="auto"/>
                <w:bottom w:val="none" w:sz="0" w:space="0" w:color="auto"/>
                <w:right w:val="none" w:sz="0" w:space="0" w:color="auto"/>
              </w:divBdr>
              <w:divsChild>
                <w:div w:id="627123872">
                  <w:marLeft w:val="0"/>
                  <w:marRight w:val="0"/>
                  <w:marTop w:val="0"/>
                  <w:marBottom w:val="0"/>
                  <w:divBdr>
                    <w:top w:val="none" w:sz="0" w:space="0" w:color="auto"/>
                    <w:left w:val="none" w:sz="0" w:space="0" w:color="auto"/>
                    <w:bottom w:val="none" w:sz="0" w:space="0" w:color="auto"/>
                    <w:right w:val="none" w:sz="0" w:space="0" w:color="auto"/>
                  </w:divBdr>
                  <w:divsChild>
                    <w:div w:id="674767922">
                      <w:marLeft w:val="0"/>
                      <w:marRight w:val="0"/>
                      <w:marTop w:val="0"/>
                      <w:marBottom w:val="0"/>
                      <w:divBdr>
                        <w:top w:val="none" w:sz="0" w:space="0" w:color="auto"/>
                        <w:left w:val="none" w:sz="0" w:space="0" w:color="auto"/>
                        <w:bottom w:val="none" w:sz="0" w:space="0" w:color="auto"/>
                        <w:right w:val="none" w:sz="0" w:space="0" w:color="auto"/>
                      </w:divBdr>
                      <w:divsChild>
                        <w:div w:id="224730095">
                          <w:marLeft w:val="0"/>
                          <w:marRight w:val="0"/>
                          <w:marTop w:val="0"/>
                          <w:marBottom w:val="0"/>
                          <w:divBdr>
                            <w:top w:val="none" w:sz="0" w:space="0" w:color="auto"/>
                            <w:left w:val="none" w:sz="0" w:space="0" w:color="auto"/>
                            <w:bottom w:val="none" w:sz="0" w:space="0" w:color="auto"/>
                            <w:right w:val="none" w:sz="0" w:space="0" w:color="auto"/>
                          </w:divBdr>
                          <w:divsChild>
                            <w:div w:id="267978055">
                              <w:marLeft w:val="0"/>
                              <w:marRight w:val="0"/>
                              <w:marTop w:val="0"/>
                              <w:marBottom w:val="0"/>
                              <w:divBdr>
                                <w:top w:val="none" w:sz="0" w:space="0" w:color="auto"/>
                                <w:left w:val="none" w:sz="0" w:space="0" w:color="auto"/>
                                <w:bottom w:val="none" w:sz="0" w:space="0" w:color="auto"/>
                                <w:right w:val="none" w:sz="0" w:space="0" w:color="auto"/>
                              </w:divBdr>
                              <w:divsChild>
                                <w:div w:id="99183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9781814">
          <w:marLeft w:val="0"/>
          <w:marRight w:val="0"/>
          <w:marTop w:val="0"/>
          <w:marBottom w:val="0"/>
          <w:divBdr>
            <w:top w:val="none" w:sz="0" w:space="0" w:color="auto"/>
            <w:left w:val="none" w:sz="0" w:space="0" w:color="auto"/>
            <w:bottom w:val="none" w:sz="0" w:space="0" w:color="auto"/>
            <w:right w:val="none" w:sz="0" w:space="0" w:color="auto"/>
          </w:divBdr>
          <w:divsChild>
            <w:div w:id="961881622">
              <w:marLeft w:val="0"/>
              <w:marRight w:val="0"/>
              <w:marTop w:val="0"/>
              <w:marBottom w:val="0"/>
              <w:divBdr>
                <w:top w:val="none" w:sz="0" w:space="0" w:color="auto"/>
                <w:left w:val="none" w:sz="0" w:space="0" w:color="auto"/>
                <w:bottom w:val="none" w:sz="0" w:space="0" w:color="auto"/>
                <w:right w:val="none" w:sz="0" w:space="0" w:color="auto"/>
              </w:divBdr>
              <w:divsChild>
                <w:div w:id="669990371">
                  <w:marLeft w:val="0"/>
                  <w:marRight w:val="0"/>
                  <w:marTop w:val="0"/>
                  <w:marBottom w:val="0"/>
                  <w:divBdr>
                    <w:top w:val="none" w:sz="0" w:space="0" w:color="auto"/>
                    <w:left w:val="none" w:sz="0" w:space="0" w:color="auto"/>
                    <w:bottom w:val="none" w:sz="0" w:space="0" w:color="auto"/>
                    <w:right w:val="none" w:sz="0" w:space="0" w:color="auto"/>
                  </w:divBdr>
                  <w:divsChild>
                    <w:div w:id="216285890">
                      <w:marLeft w:val="0"/>
                      <w:marRight w:val="0"/>
                      <w:marTop w:val="0"/>
                      <w:marBottom w:val="0"/>
                      <w:divBdr>
                        <w:top w:val="none" w:sz="0" w:space="0" w:color="auto"/>
                        <w:left w:val="none" w:sz="0" w:space="0" w:color="auto"/>
                        <w:bottom w:val="none" w:sz="0" w:space="0" w:color="auto"/>
                        <w:right w:val="none" w:sz="0" w:space="0" w:color="auto"/>
                      </w:divBdr>
                      <w:divsChild>
                        <w:div w:id="1117017955">
                          <w:marLeft w:val="0"/>
                          <w:marRight w:val="0"/>
                          <w:marTop w:val="0"/>
                          <w:marBottom w:val="0"/>
                          <w:divBdr>
                            <w:top w:val="none" w:sz="0" w:space="0" w:color="auto"/>
                            <w:left w:val="none" w:sz="0" w:space="0" w:color="auto"/>
                            <w:bottom w:val="none" w:sz="0" w:space="0" w:color="auto"/>
                            <w:right w:val="none" w:sz="0" w:space="0" w:color="auto"/>
                          </w:divBdr>
                          <w:divsChild>
                            <w:div w:id="195644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241255">
      <w:bodyDiv w:val="1"/>
      <w:marLeft w:val="0"/>
      <w:marRight w:val="0"/>
      <w:marTop w:val="0"/>
      <w:marBottom w:val="0"/>
      <w:divBdr>
        <w:top w:val="none" w:sz="0" w:space="0" w:color="auto"/>
        <w:left w:val="none" w:sz="0" w:space="0" w:color="auto"/>
        <w:bottom w:val="none" w:sz="0" w:space="0" w:color="auto"/>
        <w:right w:val="none" w:sz="0" w:space="0" w:color="auto"/>
      </w:divBdr>
    </w:div>
    <w:div w:id="417092207">
      <w:bodyDiv w:val="1"/>
      <w:marLeft w:val="0"/>
      <w:marRight w:val="0"/>
      <w:marTop w:val="0"/>
      <w:marBottom w:val="0"/>
      <w:divBdr>
        <w:top w:val="none" w:sz="0" w:space="0" w:color="auto"/>
        <w:left w:val="none" w:sz="0" w:space="0" w:color="auto"/>
        <w:bottom w:val="none" w:sz="0" w:space="0" w:color="auto"/>
        <w:right w:val="none" w:sz="0" w:space="0" w:color="auto"/>
      </w:divBdr>
    </w:div>
    <w:div w:id="419521071">
      <w:bodyDiv w:val="1"/>
      <w:marLeft w:val="0"/>
      <w:marRight w:val="0"/>
      <w:marTop w:val="0"/>
      <w:marBottom w:val="0"/>
      <w:divBdr>
        <w:top w:val="none" w:sz="0" w:space="0" w:color="auto"/>
        <w:left w:val="none" w:sz="0" w:space="0" w:color="auto"/>
        <w:bottom w:val="none" w:sz="0" w:space="0" w:color="auto"/>
        <w:right w:val="none" w:sz="0" w:space="0" w:color="auto"/>
      </w:divBdr>
    </w:div>
    <w:div w:id="448205764">
      <w:bodyDiv w:val="1"/>
      <w:marLeft w:val="0"/>
      <w:marRight w:val="0"/>
      <w:marTop w:val="0"/>
      <w:marBottom w:val="0"/>
      <w:divBdr>
        <w:top w:val="none" w:sz="0" w:space="0" w:color="auto"/>
        <w:left w:val="none" w:sz="0" w:space="0" w:color="auto"/>
        <w:bottom w:val="none" w:sz="0" w:space="0" w:color="auto"/>
        <w:right w:val="none" w:sz="0" w:space="0" w:color="auto"/>
      </w:divBdr>
    </w:div>
    <w:div w:id="451288649">
      <w:bodyDiv w:val="1"/>
      <w:marLeft w:val="0"/>
      <w:marRight w:val="0"/>
      <w:marTop w:val="0"/>
      <w:marBottom w:val="0"/>
      <w:divBdr>
        <w:top w:val="none" w:sz="0" w:space="0" w:color="auto"/>
        <w:left w:val="none" w:sz="0" w:space="0" w:color="auto"/>
        <w:bottom w:val="none" w:sz="0" w:space="0" w:color="auto"/>
        <w:right w:val="none" w:sz="0" w:space="0" w:color="auto"/>
      </w:divBdr>
      <w:divsChild>
        <w:div w:id="1895044415">
          <w:marLeft w:val="0"/>
          <w:marRight w:val="0"/>
          <w:marTop w:val="0"/>
          <w:marBottom w:val="0"/>
          <w:divBdr>
            <w:top w:val="none" w:sz="0" w:space="0" w:color="auto"/>
            <w:left w:val="none" w:sz="0" w:space="0" w:color="auto"/>
            <w:bottom w:val="none" w:sz="0" w:space="0" w:color="auto"/>
            <w:right w:val="none" w:sz="0" w:space="0" w:color="auto"/>
          </w:divBdr>
          <w:divsChild>
            <w:div w:id="2118406423">
              <w:marLeft w:val="0"/>
              <w:marRight w:val="0"/>
              <w:marTop w:val="0"/>
              <w:marBottom w:val="0"/>
              <w:divBdr>
                <w:top w:val="none" w:sz="0" w:space="0" w:color="auto"/>
                <w:left w:val="none" w:sz="0" w:space="0" w:color="auto"/>
                <w:bottom w:val="none" w:sz="0" w:space="0" w:color="auto"/>
                <w:right w:val="none" w:sz="0" w:space="0" w:color="auto"/>
              </w:divBdr>
              <w:divsChild>
                <w:div w:id="741021778">
                  <w:marLeft w:val="0"/>
                  <w:marRight w:val="0"/>
                  <w:marTop w:val="0"/>
                  <w:marBottom w:val="0"/>
                  <w:divBdr>
                    <w:top w:val="none" w:sz="0" w:space="0" w:color="auto"/>
                    <w:left w:val="none" w:sz="0" w:space="0" w:color="auto"/>
                    <w:bottom w:val="none" w:sz="0" w:space="0" w:color="auto"/>
                    <w:right w:val="none" w:sz="0" w:space="0" w:color="auto"/>
                  </w:divBdr>
                  <w:divsChild>
                    <w:div w:id="383481025">
                      <w:marLeft w:val="0"/>
                      <w:marRight w:val="0"/>
                      <w:marTop w:val="0"/>
                      <w:marBottom w:val="0"/>
                      <w:divBdr>
                        <w:top w:val="none" w:sz="0" w:space="0" w:color="auto"/>
                        <w:left w:val="none" w:sz="0" w:space="0" w:color="auto"/>
                        <w:bottom w:val="none" w:sz="0" w:space="0" w:color="auto"/>
                        <w:right w:val="none" w:sz="0" w:space="0" w:color="auto"/>
                      </w:divBdr>
                      <w:divsChild>
                        <w:div w:id="1714503008">
                          <w:marLeft w:val="0"/>
                          <w:marRight w:val="0"/>
                          <w:marTop w:val="0"/>
                          <w:marBottom w:val="0"/>
                          <w:divBdr>
                            <w:top w:val="none" w:sz="0" w:space="0" w:color="auto"/>
                            <w:left w:val="none" w:sz="0" w:space="0" w:color="auto"/>
                            <w:bottom w:val="none" w:sz="0" w:space="0" w:color="auto"/>
                            <w:right w:val="none" w:sz="0" w:space="0" w:color="auto"/>
                          </w:divBdr>
                          <w:divsChild>
                            <w:div w:id="36093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888449">
          <w:marLeft w:val="0"/>
          <w:marRight w:val="0"/>
          <w:marTop w:val="0"/>
          <w:marBottom w:val="0"/>
          <w:divBdr>
            <w:top w:val="none" w:sz="0" w:space="0" w:color="auto"/>
            <w:left w:val="none" w:sz="0" w:space="0" w:color="auto"/>
            <w:bottom w:val="none" w:sz="0" w:space="0" w:color="auto"/>
            <w:right w:val="none" w:sz="0" w:space="0" w:color="auto"/>
          </w:divBdr>
          <w:divsChild>
            <w:div w:id="724452276">
              <w:marLeft w:val="0"/>
              <w:marRight w:val="0"/>
              <w:marTop w:val="0"/>
              <w:marBottom w:val="0"/>
              <w:divBdr>
                <w:top w:val="none" w:sz="0" w:space="0" w:color="auto"/>
                <w:left w:val="none" w:sz="0" w:space="0" w:color="auto"/>
                <w:bottom w:val="none" w:sz="0" w:space="0" w:color="auto"/>
                <w:right w:val="none" w:sz="0" w:space="0" w:color="auto"/>
              </w:divBdr>
              <w:divsChild>
                <w:div w:id="1838809686">
                  <w:marLeft w:val="0"/>
                  <w:marRight w:val="0"/>
                  <w:marTop w:val="0"/>
                  <w:marBottom w:val="0"/>
                  <w:divBdr>
                    <w:top w:val="none" w:sz="0" w:space="0" w:color="auto"/>
                    <w:left w:val="none" w:sz="0" w:space="0" w:color="auto"/>
                    <w:bottom w:val="none" w:sz="0" w:space="0" w:color="auto"/>
                    <w:right w:val="none" w:sz="0" w:space="0" w:color="auto"/>
                  </w:divBdr>
                  <w:divsChild>
                    <w:div w:id="742289432">
                      <w:marLeft w:val="0"/>
                      <w:marRight w:val="0"/>
                      <w:marTop w:val="0"/>
                      <w:marBottom w:val="0"/>
                      <w:divBdr>
                        <w:top w:val="none" w:sz="0" w:space="0" w:color="auto"/>
                        <w:left w:val="none" w:sz="0" w:space="0" w:color="auto"/>
                        <w:bottom w:val="none" w:sz="0" w:space="0" w:color="auto"/>
                        <w:right w:val="none" w:sz="0" w:space="0" w:color="auto"/>
                      </w:divBdr>
                      <w:divsChild>
                        <w:div w:id="180358806">
                          <w:marLeft w:val="0"/>
                          <w:marRight w:val="0"/>
                          <w:marTop w:val="0"/>
                          <w:marBottom w:val="0"/>
                          <w:divBdr>
                            <w:top w:val="none" w:sz="0" w:space="0" w:color="auto"/>
                            <w:left w:val="none" w:sz="0" w:space="0" w:color="auto"/>
                            <w:bottom w:val="none" w:sz="0" w:space="0" w:color="auto"/>
                            <w:right w:val="none" w:sz="0" w:space="0" w:color="auto"/>
                          </w:divBdr>
                          <w:divsChild>
                            <w:div w:id="586354255">
                              <w:marLeft w:val="0"/>
                              <w:marRight w:val="0"/>
                              <w:marTop w:val="0"/>
                              <w:marBottom w:val="0"/>
                              <w:divBdr>
                                <w:top w:val="none" w:sz="0" w:space="0" w:color="auto"/>
                                <w:left w:val="none" w:sz="0" w:space="0" w:color="auto"/>
                                <w:bottom w:val="none" w:sz="0" w:space="0" w:color="auto"/>
                                <w:right w:val="none" w:sz="0" w:space="0" w:color="auto"/>
                              </w:divBdr>
                              <w:divsChild>
                                <w:div w:id="22754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78945">
          <w:marLeft w:val="0"/>
          <w:marRight w:val="0"/>
          <w:marTop w:val="0"/>
          <w:marBottom w:val="0"/>
          <w:divBdr>
            <w:top w:val="none" w:sz="0" w:space="0" w:color="auto"/>
            <w:left w:val="none" w:sz="0" w:space="0" w:color="auto"/>
            <w:bottom w:val="none" w:sz="0" w:space="0" w:color="auto"/>
            <w:right w:val="none" w:sz="0" w:space="0" w:color="auto"/>
          </w:divBdr>
          <w:divsChild>
            <w:div w:id="1352489120">
              <w:marLeft w:val="0"/>
              <w:marRight w:val="0"/>
              <w:marTop w:val="0"/>
              <w:marBottom w:val="0"/>
              <w:divBdr>
                <w:top w:val="none" w:sz="0" w:space="0" w:color="auto"/>
                <w:left w:val="none" w:sz="0" w:space="0" w:color="auto"/>
                <w:bottom w:val="none" w:sz="0" w:space="0" w:color="auto"/>
                <w:right w:val="none" w:sz="0" w:space="0" w:color="auto"/>
              </w:divBdr>
              <w:divsChild>
                <w:div w:id="1217735999">
                  <w:marLeft w:val="0"/>
                  <w:marRight w:val="0"/>
                  <w:marTop w:val="0"/>
                  <w:marBottom w:val="0"/>
                  <w:divBdr>
                    <w:top w:val="none" w:sz="0" w:space="0" w:color="auto"/>
                    <w:left w:val="none" w:sz="0" w:space="0" w:color="auto"/>
                    <w:bottom w:val="none" w:sz="0" w:space="0" w:color="auto"/>
                    <w:right w:val="none" w:sz="0" w:space="0" w:color="auto"/>
                  </w:divBdr>
                  <w:divsChild>
                    <w:div w:id="1834953943">
                      <w:marLeft w:val="0"/>
                      <w:marRight w:val="0"/>
                      <w:marTop w:val="0"/>
                      <w:marBottom w:val="0"/>
                      <w:divBdr>
                        <w:top w:val="none" w:sz="0" w:space="0" w:color="auto"/>
                        <w:left w:val="none" w:sz="0" w:space="0" w:color="auto"/>
                        <w:bottom w:val="none" w:sz="0" w:space="0" w:color="auto"/>
                        <w:right w:val="none" w:sz="0" w:space="0" w:color="auto"/>
                      </w:divBdr>
                      <w:divsChild>
                        <w:div w:id="1264221255">
                          <w:marLeft w:val="0"/>
                          <w:marRight w:val="0"/>
                          <w:marTop w:val="0"/>
                          <w:marBottom w:val="0"/>
                          <w:divBdr>
                            <w:top w:val="none" w:sz="0" w:space="0" w:color="auto"/>
                            <w:left w:val="none" w:sz="0" w:space="0" w:color="auto"/>
                            <w:bottom w:val="none" w:sz="0" w:space="0" w:color="auto"/>
                            <w:right w:val="none" w:sz="0" w:space="0" w:color="auto"/>
                          </w:divBdr>
                          <w:divsChild>
                            <w:div w:id="64304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7248">
          <w:marLeft w:val="0"/>
          <w:marRight w:val="0"/>
          <w:marTop w:val="0"/>
          <w:marBottom w:val="0"/>
          <w:divBdr>
            <w:top w:val="none" w:sz="0" w:space="0" w:color="auto"/>
            <w:left w:val="none" w:sz="0" w:space="0" w:color="auto"/>
            <w:bottom w:val="none" w:sz="0" w:space="0" w:color="auto"/>
            <w:right w:val="none" w:sz="0" w:space="0" w:color="auto"/>
          </w:divBdr>
          <w:divsChild>
            <w:div w:id="861279487">
              <w:marLeft w:val="0"/>
              <w:marRight w:val="0"/>
              <w:marTop w:val="0"/>
              <w:marBottom w:val="0"/>
              <w:divBdr>
                <w:top w:val="none" w:sz="0" w:space="0" w:color="auto"/>
                <w:left w:val="none" w:sz="0" w:space="0" w:color="auto"/>
                <w:bottom w:val="none" w:sz="0" w:space="0" w:color="auto"/>
                <w:right w:val="none" w:sz="0" w:space="0" w:color="auto"/>
              </w:divBdr>
              <w:divsChild>
                <w:div w:id="1703749342">
                  <w:marLeft w:val="0"/>
                  <w:marRight w:val="0"/>
                  <w:marTop w:val="0"/>
                  <w:marBottom w:val="0"/>
                  <w:divBdr>
                    <w:top w:val="none" w:sz="0" w:space="0" w:color="auto"/>
                    <w:left w:val="none" w:sz="0" w:space="0" w:color="auto"/>
                    <w:bottom w:val="none" w:sz="0" w:space="0" w:color="auto"/>
                    <w:right w:val="none" w:sz="0" w:space="0" w:color="auto"/>
                  </w:divBdr>
                  <w:divsChild>
                    <w:div w:id="1105147907">
                      <w:marLeft w:val="0"/>
                      <w:marRight w:val="0"/>
                      <w:marTop w:val="0"/>
                      <w:marBottom w:val="0"/>
                      <w:divBdr>
                        <w:top w:val="none" w:sz="0" w:space="0" w:color="auto"/>
                        <w:left w:val="none" w:sz="0" w:space="0" w:color="auto"/>
                        <w:bottom w:val="none" w:sz="0" w:space="0" w:color="auto"/>
                        <w:right w:val="none" w:sz="0" w:space="0" w:color="auto"/>
                      </w:divBdr>
                      <w:divsChild>
                        <w:div w:id="561991674">
                          <w:marLeft w:val="0"/>
                          <w:marRight w:val="0"/>
                          <w:marTop w:val="0"/>
                          <w:marBottom w:val="0"/>
                          <w:divBdr>
                            <w:top w:val="none" w:sz="0" w:space="0" w:color="auto"/>
                            <w:left w:val="none" w:sz="0" w:space="0" w:color="auto"/>
                            <w:bottom w:val="none" w:sz="0" w:space="0" w:color="auto"/>
                            <w:right w:val="none" w:sz="0" w:space="0" w:color="auto"/>
                          </w:divBdr>
                          <w:divsChild>
                            <w:div w:id="1108818118">
                              <w:marLeft w:val="0"/>
                              <w:marRight w:val="0"/>
                              <w:marTop w:val="0"/>
                              <w:marBottom w:val="0"/>
                              <w:divBdr>
                                <w:top w:val="none" w:sz="0" w:space="0" w:color="auto"/>
                                <w:left w:val="none" w:sz="0" w:space="0" w:color="auto"/>
                                <w:bottom w:val="none" w:sz="0" w:space="0" w:color="auto"/>
                                <w:right w:val="none" w:sz="0" w:space="0" w:color="auto"/>
                              </w:divBdr>
                              <w:divsChild>
                                <w:div w:id="200909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657547">
          <w:marLeft w:val="0"/>
          <w:marRight w:val="0"/>
          <w:marTop w:val="0"/>
          <w:marBottom w:val="0"/>
          <w:divBdr>
            <w:top w:val="none" w:sz="0" w:space="0" w:color="auto"/>
            <w:left w:val="none" w:sz="0" w:space="0" w:color="auto"/>
            <w:bottom w:val="none" w:sz="0" w:space="0" w:color="auto"/>
            <w:right w:val="none" w:sz="0" w:space="0" w:color="auto"/>
          </w:divBdr>
          <w:divsChild>
            <w:div w:id="1512531390">
              <w:marLeft w:val="0"/>
              <w:marRight w:val="0"/>
              <w:marTop w:val="0"/>
              <w:marBottom w:val="0"/>
              <w:divBdr>
                <w:top w:val="none" w:sz="0" w:space="0" w:color="auto"/>
                <w:left w:val="none" w:sz="0" w:space="0" w:color="auto"/>
                <w:bottom w:val="none" w:sz="0" w:space="0" w:color="auto"/>
                <w:right w:val="none" w:sz="0" w:space="0" w:color="auto"/>
              </w:divBdr>
              <w:divsChild>
                <w:div w:id="67383605">
                  <w:marLeft w:val="0"/>
                  <w:marRight w:val="0"/>
                  <w:marTop w:val="0"/>
                  <w:marBottom w:val="0"/>
                  <w:divBdr>
                    <w:top w:val="none" w:sz="0" w:space="0" w:color="auto"/>
                    <w:left w:val="none" w:sz="0" w:space="0" w:color="auto"/>
                    <w:bottom w:val="none" w:sz="0" w:space="0" w:color="auto"/>
                    <w:right w:val="none" w:sz="0" w:space="0" w:color="auto"/>
                  </w:divBdr>
                  <w:divsChild>
                    <w:div w:id="1640962934">
                      <w:marLeft w:val="0"/>
                      <w:marRight w:val="0"/>
                      <w:marTop w:val="0"/>
                      <w:marBottom w:val="0"/>
                      <w:divBdr>
                        <w:top w:val="none" w:sz="0" w:space="0" w:color="auto"/>
                        <w:left w:val="none" w:sz="0" w:space="0" w:color="auto"/>
                        <w:bottom w:val="none" w:sz="0" w:space="0" w:color="auto"/>
                        <w:right w:val="none" w:sz="0" w:space="0" w:color="auto"/>
                      </w:divBdr>
                      <w:divsChild>
                        <w:div w:id="1079599377">
                          <w:marLeft w:val="0"/>
                          <w:marRight w:val="0"/>
                          <w:marTop w:val="0"/>
                          <w:marBottom w:val="0"/>
                          <w:divBdr>
                            <w:top w:val="none" w:sz="0" w:space="0" w:color="auto"/>
                            <w:left w:val="none" w:sz="0" w:space="0" w:color="auto"/>
                            <w:bottom w:val="none" w:sz="0" w:space="0" w:color="auto"/>
                            <w:right w:val="none" w:sz="0" w:space="0" w:color="auto"/>
                          </w:divBdr>
                          <w:divsChild>
                            <w:div w:id="164751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737210">
          <w:marLeft w:val="0"/>
          <w:marRight w:val="0"/>
          <w:marTop w:val="0"/>
          <w:marBottom w:val="0"/>
          <w:divBdr>
            <w:top w:val="none" w:sz="0" w:space="0" w:color="auto"/>
            <w:left w:val="none" w:sz="0" w:space="0" w:color="auto"/>
            <w:bottom w:val="none" w:sz="0" w:space="0" w:color="auto"/>
            <w:right w:val="none" w:sz="0" w:space="0" w:color="auto"/>
          </w:divBdr>
          <w:divsChild>
            <w:div w:id="676275206">
              <w:marLeft w:val="0"/>
              <w:marRight w:val="0"/>
              <w:marTop w:val="0"/>
              <w:marBottom w:val="0"/>
              <w:divBdr>
                <w:top w:val="none" w:sz="0" w:space="0" w:color="auto"/>
                <w:left w:val="none" w:sz="0" w:space="0" w:color="auto"/>
                <w:bottom w:val="none" w:sz="0" w:space="0" w:color="auto"/>
                <w:right w:val="none" w:sz="0" w:space="0" w:color="auto"/>
              </w:divBdr>
              <w:divsChild>
                <w:div w:id="1531458958">
                  <w:marLeft w:val="0"/>
                  <w:marRight w:val="0"/>
                  <w:marTop w:val="0"/>
                  <w:marBottom w:val="0"/>
                  <w:divBdr>
                    <w:top w:val="none" w:sz="0" w:space="0" w:color="auto"/>
                    <w:left w:val="none" w:sz="0" w:space="0" w:color="auto"/>
                    <w:bottom w:val="none" w:sz="0" w:space="0" w:color="auto"/>
                    <w:right w:val="none" w:sz="0" w:space="0" w:color="auto"/>
                  </w:divBdr>
                  <w:divsChild>
                    <w:div w:id="1021854654">
                      <w:marLeft w:val="0"/>
                      <w:marRight w:val="0"/>
                      <w:marTop w:val="0"/>
                      <w:marBottom w:val="0"/>
                      <w:divBdr>
                        <w:top w:val="none" w:sz="0" w:space="0" w:color="auto"/>
                        <w:left w:val="none" w:sz="0" w:space="0" w:color="auto"/>
                        <w:bottom w:val="none" w:sz="0" w:space="0" w:color="auto"/>
                        <w:right w:val="none" w:sz="0" w:space="0" w:color="auto"/>
                      </w:divBdr>
                      <w:divsChild>
                        <w:div w:id="1271007167">
                          <w:marLeft w:val="0"/>
                          <w:marRight w:val="0"/>
                          <w:marTop w:val="0"/>
                          <w:marBottom w:val="0"/>
                          <w:divBdr>
                            <w:top w:val="none" w:sz="0" w:space="0" w:color="auto"/>
                            <w:left w:val="none" w:sz="0" w:space="0" w:color="auto"/>
                            <w:bottom w:val="none" w:sz="0" w:space="0" w:color="auto"/>
                            <w:right w:val="none" w:sz="0" w:space="0" w:color="auto"/>
                          </w:divBdr>
                          <w:divsChild>
                            <w:div w:id="789663975">
                              <w:marLeft w:val="0"/>
                              <w:marRight w:val="0"/>
                              <w:marTop w:val="0"/>
                              <w:marBottom w:val="0"/>
                              <w:divBdr>
                                <w:top w:val="none" w:sz="0" w:space="0" w:color="auto"/>
                                <w:left w:val="none" w:sz="0" w:space="0" w:color="auto"/>
                                <w:bottom w:val="none" w:sz="0" w:space="0" w:color="auto"/>
                                <w:right w:val="none" w:sz="0" w:space="0" w:color="auto"/>
                              </w:divBdr>
                              <w:divsChild>
                                <w:div w:id="142877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564286">
          <w:marLeft w:val="0"/>
          <w:marRight w:val="0"/>
          <w:marTop w:val="0"/>
          <w:marBottom w:val="0"/>
          <w:divBdr>
            <w:top w:val="none" w:sz="0" w:space="0" w:color="auto"/>
            <w:left w:val="none" w:sz="0" w:space="0" w:color="auto"/>
            <w:bottom w:val="none" w:sz="0" w:space="0" w:color="auto"/>
            <w:right w:val="none" w:sz="0" w:space="0" w:color="auto"/>
          </w:divBdr>
          <w:divsChild>
            <w:div w:id="1367832280">
              <w:marLeft w:val="0"/>
              <w:marRight w:val="0"/>
              <w:marTop w:val="0"/>
              <w:marBottom w:val="0"/>
              <w:divBdr>
                <w:top w:val="none" w:sz="0" w:space="0" w:color="auto"/>
                <w:left w:val="none" w:sz="0" w:space="0" w:color="auto"/>
                <w:bottom w:val="none" w:sz="0" w:space="0" w:color="auto"/>
                <w:right w:val="none" w:sz="0" w:space="0" w:color="auto"/>
              </w:divBdr>
              <w:divsChild>
                <w:div w:id="943222237">
                  <w:marLeft w:val="0"/>
                  <w:marRight w:val="0"/>
                  <w:marTop w:val="0"/>
                  <w:marBottom w:val="0"/>
                  <w:divBdr>
                    <w:top w:val="none" w:sz="0" w:space="0" w:color="auto"/>
                    <w:left w:val="none" w:sz="0" w:space="0" w:color="auto"/>
                    <w:bottom w:val="none" w:sz="0" w:space="0" w:color="auto"/>
                    <w:right w:val="none" w:sz="0" w:space="0" w:color="auto"/>
                  </w:divBdr>
                  <w:divsChild>
                    <w:div w:id="1312906728">
                      <w:marLeft w:val="0"/>
                      <w:marRight w:val="0"/>
                      <w:marTop w:val="0"/>
                      <w:marBottom w:val="0"/>
                      <w:divBdr>
                        <w:top w:val="none" w:sz="0" w:space="0" w:color="auto"/>
                        <w:left w:val="none" w:sz="0" w:space="0" w:color="auto"/>
                        <w:bottom w:val="none" w:sz="0" w:space="0" w:color="auto"/>
                        <w:right w:val="none" w:sz="0" w:space="0" w:color="auto"/>
                      </w:divBdr>
                      <w:divsChild>
                        <w:div w:id="109713648">
                          <w:marLeft w:val="0"/>
                          <w:marRight w:val="0"/>
                          <w:marTop w:val="0"/>
                          <w:marBottom w:val="0"/>
                          <w:divBdr>
                            <w:top w:val="none" w:sz="0" w:space="0" w:color="auto"/>
                            <w:left w:val="none" w:sz="0" w:space="0" w:color="auto"/>
                            <w:bottom w:val="none" w:sz="0" w:space="0" w:color="auto"/>
                            <w:right w:val="none" w:sz="0" w:space="0" w:color="auto"/>
                          </w:divBdr>
                          <w:divsChild>
                            <w:div w:id="192737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279084">
          <w:marLeft w:val="0"/>
          <w:marRight w:val="0"/>
          <w:marTop w:val="0"/>
          <w:marBottom w:val="0"/>
          <w:divBdr>
            <w:top w:val="none" w:sz="0" w:space="0" w:color="auto"/>
            <w:left w:val="none" w:sz="0" w:space="0" w:color="auto"/>
            <w:bottom w:val="none" w:sz="0" w:space="0" w:color="auto"/>
            <w:right w:val="none" w:sz="0" w:space="0" w:color="auto"/>
          </w:divBdr>
          <w:divsChild>
            <w:div w:id="534276856">
              <w:marLeft w:val="0"/>
              <w:marRight w:val="0"/>
              <w:marTop w:val="0"/>
              <w:marBottom w:val="0"/>
              <w:divBdr>
                <w:top w:val="none" w:sz="0" w:space="0" w:color="auto"/>
                <w:left w:val="none" w:sz="0" w:space="0" w:color="auto"/>
                <w:bottom w:val="none" w:sz="0" w:space="0" w:color="auto"/>
                <w:right w:val="none" w:sz="0" w:space="0" w:color="auto"/>
              </w:divBdr>
              <w:divsChild>
                <w:div w:id="583993479">
                  <w:marLeft w:val="0"/>
                  <w:marRight w:val="0"/>
                  <w:marTop w:val="0"/>
                  <w:marBottom w:val="0"/>
                  <w:divBdr>
                    <w:top w:val="none" w:sz="0" w:space="0" w:color="auto"/>
                    <w:left w:val="none" w:sz="0" w:space="0" w:color="auto"/>
                    <w:bottom w:val="none" w:sz="0" w:space="0" w:color="auto"/>
                    <w:right w:val="none" w:sz="0" w:space="0" w:color="auto"/>
                  </w:divBdr>
                  <w:divsChild>
                    <w:div w:id="1702970874">
                      <w:marLeft w:val="0"/>
                      <w:marRight w:val="0"/>
                      <w:marTop w:val="0"/>
                      <w:marBottom w:val="0"/>
                      <w:divBdr>
                        <w:top w:val="none" w:sz="0" w:space="0" w:color="auto"/>
                        <w:left w:val="none" w:sz="0" w:space="0" w:color="auto"/>
                        <w:bottom w:val="none" w:sz="0" w:space="0" w:color="auto"/>
                        <w:right w:val="none" w:sz="0" w:space="0" w:color="auto"/>
                      </w:divBdr>
                      <w:divsChild>
                        <w:div w:id="1678577557">
                          <w:marLeft w:val="0"/>
                          <w:marRight w:val="0"/>
                          <w:marTop w:val="0"/>
                          <w:marBottom w:val="0"/>
                          <w:divBdr>
                            <w:top w:val="none" w:sz="0" w:space="0" w:color="auto"/>
                            <w:left w:val="none" w:sz="0" w:space="0" w:color="auto"/>
                            <w:bottom w:val="none" w:sz="0" w:space="0" w:color="auto"/>
                            <w:right w:val="none" w:sz="0" w:space="0" w:color="auto"/>
                          </w:divBdr>
                          <w:divsChild>
                            <w:div w:id="783309940">
                              <w:marLeft w:val="0"/>
                              <w:marRight w:val="0"/>
                              <w:marTop w:val="0"/>
                              <w:marBottom w:val="0"/>
                              <w:divBdr>
                                <w:top w:val="none" w:sz="0" w:space="0" w:color="auto"/>
                                <w:left w:val="none" w:sz="0" w:space="0" w:color="auto"/>
                                <w:bottom w:val="none" w:sz="0" w:space="0" w:color="auto"/>
                                <w:right w:val="none" w:sz="0" w:space="0" w:color="auto"/>
                              </w:divBdr>
                              <w:divsChild>
                                <w:div w:id="63144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7945757">
          <w:marLeft w:val="0"/>
          <w:marRight w:val="0"/>
          <w:marTop w:val="0"/>
          <w:marBottom w:val="0"/>
          <w:divBdr>
            <w:top w:val="none" w:sz="0" w:space="0" w:color="auto"/>
            <w:left w:val="none" w:sz="0" w:space="0" w:color="auto"/>
            <w:bottom w:val="none" w:sz="0" w:space="0" w:color="auto"/>
            <w:right w:val="none" w:sz="0" w:space="0" w:color="auto"/>
          </w:divBdr>
          <w:divsChild>
            <w:div w:id="1505122800">
              <w:marLeft w:val="0"/>
              <w:marRight w:val="0"/>
              <w:marTop w:val="0"/>
              <w:marBottom w:val="0"/>
              <w:divBdr>
                <w:top w:val="none" w:sz="0" w:space="0" w:color="auto"/>
                <w:left w:val="none" w:sz="0" w:space="0" w:color="auto"/>
                <w:bottom w:val="none" w:sz="0" w:space="0" w:color="auto"/>
                <w:right w:val="none" w:sz="0" w:space="0" w:color="auto"/>
              </w:divBdr>
              <w:divsChild>
                <w:div w:id="942958992">
                  <w:marLeft w:val="0"/>
                  <w:marRight w:val="0"/>
                  <w:marTop w:val="0"/>
                  <w:marBottom w:val="0"/>
                  <w:divBdr>
                    <w:top w:val="none" w:sz="0" w:space="0" w:color="auto"/>
                    <w:left w:val="none" w:sz="0" w:space="0" w:color="auto"/>
                    <w:bottom w:val="none" w:sz="0" w:space="0" w:color="auto"/>
                    <w:right w:val="none" w:sz="0" w:space="0" w:color="auto"/>
                  </w:divBdr>
                  <w:divsChild>
                    <w:div w:id="700671488">
                      <w:marLeft w:val="0"/>
                      <w:marRight w:val="0"/>
                      <w:marTop w:val="0"/>
                      <w:marBottom w:val="0"/>
                      <w:divBdr>
                        <w:top w:val="none" w:sz="0" w:space="0" w:color="auto"/>
                        <w:left w:val="none" w:sz="0" w:space="0" w:color="auto"/>
                        <w:bottom w:val="none" w:sz="0" w:space="0" w:color="auto"/>
                        <w:right w:val="none" w:sz="0" w:space="0" w:color="auto"/>
                      </w:divBdr>
                      <w:divsChild>
                        <w:div w:id="1079669389">
                          <w:marLeft w:val="0"/>
                          <w:marRight w:val="0"/>
                          <w:marTop w:val="0"/>
                          <w:marBottom w:val="0"/>
                          <w:divBdr>
                            <w:top w:val="none" w:sz="0" w:space="0" w:color="auto"/>
                            <w:left w:val="none" w:sz="0" w:space="0" w:color="auto"/>
                            <w:bottom w:val="none" w:sz="0" w:space="0" w:color="auto"/>
                            <w:right w:val="none" w:sz="0" w:space="0" w:color="auto"/>
                          </w:divBdr>
                          <w:divsChild>
                            <w:div w:id="133545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9033927">
          <w:marLeft w:val="0"/>
          <w:marRight w:val="0"/>
          <w:marTop w:val="0"/>
          <w:marBottom w:val="0"/>
          <w:divBdr>
            <w:top w:val="none" w:sz="0" w:space="0" w:color="auto"/>
            <w:left w:val="none" w:sz="0" w:space="0" w:color="auto"/>
            <w:bottom w:val="none" w:sz="0" w:space="0" w:color="auto"/>
            <w:right w:val="none" w:sz="0" w:space="0" w:color="auto"/>
          </w:divBdr>
          <w:divsChild>
            <w:div w:id="372660976">
              <w:marLeft w:val="0"/>
              <w:marRight w:val="0"/>
              <w:marTop w:val="0"/>
              <w:marBottom w:val="0"/>
              <w:divBdr>
                <w:top w:val="none" w:sz="0" w:space="0" w:color="auto"/>
                <w:left w:val="none" w:sz="0" w:space="0" w:color="auto"/>
                <w:bottom w:val="none" w:sz="0" w:space="0" w:color="auto"/>
                <w:right w:val="none" w:sz="0" w:space="0" w:color="auto"/>
              </w:divBdr>
              <w:divsChild>
                <w:div w:id="1129056634">
                  <w:marLeft w:val="0"/>
                  <w:marRight w:val="0"/>
                  <w:marTop w:val="0"/>
                  <w:marBottom w:val="0"/>
                  <w:divBdr>
                    <w:top w:val="none" w:sz="0" w:space="0" w:color="auto"/>
                    <w:left w:val="none" w:sz="0" w:space="0" w:color="auto"/>
                    <w:bottom w:val="none" w:sz="0" w:space="0" w:color="auto"/>
                    <w:right w:val="none" w:sz="0" w:space="0" w:color="auto"/>
                  </w:divBdr>
                  <w:divsChild>
                    <w:div w:id="13465907">
                      <w:marLeft w:val="0"/>
                      <w:marRight w:val="0"/>
                      <w:marTop w:val="0"/>
                      <w:marBottom w:val="0"/>
                      <w:divBdr>
                        <w:top w:val="none" w:sz="0" w:space="0" w:color="auto"/>
                        <w:left w:val="none" w:sz="0" w:space="0" w:color="auto"/>
                        <w:bottom w:val="none" w:sz="0" w:space="0" w:color="auto"/>
                        <w:right w:val="none" w:sz="0" w:space="0" w:color="auto"/>
                      </w:divBdr>
                      <w:divsChild>
                        <w:div w:id="926694624">
                          <w:marLeft w:val="0"/>
                          <w:marRight w:val="0"/>
                          <w:marTop w:val="0"/>
                          <w:marBottom w:val="0"/>
                          <w:divBdr>
                            <w:top w:val="none" w:sz="0" w:space="0" w:color="auto"/>
                            <w:left w:val="none" w:sz="0" w:space="0" w:color="auto"/>
                            <w:bottom w:val="none" w:sz="0" w:space="0" w:color="auto"/>
                            <w:right w:val="none" w:sz="0" w:space="0" w:color="auto"/>
                          </w:divBdr>
                          <w:divsChild>
                            <w:div w:id="1033195387">
                              <w:marLeft w:val="0"/>
                              <w:marRight w:val="0"/>
                              <w:marTop w:val="0"/>
                              <w:marBottom w:val="0"/>
                              <w:divBdr>
                                <w:top w:val="none" w:sz="0" w:space="0" w:color="auto"/>
                                <w:left w:val="none" w:sz="0" w:space="0" w:color="auto"/>
                                <w:bottom w:val="none" w:sz="0" w:space="0" w:color="auto"/>
                                <w:right w:val="none" w:sz="0" w:space="0" w:color="auto"/>
                              </w:divBdr>
                              <w:divsChild>
                                <w:div w:id="196923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832928">
          <w:marLeft w:val="0"/>
          <w:marRight w:val="0"/>
          <w:marTop w:val="0"/>
          <w:marBottom w:val="0"/>
          <w:divBdr>
            <w:top w:val="none" w:sz="0" w:space="0" w:color="auto"/>
            <w:left w:val="none" w:sz="0" w:space="0" w:color="auto"/>
            <w:bottom w:val="none" w:sz="0" w:space="0" w:color="auto"/>
            <w:right w:val="none" w:sz="0" w:space="0" w:color="auto"/>
          </w:divBdr>
          <w:divsChild>
            <w:div w:id="138966387">
              <w:marLeft w:val="0"/>
              <w:marRight w:val="0"/>
              <w:marTop w:val="0"/>
              <w:marBottom w:val="0"/>
              <w:divBdr>
                <w:top w:val="none" w:sz="0" w:space="0" w:color="auto"/>
                <w:left w:val="none" w:sz="0" w:space="0" w:color="auto"/>
                <w:bottom w:val="none" w:sz="0" w:space="0" w:color="auto"/>
                <w:right w:val="none" w:sz="0" w:space="0" w:color="auto"/>
              </w:divBdr>
              <w:divsChild>
                <w:div w:id="491069723">
                  <w:marLeft w:val="0"/>
                  <w:marRight w:val="0"/>
                  <w:marTop w:val="0"/>
                  <w:marBottom w:val="0"/>
                  <w:divBdr>
                    <w:top w:val="none" w:sz="0" w:space="0" w:color="auto"/>
                    <w:left w:val="none" w:sz="0" w:space="0" w:color="auto"/>
                    <w:bottom w:val="none" w:sz="0" w:space="0" w:color="auto"/>
                    <w:right w:val="none" w:sz="0" w:space="0" w:color="auto"/>
                  </w:divBdr>
                  <w:divsChild>
                    <w:div w:id="505094554">
                      <w:marLeft w:val="0"/>
                      <w:marRight w:val="0"/>
                      <w:marTop w:val="0"/>
                      <w:marBottom w:val="0"/>
                      <w:divBdr>
                        <w:top w:val="none" w:sz="0" w:space="0" w:color="auto"/>
                        <w:left w:val="none" w:sz="0" w:space="0" w:color="auto"/>
                        <w:bottom w:val="none" w:sz="0" w:space="0" w:color="auto"/>
                        <w:right w:val="none" w:sz="0" w:space="0" w:color="auto"/>
                      </w:divBdr>
                      <w:divsChild>
                        <w:div w:id="1180436308">
                          <w:marLeft w:val="0"/>
                          <w:marRight w:val="0"/>
                          <w:marTop w:val="0"/>
                          <w:marBottom w:val="0"/>
                          <w:divBdr>
                            <w:top w:val="none" w:sz="0" w:space="0" w:color="auto"/>
                            <w:left w:val="none" w:sz="0" w:space="0" w:color="auto"/>
                            <w:bottom w:val="none" w:sz="0" w:space="0" w:color="auto"/>
                            <w:right w:val="none" w:sz="0" w:space="0" w:color="auto"/>
                          </w:divBdr>
                          <w:divsChild>
                            <w:div w:id="39146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944794">
          <w:marLeft w:val="0"/>
          <w:marRight w:val="0"/>
          <w:marTop w:val="0"/>
          <w:marBottom w:val="0"/>
          <w:divBdr>
            <w:top w:val="none" w:sz="0" w:space="0" w:color="auto"/>
            <w:left w:val="none" w:sz="0" w:space="0" w:color="auto"/>
            <w:bottom w:val="none" w:sz="0" w:space="0" w:color="auto"/>
            <w:right w:val="none" w:sz="0" w:space="0" w:color="auto"/>
          </w:divBdr>
          <w:divsChild>
            <w:div w:id="12999353">
              <w:marLeft w:val="0"/>
              <w:marRight w:val="0"/>
              <w:marTop w:val="0"/>
              <w:marBottom w:val="0"/>
              <w:divBdr>
                <w:top w:val="none" w:sz="0" w:space="0" w:color="auto"/>
                <w:left w:val="none" w:sz="0" w:space="0" w:color="auto"/>
                <w:bottom w:val="none" w:sz="0" w:space="0" w:color="auto"/>
                <w:right w:val="none" w:sz="0" w:space="0" w:color="auto"/>
              </w:divBdr>
              <w:divsChild>
                <w:div w:id="1556232756">
                  <w:marLeft w:val="0"/>
                  <w:marRight w:val="0"/>
                  <w:marTop w:val="0"/>
                  <w:marBottom w:val="0"/>
                  <w:divBdr>
                    <w:top w:val="none" w:sz="0" w:space="0" w:color="auto"/>
                    <w:left w:val="none" w:sz="0" w:space="0" w:color="auto"/>
                    <w:bottom w:val="none" w:sz="0" w:space="0" w:color="auto"/>
                    <w:right w:val="none" w:sz="0" w:space="0" w:color="auto"/>
                  </w:divBdr>
                  <w:divsChild>
                    <w:div w:id="1427071419">
                      <w:marLeft w:val="0"/>
                      <w:marRight w:val="0"/>
                      <w:marTop w:val="0"/>
                      <w:marBottom w:val="0"/>
                      <w:divBdr>
                        <w:top w:val="none" w:sz="0" w:space="0" w:color="auto"/>
                        <w:left w:val="none" w:sz="0" w:space="0" w:color="auto"/>
                        <w:bottom w:val="none" w:sz="0" w:space="0" w:color="auto"/>
                        <w:right w:val="none" w:sz="0" w:space="0" w:color="auto"/>
                      </w:divBdr>
                      <w:divsChild>
                        <w:div w:id="214128878">
                          <w:marLeft w:val="0"/>
                          <w:marRight w:val="0"/>
                          <w:marTop w:val="0"/>
                          <w:marBottom w:val="0"/>
                          <w:divBdr>
                            <w:top w:val="none" w:sz="0" w:space="0" w:color="auto"/>
                            <w:left w:val="none" w:sz="0" w:space="0" w:color="auto"/>
                            <w:bottom w:val="none" w:sz="0" w:space="0" w:color="auto"/>
                            <w:right w:val="none" w:sz="0" w:space="0" w:color="auto"/>
                          </w:divBdr>
                          <w:divsChild>
                            <w:div w:id="1438790733">
                              <w:marLeft w:val="0"/>
                              <w:marRight w:val="0"/>
                              <w:marTop w:val="0"/>
                              <w:marBottom w:val="0"/>
                              <w:divBdr>
                                <w:top w:val="none" w:sz="0" w:space="0" w:color="auto"/>
                                <w:left w:val="none" w:sz="0" w:space="0" w:color="auto"/>
                                <w:bottom w:val="none" w:sz="0" w:space="0" w:color="auto"/>
                                <w:right w:val="none" w:sz="0" w:space="0" w:color="auto"/>
                              </w:divBdr>
                              <w:divsChild>
                                <w:div w:id="117259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1148127">
          <w:marLeft w:val="0"/>
          <w:marRight w:val="0"/>
          <w:marTop w:val="0"/>
          <w:marBottom w:val="0"/>
          <w:divBdr>
            <w:top w:val="none" w:sz="0" w:space="0" w:color="auto"/>
            <w:left w:val="none" w:sz="0" w:space="0" w:color="auto"/>
            <w:bottom w:val="none" w:sz="0" w:space="0" w:color="auto"/>
            <w:right w:val="none" w:sz="0" w:space="0" w:color="auto"/>
          </w:divBdr>
          <w:divsChild>
            <w:div w:id="284505610">
              <w:marLeft w:val="0"/>
              <w:marRight w:val="0"/>
              <w:marTop w:val="0"/>
              <w:marBottom w:val="0"/>
              <w:divBdr>
                <w:top w:val="none" w:sz="0" w:space="0" w:color="auto"/>
                <w:left w:val="none" w:sz="0" w:space="0" w:color="auto"/>
                <w:bottom w:val="none" w:sz="0" w:space="0" w:color="auto"/>
                <w:right w:val="none" w:sz="0" w:space="0" w:color="auto"/>
              </w:divBdr>
              <w:divsChild>
                <w:div w:id="1831096162">
                  <w:marLeft w:val="0"/>
                  <w:marRight w:val="0"/>
                  <w:marTop w:val="0"/>
                  <w:marBottom w:val="0"/>
                  <w:divBdr>
                    <w:top w:val="none" w:sz="0" w:space="0" w:color="auto"/>
                    <w:left w:val="none" w:sz="0" w:space="0" w:color="auto"/>
                    <w:bottom w:val="none" w:sz="0" w:space="0" w:color="auto"/>
                    <w:right w:val="none" w:sz="0" w:space="0" w:color="auto"/>
                  </w:divBdr>
                  <w:divsChild>
                    <w:div w:id="870722369">
                      <w:marLeft w:val="0"/>
                      <w:marRight w:val="0"/>
                      <w:marTop w:val="0"/>
                      <w:marBottom w:val="0"/>
                      <w:divBdr>
                        <w:top w:val="none" w:sz="0" w:space="0" w:color="auto"/>
                        <w:left w:val="none" w:sz="0" w:space="0" w:color="auto"/>
                        <w:bottom w:val="none" w:sz="0" w:space="0" w:color="auto"/>
                        <w:right w:val="none" w:sz="0" w:space="0" w:color="auto"/>
                      </w:divBdr>
                      <w:divsChild>
                        <w:div w:id="1466701193">
                          <w:marLeft w:val="0"/>
                          <w:marRight w:val="0"/>
                          <w:marTop w:val="0"/>
                          <w:marBottom w:val="0"/>
                          <w:divBdr>
                            <w:top w:val="none" w:sz="0" w:space="0" w:color="auto"/>
                            <w:left w:val="none" w:sz="0" w:space="0" w:color="auto"/>
                            <w:bottom w:val="none" w:sz="0" w:space="0" w:color="auto"/>
                            <w:right w:val="none" w:sz="0" w:space="0" w:color="auto"/>
                          </w:divBdr>
                          <w:divsChild>
                            <w:div w:id="65249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683182">
          <w:marLeft w:val="0"/>
          <w:marRight w:val="0"/>
          <w:marTop w:val="0"/>
          <w:marBottom w:val="0"/>
          <w:divBdr>
            <w:top w:val="none" w:sz="0" w:space="0" w:color="auto"/>
            <w:left w:val="none" w:sz="0" w:space="0" w:color="auto"/>
            <w:bottom w:val="none" w:sz="0" w:space="0" w:color="auto"/>
            <w:right w:val="none" w:sz="0" w:space="0" w:color="auto"/>
          </w:divBdr>
          <w:divsChild>
            <w:div w:id="1371416563">
              <w:marLeft w:val="0"/>
              <w:marRight w:val="0"/>
              <w:marTop w:val="0"/>
              <w:marBottom w:val="0"/>
              <w:divBdr>
                <w:top w:val="none" w:sz="0" w:space="0" w:color="auto"/>
                <w:left w:val="none" w:sz="0" w:space="0" w:color="auto"/>
                <w:bottom w:val="none" w:sz="0" w:space="0" w:color="auto"/>
                <w:right w:val="none" w:sz="0" w:space="0" w:color="auto"/>
              </w:divBdr>
              <w:divsChild>
                <w:div w:id="1905725486">
                  <w:marLeft w:val="0"/>
                  <w:marRight w:val="0"/>
                  <w:marTop w:val="0"/>
                  <w:marBottom w:val="0"/>
                  <w:divBdr>
                    <w:top w:val="none" w:sz="0" w:space="0" w:color="auto"/>
                    <w:left w:val="none" w:sz="0" w:space="0" w:color="auto"/>
                    <w:bottom w:val="none" w:sz="0" w:space="0" w:color="auto"/>
                    <w:right w:val="none" w:sz="0" w:space="0" w:color="auto"/>
                  </w:divBdr>
                  <w:divsChild>
                    <w:div w:id="524829600">
                      <w:marLeft w:val="0"/>
                      <w:marRight w:val="0"/>
                      <w:marTop w:val="0"/>
                      <w:marBottom w:val="0"/>
                      <w:divBdr>
                        <w:top w:val="none" w:sz="0" w:space="0" w:color="auto"/>
                        <w:left w:val="none" w:sz="0" w:space="0" w:color="auto"/>
                        <w:bottom w:val="none" w:sz="0" w:space="0" w:color="auto"/>
                        <w:right w:val="none" w:sz="0" w:space="0" w:color="auto"/>
                      </w:divBdr>
                      <w:divsChild>
                        <w:div w:id="1561747447">
                          <w:marLeft w:val="0"/>
                          <w:marRight w:val="0"/>
                          <w:marTop w:val="0"/>
                          <w:marBottom w:val="0"/>
                          <w:divBdr>
                            <w:top w:val="none" w:sz="0" w:space="0" w:color="auto"/>
                            <w:left w:val="none" w:sz="0" w:space="0" w:color="auto"/>
                            <w:bottom w:val="none" w:sz="0" w:space="0" w:color="auto"/>
                            <w:right w:val="none" w:sz="0" w:space="0" w:color="auto"/>
                          </w:divBdr>
                          <w:divsChild>
                            <w:div w:id="1065446683">
                              <w:marLeft w:val="0"/>
                              <w:marRight w:val="0"/>
                              <w:marTop w:val="0"/>
                              <w:marBottom w:val="0"/>
                              <w:divBdr>
                                <w:top w:val="none" w:sz="0" w:space="0" w:color="auto"/>
                                <w:left w:val="none" w:sz="0" w:space="0" w:color="auto"/>
                                <w:bottom w:val="none" w:sz="0" w:space="0" w:color="auto"/>
                                <w:right w:val="none" w:sz="0" w:space="0" w:color="auto"/>
                              </w:divBdr>
                              <w:divsChild>
                                <w:div w:id="141308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5858899">
          <w:marLeft w:val="0"/>
          <w:marRight w:val="0"/>
          <w:marTop w:val="0"/>
          <w:marBottom w:val="0"/>
          <w:divBdr>
            <w:top w:val="none" w:sz="0" w:space="0" w:color="auto"/>
            <w:left w:val="none" w:sz="0" w:space="0" w:color="auto"/>
            <w:bottom w:val="none" w:sz="0" w:space="0" w:color="auto"/>
            <w:right w:val="none" w:sz="0" w:space="0" w:color="auto"/>
          </w:divBdr>
          <w:divsChild>
            <w:div w:id="785925676">
              <w:marLeft w:val="0"/>
              <w:marRight w:val="0"/>
              <w:marTop w:val="0"/>
              <w:marBottom w:val="0"/>
              <w:divBdr>
                <w:top w:val="none" w:sz="0" w:space="0" w:color="auto"/>
                <w:left w:val="none" w:sz="0" w:space="0" w:color="auto"/>
                <w:bottom w:val="none" w:sz="0" w:space="0" w:color="auto"/>
                <w:right w:val="none" w:sz="0" w:space="0" w:color="auto"/>
              </w:divBdr>
              <w:divsChild>
                <w:div w:id="1198740387">
                  <w:marLeft w:val="0"/>
                  <w:marRight w:val="0"/>
                  <w:marTop w:val="0"/>
                  <w:marBottom w:val="0"/>
                  <w:divBdr>
                    <w:top w:val="none" w:sz="0" w:space="0" w:color="auto"/>
                    <w:left w:val="none" w:sz="0" w:space="0" w:color="auto"/>
                    <w:bottom w:val="none" w:sz="0" w:space="0" w:color="auto"/>
                    <w:right w:val="none" w:sz="0" w:space="0" w:color="auto"/>
                  </w:divBdr>
                  <w:divsChild>
                    <w:div w:id="1921597423">
                      <w:marLeft w:val="0"/>
                      <w:marRight w:val="0"/>
                      <w:marTop w:val="0"/>
                      <w:marBottom w:val="0"/>
                      <w:divBdr>
                        <w:top w:val="none" w:sz="0" w:space="0" w:color="auto"/>
                        <w:left w:val="none" w:sz="0" w:space="0" w:color="auto"/>
                        <w:bottom w:val="none" w:sz="0" w:space="0" w:color="auto"/>
                        <w:right w:val="none" w:sz="0" w:space="0" w:color="auto"/>
                      </w:divBdr>
                      <w:divsChild>
                        <w:div w:id="365984643">
                          <w:marLeft w:val="0"/>
                          <w:marRight w:val="0"/>
                          <w:marTop w:val="0"/>
                          <w:marBottom w:val="0"/>
                          <w:divBdr>
                            <w:top w:val="none" w:sz="0" w:space="0" w:color="auto"/>
                            <w:left w:val="none" w:sz="0" w:space="0" w:color="auto"/>
                            <w:bottom w:val="none" w:sz="0" w:space="0" w:color="auto"/>
                            <w:right w:val="none" w:sz="0" w:space="0" w:color="auto"/>
                          </w:divBdr>
                          <w:divsChild>
                            <w:div w:id="163593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849711">
          <w:marLeft w:val="0"/>
          <w:marRight w:val="0"/>
          <w:marTop w:val="0"/>
          <w:marBottom w:val="0"/>
          <w:divBdr>
            <w:top w:val="none" w:sz="0" w:space="0" w:color="auto"/>
            <w:left w:val="none" w:sz="0" w:space="0" w:color="auto"/>
            <w:bottom w:val="none" w:sz="0" w:space="0" w:color="auto"/>
            <w:right w:val="none" w:sz="0" w:space="0" w:color="auto"/>
          </w:divBdr>
          <w:divsChild>
            <w:div w:id="251742302">
              <w:marLeft w:val="0"/>
              <w:marRight w:val="0"/>
              <w:marTop w:val="0"/>
              <w:marBottom w:val="0"/>
              <w:divBdr>
                <w:top w:val="none" w:sz="0" w:space="0" w:color="auto"/>
                <w:left w:val="none" w:sz="0" w:space="0" w:color="auto"/>
                <w:bottom w:val="none" w:sz="0" w:space="0" w:color="auto"/>
                <w:right w:val="none" w:sz="0" w:space="0" w:color="auto"/>
              </w:divBdr>
              <w:divsChild>
                <w:div w:id="506864563">
                  <w:marLeft w:val="0"/>
                  <w:marRight w:val="0"/>
                  <w:marTop w:val="0"/>
                  <w:marBottom w:val="0"/>
                  <w:divBdr>
                    <w:top w:val="none" w:sz="0" w:space="0" w:color="auto"/>
                    <w:left w:val="none" w:sz="0" w:space="0" w:color="auto"/>
                    <w:bottom w:val="none" w:sz="0" w:space="0" w:color="auto"/>
                    <w:right w:val="none" w:sz="0" w:space="0" w:color="auto"/>
                  </w:divBdr>
                  <w:divsChild>
                    <w:div w:id="500701213">
                      <w:marLeft w:val="0"/>
                      <w:marRight w:val="0"/>
                      <w:marTop w:val="0"/>
                      <w:marBottom w:val="0"/>
                      <w:divBdr>
                        <w:top w:val="none" w:sz="0" w:space="0" w:color="auto"/>
                        <w:left w:val="none" w:sz="0" w:space="0" w:color="auto"/>
                        <w:bottom w:val="none" w:sz="0" w:space="0" w:color="auto"/>
                        <w:right w:val="none" w:sz="0" w:space="0" w:color="auto"/>
                      </w:divBdr>
                      <w:divsChild>
                        <w:div w:id="76369536">
                          <w:marLeft w:val="0"/>
                          <w:marRight w:val="0"/>
                          <w:marTop w:val="0"/>
                          <w:marBottom w:val="0"/>
                          <w:divBdr>
                            <w:top w:val="none" w:sz="0" w:space="0" w:color="auto"/>
                            <w:left w:val="none" w:sz="0" w:space="0" w:color="auto"/>
                            <w:bottom w:val="none" w:sz="0" w:space="0" w:color="auto"/>
                            <w:right w:val="none" w:sz="0" w:space="0" w:color="auto"/>
                          </w:divBdr>
                          <w:divsChild>
                            <w:div w:id="1820149672">
                              <w:marLeft w:val="0"/>
                              <w:marRight w:val="0"/>
                              <w:marTop w:val="0"/>
                              <w:marBottom w:val="0"/>
                              <w:divBdr>
                                <w:top w:val="none" w:sz="0" w:space="0" w:color="auto"/>
                                <w:left w:val="none" w:sz="0" w:space="0" w:color="auto"/>
                                <w:bottom w:val="none" w:sz="0" w:space="0" w:color="auto"/>
                                <w:right w:val="none" w:sz="0" w:space="0" w:color="auto"/>
                              </w:divBdr>
                              <w:divsChild>
                                <w:div w:id="161370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9094937">
          <w:marLeft w:val="0"/>
          <w:marRight w:val="0"/>
          <w:marTop w:val="0"/>
          <w:marBottom w:val="0"/>
          <w:divBdr>
            <w:top w:val="none" w:sz="0" w:space="0" w:color="auto"/>
            <w:left w:val="none" w:sz="0" w:space="0" w:color="auto"/>
            <w:bottom w:val="none" w:sz="0" w:space="0" w:color="auto"/>
            <w:right w:val="none" w:sz="0" w:space="0" w:color="auto"/>
          </w:divBdr>
          <w:divsChild>
            <w:div w:id="618411934">
              <w:marLeft w:val="0"/>
              <w:marRight w:val="0"/>
              <w:marTop w:val="0"/>
              <w:marBottom w:val="0"/>
              <w:divBdr>
                <w:top w:val="none" w:sz="0" w:space="0" w:color="auto"/>
                <w:left w:val="none" w:sz="0" w:space="0" w:color="auto"/>
                <w:bottom w:val="none" w:sz="0" w:space="0" w:color="auto"/>
                <w:right w:val="none" w:sz="0" w:space="0" w:color="auto"/>
              </w:divBdr>
              <w:divsChild>
                <w:div w:id="1779793613">
                  <w:marLeft w:val="0"/>
                  <w:marRight w:val="0"/>
                  <w:marTop w:val="0"/>
                  <w:marBottom w:val="0"/>
                  <w:divBdr>
                    <w:top w:val="none" w:sz="0" w:space="0" w:color="auto"/>
                    <w:left w:val="none" w:sz="0" w:space="0" w:color="auto"/>
                    <w:bottom w:val="none" w:sz="0" w:space="0" w:color="auto"/>
                    <w:right w:val="none" w:sz="0" w:space="0" w:color="auto"/>
                  </w:divBdr>
                  <w:divsChild>
                    <w:div w:id="192964384">
                      <w:marLeft w:val="0"/>
                      <w:marRight w:val="0"/>
                      <w:marTop w:val="0"/>
                      <w:marBottom w:val="0"/>
                      <w:divBdr>
                        <w:top w:val="none" w:sz="0" w:space="0" w:color="auto"/>
                        <w:left w:val="none" w:sz="0" w:space="0" w:color="auto"/>
                        <w:bottom w:val="none" w:sz="0" w:space="0" w:color="auto"/>
                        <w:right w:val="none" w:sz="0" w:space="0" w:color="auto"/>
                      </w:divBdr>
                      <w:divsChild>
                        <w:div w:id="185991732">
                          <w:marLeft w:val="0"/>
                          <w:marRight w:val="0"/>
                          <w:marTop w:val="0"/>
                          <w:marBottom w:val="0"/>
                          <w:divBdr>
                            <w:top w:val="none" w:sz="0" w:space="0" w:color="auto"/>
                            <w:left w:val="none" w:sz="0" w:space="0" w:color="auto"/>
                            <w:bottom w:val="none" w:sz="0" w:space="0" w:color="auto"/>
                            <w:right w:val="none" w:sz="0" w:space="0" w:color="auto"/>
                          </w:divBdr>
                          <w:divsChild>
                            <w:div w:id="45495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498066">
          <w:marLeft w:val="0"/>
          <w:marRight w:val="0"/>
          <w:marTop w:val="0"/>
          <w:marBottom w:val="0"/>
          <w:divBdr>
            <w:top w:val="none" w:sz="0" w:space="0" w:color="auto"/>
            <w:left w:val="none" w:sz="0" w:space="0" w:color="auto"/>
            <w:bottom w:val="none" w:sz="0" w:space="0" w:color="auto"/>
            <w:right w:val="none" w:sz="0" w:space="0" w:color="auto"/>
          </w:divBdr>
          <w:divsChild>
            <w:div w:id="1053504690">
              <w:marLeft w:val="0"/>
              <w:marRight w:val="0"/>
              <w:marTop w:val="0"/>
              <w:marBottom w:val="0"/>
              <w:divBdr>
                <w:top w:val="none" w:sz="0" w:space="0" w:color="auto"/>
                <w:left w:val="none" w:sz="0" w:space="0" w:color="auto"/>
                <w:bottom w:val="none" w:sz="0" w:space="0" w:color="auto"/>
                <w:right w:val="none" w:sz="0" w:space="0" w:color="auto"/>
              </w:divBdr>
              <w:divsChild>
                <w:div w:id="1101299115">
                  <w:marLeft w:val="0"/>
                  <w:marRight w:val="0"/>
                  <w:marTop w:val="0"/>
                  <w:marBottom w:val="0"/>
                  <w:divBdr>
                    <w:top w:val="none" w:sz="0" w:space="0" w:color="auto"/>
                    <w:left w:val="none" w:sz="0" w:space="0" w:color="auto"/>
                    <w:bottom w:val="none" w:sz="0" w:space="0" w:color="auto"/>
                    <w:right w:val="none" w:sz="0" w:space="0" w:color="auto"/>
                  </w:divBdr>
                  <w:divsChild>
                    <w:div w:id="1093207479">
                      <w:marLeft w:val="0"/>
                      <w:marRight w:val="0"/>
                      <w:marTop w:val="0"/>
                      <w:marBottom w:val="0"/>
                      <w:divBdr>
                        <w:top w:val="none" w:sz="0" w:space="0" w:color="auto"/>
                        <w:left w:val="none" w:sz="0" w:space="0" w:color="auto"/>
                        <w:bottom w:val="none" w:sz="0" w:space="0" w:color="auto"/>
                        <w:right w:val="none" w:sz="0" w:space="0" w:color="auto"/>
                      </w:divBdr>
                      <w:divsChild>
                        <w:div w:id="1706174615">
                          <w:marLeft w:val="0"/>
                          <w:marRight w:val="0"/>
                          <w:marTop w:val="0"/>
                          <w:marBottom w:val="0"/>
                          <w:divBdr>
                            <w:top w:val="none" w:sz="0" w:space="0" w:color="auto"/>
                            <w:left w:val="none" w:sz="0" w:space="0" w:color="auto"/>
                            <w:bottom w:val="none" w:sz="0" w:space="0" w:color="auto"/>
                            <w:right w:val="none" w:sz="0" w:space="0" w:color="auto"/>
                          </w:divBdr>
                          <w:divsChild>
                            <w:div w:id="1978678996">
                              <w:marLeft w:val="0"/>
                              <w:marRight w:val="0"/>
                              <w:marTop w:val="0"/>
                              <w:marBottom w:val="0"/>
                              <w:divBdr>
                                <w:top w:val="none" w:sz="0" w:space="0" w:color="auto"/>
                                <w:left w:val="none" w:sz="0" w:space="0" w:color="auto"/>
                                <w:bottom w:val="none" w:sz="0" w:space="0" w:color="auto"/>
                                <w:right w:val="none" w:sz="0" w:space="0" w:color="auto"/>
                              </w:divBdr>
                              <w:divsChild>
                                <w:div w:id="7466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020594">
          <w:marLeft w:val="0"/>
          <w:marRight w:val="0"/>
          <w:marTop w:val="0"/>
          <w:marBottom w:val="0"/>
          <w:divBdr>
            <w:top w:val="none" w:sz="0" w:space="0" w:color="auto"/>
            <w:left w:val="none" w:sz="0" w:space="0" w:color="auto"/>
            <w:bottom w:val="none" w:sz="0" w:space="0" w:color="auto"/>
            <w:right w:val="none" w:sz="0" w:space="0" w:color="auto"/>
          </w:divBdr>
          <w:divsChild>
            <w:div w:id="1157958654">
              <w:marLeft w:val="0"/>
              <w:marRight w:val="0"/>
              <w:marTop w:val="0"/>
              <w:marBottom w:val="0"/>
              <w:divBdr>
                <w:top w:val="none" w:sz="0" w:space="0" w:color="auto"/>
                <w:left w:val="none" w:sz="0" w:space="0" w:color="auto"/>
                <w:bottom w:val="none" w:sz="0" w:space="0" w:color="auto"/>
                <w:right w:val="none" w:sz="0" w:space="0" w:color="auto"/>
              </w:divBdr>
              <w:divsChild>
                <w:div w:id="773667259">
                  <w:marLeft w:val="0"/>
                  <w:marRight w:val="0"/>
                  <w:marTop w:val="0"/>
                  <w:marBottom w:val="0"/>
                  <w:divBdr>
                    <w:top w:val="none" w:sz="0" w:space="0" w:color="auto"/>
                    <w:left w:val="none" w:sz="0" w:space="0" w:color="auto"/>
                    <w:bottom w:val="none" w:sz="0" w:space="0" w:color="auto"/>
                    <w:right w:val="none" w:sz="0" w:space="0" w:color="auto"/>
                  </w:divBdr>
                  <w:divsChild>
                    <w:div w:id="310788659">
                      <w:marLeft w:val="0"/>
                      <w:marRight w:val="0"/>
                      <w:marTop w:val="0"/>
                      <w:marBottom w:val="0"/>
                      <w:divBdr>
                        <w:top w:val="none" w:sz="0" w:space="0" w:color="auto"/>
                        <w:left w:val="none" w:sz="0" w:space="0" w:color="auto"/>
                        <w:bottom w:val="none" w:sz="0" w:space="0" w:color="auto"/>
                        <w:right w:val="none" w:sz="0" w:space="0" w:color="auto"/>
                      </w:divBdr>
                      <w:divsChild>
                        <w:div w:id="1281297439">
                          <w:marLeft w:val="0"/>
                          <w:marRight w:val="0"/>
                          <w:marTop w:val="0"/>
                          <w:marBottom w:val="0"/>
                          <w:divBdr>
                            <w:top w:val="none" w:sz="0" w:space="0" w:color="auto"/>
                            <w:left w:val="none" w:sz="0" w:space="0" w:color="auto"/>
                            <w:bottom w:val="none" w:sz="0" w:space="0" w:color="auto"/>
                            <w:right w:val="none" w:sz="0" w:space="0" w:color="auto"/>
                          </w:divBdr>
                          <w:divsChild>
                            <w:div w:id="25154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303117">
          <w:marLeft w:val="0"/>
          <w:marRight w:val="0"/>
          <w:marTop w:val="0"/>
          <w:marBottom w:val="0"/>
          <w:divBdr>
            <w:top w:val="none" w:sz="0" w:space="0" w:color="auto"/>
            <w:left w:val="none" w:sz="0" w:space="0" w:color="auto"/>
            <w:bottom w:val="none" w:sz="0" w:space="0" w:color="auto"/>
            <w:right w:val="none" w:sz="0" w:space="0" w:color="auto"/>
          </w:divBdr>
          <w:divsChild>
            <w:div w:id="977689949">
              <w:marLeft w:val="0"/>
              <w:marRight w:val="0"/>
              <w:marTop w:val="0"/>
              <w:marBottom w:val="0"/>
              <w:divBdr>
                <w:top w:val="none" w:sz="0" w:space="0" w:color="auto"/>
                <w:left w:val="none" w:sz="0" w:space="0" w:color="auto"/>
                <w:bottom w:val="none" w:sz="0" w:space="0" w:color="auto"/>
                <w:right w:val="none" w:sz="0" w:space="0" w:color="auto"/>
              </w:divBdr>
              <w:divsChild>
                <w:div w:id="159858283">
                  <w:marLeft w:val="0"/>
                  <w:marRight w:val="0"/>
                  <w:marTop w:val="0"/>
                  <w:marBottom w:val="0"/>
                  <w:divBdr>
                    <w:top w:val="none" w:sz="0" w:space="0" w:color="auto"/>
                    <w:left w:val="none" w:sz="0" w:space="0" w:color="auto"/>
                    <w:bottom w:val="none" w:sz="0" w:space="0" w:color="auto"/>
                    <w:right w:val="none" w:sz="0" w:space="0" w:color="auto"/>
                  </w:divBdr>
                  <w:divsChild>
                    <w:div w:id="1735663331">
                      <w:marLeft w:val="0"/>
                      <w:marRight w:val="0"/>
                      <w:marTop w:val="0"/>
                      <w:marBottom w:val="0"/>
                      <w:divBdr>
                        <w:top w:val="none" w:sz="0" w:space="0" w:color="auto"/>
                        <w:left w:val="none" w:sz="0" w:space="0" w:color="auto"/>
                        <w:bottom w:val="none" w:sz="0" w:space="0" w:color="auto"/>
                        <w:right w:val="none" w:sz="0" w:space="0" w:color="auto"/>
                      </w:divBdr>
                      <w:divsChild>
                        <w:div w:id="1997806723">
                          <w:marLeft w:val="0"/>
                          <w:marRight w:val="0"/>
                          <w:marTop w:val="0"/>
                          <w:marBottom w:val="0"/>
                          <w:divBdr>
                            <w:top w:val="none" w:sz="0" w:space="0" w:color="auto"/>
                            <w:left w:val="none" w:sz="0" w:space="0" w:color="auto"/>
                            <w:bottom w:val="none" w:sz="0" w:space="0" w:color="auto"/>
                            <w:right w:val="none" w:sz="0" w:space="0" w:color="auto"/>
                          </w:divBdr>
                          <w:divsChild>
                            <w:div w:id="686830091">
                              <w:marLeft w:val="0"/>
                              <w:marRight w:val="0"/>
                              <w:marTop w:val="0"/>
                              <w:marBottom w:val="0"/>
                              <w:divBdr>
                                <w:top w:val="none" w:sz="0" w:space="0" w:color="auto"/>
                                <w:left w:val="none" w:sz="0" w:space="0" w:color="auto"/>
                                <w:bottom w:val="none" w:sz="0" w:space="0" w:color="auto"/>
                                <w:right w:val="none" w:sz="0" w:space="0" w:color="auto"/>
                              </w:divBdr>
                              <w:divsChild>
                                <w:div w:id="168212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811577">
          <w:marLeft w:val="0"/>
          <w:marRight w:val="0"/>
          <w:marTop w:val="0"/>
          <w:marBottom w:val="0"/>
          <w:divBdr>
            <w:top w:val="none" w:sz="0" w:space="0" w:color="auto"/>
            <w:left w:val="none" w:sz="0" w:space="0" w:color="auto"/>
            <w:bottom w:val="none" w:sz="0" w:space="0" w:color="auto"/>
            <w:right w:val="none" w:sz="0" w:space="0" w:color="auto"/>
          </w:divBdr>
          <w:divsChild>
            <w:div w:id="810291661">
              <w:marLeft w:val="0"/>
              <w:marRight w:val="0"/>
              <w:marTop w:val="0"/>
              <w:marBottom w:val="0"/>
              <w:divBdr>
                <w:top w:val="none" w:sz="0" w:space="0" w:color="auto"/>
                <w:left w:val="none" w:sz="0" w:space="0" w:color="auto"/>
                <w:bottom w:val="none" w:sz="0" w:space="0" w:color="auto"/>
                <w:right w:val="none" w:sz="0" w:space="0" w:color="auto"/>
              </w:divBdr>
              <w:divsChild>
                <w:div w:id="1545605049">
                  <w:marLeft w:val="0"/>
                  <w:marRight w:val="0"/>
                  <w:marTop w:val="0"/>
                  <w:marBottom w:val="0"/>
                  <w:divBdr>
                    <w:top w:val="none" w:sz="0" w:space="0" w:color="auto"/>
                    <w:left w:val="none" w:sz="0" w:space="0" w:color="auto"/>
                    <w:bottom w:val="none" w:sz="0" w:space="0" w:color="auto"/>
                    <w:right w:val="none" w:sz="0" w:space="0" w:color="auto"/>
                  </w:divBdr>
                  <w:divsChild>
                    <w:div w:id="1731877870">
                      <w:marLeft w:val="0"/>
                      <w:marRight w:val="0"/>
                      <w:marTop w:val="0"/>
                      <w:marBottom w:val="0"/>
                      <w:divBdr>
                        <w:top w:val="none" w:sz="0" w:space="0" w:color="auto"/>
                        <w:left w:val="none" w:sz="0" w:space="0" w:color="auto"/>
                        <w:bottom w:val="none" w:sz="0" w:space="0" w:color="auto"/>
                        <w:right w:val="none" w:sz="0" w:space="0" w:color="auto"/>
                      </w:divBdr>
                      <w:divsChild>
                        <w:div w:id="688021994">
                          <w:marLeft w:val="0"/>
                          <w:marRight w:val="0"/>
                          <w:marTop w:val="0"/>
                          <w:marBottom w:val="0"/>
                          <w:divBdr>
                            <w:top w:val="none" w:sz="0" w:space="0" w:color="auto"/>
                            <w:left w:val="none" w:sz="0" w:space="0" w:color="auto"/>
                            <w:bottom w:val="none" w:sz="0" w:space="0" w:color="auto"/>
                            <w:right w:val="none" w:sz="0" w:space="0" w:color="auto"/>
                          </w:divBdr>
                          <w:divsChild>
                            <w:div w:id="175462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580418">
          <w:marLeft w:val="0"/>
          <w:marRight w:val="0"/>
          <w:marTop w:val="0"/>
          <w:marBottom w:val="0"/>
          <w:divBdr>
            <w:top w:val="none" w:sz="0" w:space="0" w:color="auto"/>
            <w:left w:val="none" w:sz="0" w:space="0" w:color="auto"/>
            <w:bottom w:val="none" w:sz="0" w:space="0" w:color="auto"/>
            <w:right w:val="none" w:sz="0" w:space="0" w:color="auto"/>
          </w:divBdr>
          <w:divsChild>
            <w:div w:id="762452998">
              <w:marLeft w:val="0"/>
              <w:marRight w:val="0"/>
              <w:marTop w:val="0"/>
              <w:marBottom w:val="0"/>
              <w:divBdr>
                <w:top w:val="none" w:sz="0" w:space="0" w:color="auto"/>
                <w:left w:val="none" w:sz="0" w:space="0" w:color="auto"/>
                <w:bottom w:val="none" w:sz="0" w:space="0" w:color="auto"/>
                <w:right w:val="none" w:sz="0" w:space="0" w:color="auto"/>
              </w:divBdr>
              <w:divsChild>
                <w:div w:id="1576351982">
                  <w:marLeft w:val="0"/>
                  <w:marRight w:val="0"/>
                  <w:marTop w:val="0"/>
                  <w:marBottom w:val="0"/>
                  <w:divBdr>
                    <w:top w:val="none" w:sz="0" w:space="0" w:color="auto"/>
                    <w:left w:val="none" w:sz="0" w:space="0" w:color="auto"/>
                    <w:bottom w:val="none" w:sz="0" w:space="0" w:color="auto"/>
                    <w:right w:val="none" w:sz="0" w:space="0" w:color="auto"/>
                  </w:divBdr>
                  <w:divsChild>
                    <w:div w:id="1450733318">
                      <w:marLeft w:val="0"/>
                      <w:marRight w:val="0"/>
                      <w:marTop w:val="0"/>
                      <w:marBottom w:val="0"/>
                      <w:divBdr>
                        <w:top w:val="none" w:sz="0" w:space="0" w:color="auto"/>
                        <w:left w:val="none" w:sz="0" w:space="0" w:color="auto"/>
                        <w:bottom w:val="none" w:sz="0" w:space="0" w:color="auto"/>
                        <w:right w:val="none" w:sz="0" w:space="0" w:color="auto"/>
                      </w:divBdr>
                      <w:divsChild>
                        <w:div w:id="634482421">
                          <w:marLeft w:val="0"/>
                          <w:marRight w:val="0"/>
                          <w:marTop w:val="0"/>
                          <w:marBottom w:val="0"/>
                          <w:divBdr>
                            <w:top w:val="none" w:sz="0" w:space="0" w:color="auto"/>
                            <w:left w:val="none" w:sz="0" w:space="0" w:color="auto"/>
                            <w:bottom w:val="none" w:sz="0" w:space="0" w:color="auto"/>
                            <w:right w:val="none" w:sz="0" w:space="0" w:color="auto"/>
                          </w:divBdr>
                          <w:divsChild>
                            <w:div w:id="99302121">
                              <w:marLeft w:val="0"/>
                              <w:marRight w:val="0"/>
                              <w:marTop w:val="0"/>
                              <w:marBottom w:val="0"/>
                              <w:divBdr>
                                <w:top w:val="none" w:sz="0" w:space="0" w:color="auto"/>
                                <w:left w:val="none" w:sz="0" w:space="0" w:color="auto"/>
                                <w:bottom w:val="none" w:sz="0" w:space="0" w:color="auto"/>
                                <w:right w:val="none" w:sz="0" w:space="0" w:color="auto"/>
                              </w:divBdr>
                              <w:divsChild>
                                <w:div w:id="92924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2458537">
          <w:marLeft w:val="0"/>
          <w:marRight w:val="0"/>
          <w:marTop w:val="0"/>
          <w:marBottom w:val="0"/>
          <w:divBdr>
            <w:top w:val="none" w:sz="0" w:space="0" w:color="auto"/>
            <w:left w:val="none" w:sz="0" w:space="0" w:color="auto"/>
            <w:bottom w:val="none" w:sz="0" w:space="0" w:color="auto"/>
            <w:right w:val="none" w:sz="0" w:space="0" w:color="auto"/>
          </w:divBdr>
          <w:divsChild>
            <w:div w:id="1264653174">
              <w:marLeft w:val="0"/>
              <w:marRight w:val="0"/>
              <w:marTop w:val="0"/>
              <w:marBottom w:val="0"/>
              <w:divBdr>
                <w:top w:val="none" w:sz="0" w:space="0" w:color="auto"/>
                <w:left w:val="none" w:sz="0" w:space="0" w:color="auto"/>
                <w:bottom w:val="none" w:sz="0" w:space="0" w:color="auto"/>
                <w:right w:val="none" w:sz="0" w:space="0" w:color="auto"/>
              </w:divBdr>
              <w:divsChild>
                <w:div w:id="427971648">
                  <w:marLeft w:val="0"/>
                  <w:marRight w:val="0"/>
                  <w:marTop w:val="0"/>
                  <w:marBottom w:val="0"/>
                  <w:divBdr>
                    <w:top w:val="none" w:sz="0" w:space="0" w:color="auto"/>
                    <w:left w:val="none" w:sz="0" w:space="0" w:color="auto"/>
                    <w:bottom w:val="none" w:sz="0" w:space="0" w:color="auto"/>
                    <w:right w:val="none" w:sz="0" w:space="0" w:color="auto"/>
                  </w:divBdr>
                  <w:divsChild>
                    <w:div w:id="263651412">
                      <w:marLeft w:val="0"/>
                      <w:marRight w:val="0"/>
                      <w:marTop w:val="0"/>
                      <w:marBottom w:val="0"/>
                      <w:divBdr>
                        <w:top w:val="none" w:sz="0" w:space="0" w:color="auto"/>
                        <w:left w:val="none" w:sz="0" w:space="0" w:color="auto"/>
                        <w:bottom w:val="none" w:sz="0" w:space="0" w:color="auto"/>
                        <w:right w:val="none" w:sz="0" w:space="0" w:color="auto"/>
                      </w:divBdr>
                      <w:divsChild>
                        <w:div w:id="1541474288">
                          <w:marLeft w:val="0"/>
                          <w:marRight w:val="0"/>
                          <w:marTop w:val="0"/>
                          <w:marBottom w:val="0"/>
                          <w:divBdr>
                            <w:top w:val="none" w:sz="0" w:space="0" w:color="auto"/>
                            <w:left w:val="none" w:sz="0" w:space="0" w:color="auto"/>
                            <w:bottom w:val="none" w:sz="0" w:space="0" w:color="auto"/>
                            <w:right w:val="none" w:sz="0" w:space="0" w:color="auto"/>
                          </w:divBdr>
                          <w:divsChild>
                            <w:div w:id="37993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467626">
          <w:marLeft w:val="0"/>
          <w:marRight w:val="0"/>
          <w:marTop w:val="0"/>
          <w:marBottom w:val="0"/>
          <w:divBdr>
            <w:top w:val="none" w:sz="0" w:space="0" w:color="auto"/>
            <w:left w:val="none" w:sz="0" w:space="0" w:color="auto"/>
            <w:bottom w:val="none" w:sz="0" w:space="0" w:color="auto"/>
            <w:right w:val="none" w:sz="0" w:space="0" w:color="auto"/>
          </w:divBdr>
          <w:divsChild>
            <w:div w:id="847522495">
              <w:marLeft w:val="0"/>
              <w:marRight w:val="0"/>
              <w:marTop w:val="0"/>
              <w:marBottom w:val="0"/>
              <w:divBdr>
                <w:top w:val="none" w:sz="0" w:space="0" w:color="auto"/>
                <w:left w:val="none" w:sz="0" w:space="0" w:color="auto"/>
                <w:bottom w:val="none" w:sz="0" w:space="0" w:color="auto"/>
                <w:right w:val="none" w:sz="0" w:space="0" w:color="auto"/>
              </w:divBdr>
              <w:divsChild>
                <w:div w:id="258178742">
                  <w:marLeft w:val="0"/>
                  <w:marRight w:val="0"/>
                  <w:marTop w:val="0"/>
                  <w:marBottom w:val="0"/>
                  <w:divBdr>
                    <w:top w:val="none" w:sz="0" w:space="0" w:color="auto"/>
                    <w:left w:val="none" w:sz="0" w:space="0" w:color="auto"/>
                    <w:bottom w:val="none" w:sz="0" w:space="0" w:color="auto"/>
                    <w:right w:val="none" w:sz="0" w:space="0" w:color="auto"/>
                  </w:divBdr>
                  <w:divsChild>
                    <w:div w:id="1993017465">
                      <w:marLeft w:val="0"/>
                      <w:marRight w:val="0"/>
                      <w:marTop w:val="0"/>
                      <w:marBottom w:val="0"/>
                      <w:divBdr>
                        <w:top w:val="none" w:sz="0" w:space="0" w:color="auto"/>
                        <w:left w:val="none" w:sz="0" w:space="0" w:color="auto"/>
                        <w:bottom w:val="none" w:sz="0" w:space="0" w:color="auto"/>
                        <w:right w:val="none" w:sz="0" w:space="0" w:color="auto"/>
                      </w:divBdr>
                      <w:divsChild>
                        <w:div w:id="1820611693">
                          <w:marLeft w:val="0"/>
                          <w:marRight w:val="0"/>
                          <w:marTop w:val="0"/>
                          <w:marBottom w:val="0"/>
                          <w:divBdr>
                            <w:top w:val="none" w:sz="0" w:space="0" w:color="auto"/>
                            <w:left w:val="none" w:sz="0" w:space="0" w:color="auto"/>
                            <w:bottom w:val="none" w:sz="0" w:space="0" w:color="auto"/>
                            <w:right w:val="none" w:sz="0" w:space="0" w:color="auto"/>
                          </w:divBdr>
                          <w:divsChild>
                            <w:div w:id="504442089">
                              <w:marLeft w:val="0"/>
                              <w:marRight w:val="0"/>
                              <w:marTop w:val="0"/>
                              <w:marBottom w:val="0"/>
                              <w:divBdr>
                                <w:top w:val="none" w:sz="0" w:space="0" w:color="auto"/>
                                <w:left w:val="none" w:sz="0" w:space="0" w:color="auto"/>
                                <w:bottom w:val="none" w:sz="0" w:space="0" w:color="auto"/>
                                <w:right w:val="none" w:sz="0" w:space="0" w:color="auto"/>
                              </w:divBdr>
                              <w:divsChild>
                                <w:div w:id="157701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5211473">
          <w:marLeft w:val="0"/>
          <w:marRight w:val="0"/>
          <w:marTop w:val="0"/>
          <w:marBottom w:val="0"/>
          <w:divBdr>
            <w:top w:val="none" w:sz="0" w:space="0" w:color="auto"/>
            <w:left w:val="none" w:sz="0" w:space="0" w:color="auto"/>
            <w:bottom w:val="none" w:sz="0" w:space="0" w:color="auto"/>
            <w:right w:val="none" w:sz="0" w:space="0" w:color="auto"/>
          </w:divBdr>
          <w:divsChild>
            <w:div w:id="2084796072">
              <w:marLeft w:val="0"/>
              <w:marRight w:val="0"/>
              <w:marTop w:val="0"/>
              <w:marBottom w:val="0"/>
              <w:divBdr>
                <w:top w:val="none" w:sz="0" w:space="0" w:color="auto"/>
                <w:left w:val="none" w:sz="0" w:space="0" w:color="auto"/>
                <w:bottom w:val="none" w:sz="0" w:space="0" w:color="auto"/>
                <w:right w:val="none" w:sz="0" w:space="0" w:color="auto"/>
              </w:divBdr>
              <w:divsChild>
                <w:div w:id="920453387">
                  <w:marLeft w:val="0"/>
                  <w:marRight w:val="0"/>
                  <w:marTop w:val="0"/>
                  <w:marBottom w:val="0"/>
                  <w:divBdr>
                    <w:top w:val="none" w:sz="0" w:space="0" w:color="auto"/>
                    <w:left w:val="none" w:sz="0" w:space="0" w:color="auto"/>
                    <w:bottom w:val="none" w:sz="0" w:space="0" w:color="auto"/>
                    <w:right w:val="none" w:sz="0" w:space="0" w:color="auto"/>
                  </w:divBdr>
                  <w:divsChild>
                    <w:div w:id="666396941">
                      <w:marLeft w:val="0"/>
                      <w:marRight w:val="0"/>
                      <w:marTop w:val="0"/>
                      <w:marBottom w:val="0"/>
                      <w:divBdr>
                        <w:top w:val="none" w:sz="0" w:space="0" w:color="auto"/>
                        <w:left w:val="none" w:sz="0" w:space="0" w:color="auto"/>
                        <w:bottom w:val="none" w:sz="0" w:space="0" w:color="auto"/>
                        <w:right w:val="none" w:sz="0" w:space="0" w:color="auto"/>
                      </w:divBdr>
                      <w:divsChild>
                        <w:div w:id="7104497">
                          <w:marLeft w:val="0"/>
                          <w:marRight w:val="0"/>
                          <w:marTop w:val="0"/>
                          <w:marBottom w:val="0"/>
                          <w:divBdr>
                            <w:top w:val="none" w:sz="0" w:space="0" w:color="auto"/>
                            <w:left w:val="none" w:sz="0" w:space="0" w:color="auto"/>
                            <w:bottom w:val="none" w:sz="0" w:space="0" w:color="auto"/>
                            <w:right w:val="none" w:sz="0" w:space="0" w:color="auto"/>
                          </w:divBdr>
                          <w:divsChild>
                            <w:div w:id="12033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832387">
          <w:marLeft w:val="0"/>
          <w:marRight w:val="0"/>
          <w:marTop w:val="0"/>
          <w:marBottom w:val="0"/>
          <w:divBdr>
            <w:top w:val="none" w:sz="0" w:space="0" w:color="auto"/>
            <w:left w:val="none" w:sz="0" w:space="0" w:color="auto"/>
            <w:bottom w:val="none" w:sz="0" w:space="0" w:color="auto"/>
            <w:right w:val="none" w:sz="0" w:space="0" w:color="auto"/>
          </w:divBdr>
          <w:divsChild>
            <w:div w:id="1785881117">
              <w:marLeft w:val="0"/>
              <w:marRight w:val="0"/>
              <w:marTop w:val="0"/>
              <w:marBottom w:val="0"/>
              <w:divBdr>
                <w:top w:val="none" w:sz="0" w:space="0" w:color="auto"/>
                <w:left w:val="none" w:sz="0" w:space="0" w:color="auto"/>
                <w:bottom w:val="none" w:sz="0" w:space="0" w:color="auto"/>
                <w:right w:val="none" w:sz="0" w:space="0" w:color="auto"/>
              </w:divBdr>
              <w:divsChild>
                <w:div w:id="119155284">
                  <w:marLeft w:val="0"/>
                  <w:marRight w:val="0"/>
                  <w:marTop w:val="0"/>
                  <w:marBottom w:val="0"/>
                  <w:divBdr>
                    <w:top w:val="none" w:sz="0" w:space="0" w:color="auto"/>
                    <w:left w:val="none" w:sz="0" w:space="0" w:color="auto"/>
                    <w:bottom w:val="none" w:sz="0" w:space="0" w:color="auto"/>
                    <w:right w:val="none" w:sz="0" w:space="0" w:color="auto"/>
                  </w:divBdr>
                  <w:divsChild>
                    <w:div w:id="1022393206">
                      <w:marLeft w:val="0"/>
                      <w:marRight w:val="0"/>
                      <w:marTop w:val="0"/>
                      <w:marBottom w:val="0"/>
                      <w:divBdr>
                        <w:top w:val="none" w:sz="0" w:space="0" w:color="auto"/>
                        <w:left w:val="none" w:sz="0" w:space="0" w:color="auto"/>
                        <w:bottom w:val="none" w:sz="0" w:space="0" w:color="auto"/>
                        <w:right w:val="none" w:sz="0" w:space="0" w:color="auto"/>
                      </w:divBdr>
                      <w:divsChild>
                        <w:div w:id="1743916131">
                          <w:marLeft w:val="0"/>
                          <w:marRight w:val="0"/>
                          <w:marTop w:val="0"/>
                          <w:marBottom w:val="0"/>
                          <w:divBdr>
                            <w:top w:val="none" w:sz="0" w:space="0" w:color="auto"/>
                            <w:left w:val="none" w:sz="0" w:space="0" w:color="auto"/>
                            <w:bottom w:val="none" w:sz="0" w:space="0" w:color="auto"/>
                            <w:right w:val="none" w:sz="0" w:space="0" w:color="auto"/>
                          </w:divBdr>
                          <w:divsChild>
                            <w:div w:id="1511604238">
                              <w:marLeft w:val="0"/>
                              <w:marRight w:val="0"/>
                              <w:marTop w:val="0"/>
                              <w:marBottom w:val="0"/>
                              <w:divBdr>
                                <w:top w:val="none" w:sz="0" w:space="0" w:color="auto"/>
                                <w:left w:val="none" w:sz="0" w:space="0" w:color="auto"/>
                                <w:bottom w:val="none" w:sz="0" w:space="0" w:color="auto"/>
                                <w:right w:val="none" w:sz="0" w:space="0" w:color="auto"/>
                              </w:divBdr>
                              <w:divsChild>
                                <w:div w:id="173188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8463755">
          <w:marLeft w:val="0"/>
          <w:marRight w:val="0"/>
          <w:marTop w:val="0"/>
          <w:marBottom w:val="0"/>
          <w:divBdr>
            <w:top w:val="none" w:sz="0" w:space="0" w:color="auto"/>
            <w:left w:val="none" w:sz="0" w:space="0" w:color="auto"/>
            <w:bottom w:val="none" w:sz="0" w:space="0" w:color="auto"/>
            <w:right w:val="none" w:sz="0" w:space="0" w:color="auto"/>
          </w:divBdr>
          <w:divsChild>
            <w:div w:id="908341840">
              <w:marLeft w:val="0"/>
              <w:marRight w:val="0"/>
              <w:marTop w:val="0"/>
              <w:marBottom w:val="0"/>
              <w:divBdr>
                <w:top w:val="none" w:sz="0" w:space="0" w:color="auto"/>
                <w:left w:val="none" w:sz="0" w:space="0" w:color="auto"/>
                <w:bottom w:val="none" w:sz="0" w:space="0" w:color="auto"/>
                <w:right w:val="none" w:sz="0" w:space="0" w:color="auto"/>
              </w:divBdr>
              <w:divsChild>
                <w:div w:id="1491017628">
                  <w:marLeft w:val="0"/>
                  <w:marRight w:val="0"/>
                  <w:marTop w:val="0"/>
                  <w:marBottom w:val="0"/>
                  <w:divBdr>
                    <w:top w:val="none" w:sz="0" w:space="0" w:color="auto"/>
                    <w:left w:val="none" w:sz="0" w:space="0" w:color="auto"/>
                    <w:bottom w:val="none" w:sz="0" w:space="0" w:color="auto"/>
                    <w:right w:val="none" w:sz="0" w:space="0" w:color="auto"/>
                  </w:divBdr>
                  <w:divsChild>
                    <w:div w:id="637536709">
                      <w:marLeft w:val="0"/>
                      <w:marRight w:val="0"/>
                      <w:marTop w:val="0"/>
                      <w:marBottom w:val="0"/>
                      <w:divBdr>
                        <w:top w:val="none" w:sz="0" w:space="0" w:color="auto"/>
                        <w:left w:val="none" w:sz="0" w:space="0" w:color="auto"/>
                        <w:bottom w:val="none" w:sz="0" w:space="0" w:color="auto"/>
                        <w:right w:val="none" w:sz="0" w:space="0" w:color="auto"/>
                      </w:divBdr>
                      <w:divsChild>
                        <w:div w:id="2132629888">
                          <w:marLeft w:val="0"/>
                          <w:marRight w:val="0"/>
                          <w:marTop w:val="0"/>
                          <w:marBottom w:val="0"/>
                          <w:divBdr>
                            <w:top w:val="none" w:sz="0" w:space="0" w:color="auto"/>
                            <w:left w:val="none" w:sz="0" w:space="0" w:color="auto"/>
                            <w:bottom w:val="none" w:sz="0" w:space="0" w:color="auto"/>
                            <w:right w:val="none" w:sz="0" w:space="0" w:color="auto"/>
                          </w:divBdr>
                          <w:divsChild>
                            <w:div w:id="197159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658143">
          <w:marLeft w:val="0"/>
          <w:marRight w:val="0"/>
          <w:marTop w:val="0"/>
          <w:marBottom w:val="0"/>
          <w:divBdr>
            <w:top w:val="none" w:sz="0" w:space="0" w:color="auto"/>
            <w:left w:val="none" w:sz="0" w:space="0" w:color="auto"/>
            <w:bottom w:val="none" w:sz="0" w:space="0" w:color="auto"/>
            <w:right w:val="none" w:sz="0" w:space="0" w:color="auto"/>
          </w:divBdr>
          <w:divsChild>
            <w:div w:id="2130661892">
              <w:marLeft w:val="0"/>
              <w:marRight w:val="0"/>
              <w:marTop w:val="0"/>
              <w:marBottom w:val="0"/>
              <w:divBdr>
                <w:top w:val="none" w:sz="0" w:space="0" w:color="auto"/>
                <w:left w:val="none" w:sz="0" w:space="0" w:color="auto"/>
                <w:bottom w:val="none" w:sz="0" w:space="0" w:color="auto"/>
                <w:right w:val="none" w:sz="0" w:space="0" w:color="auto"/>
              </w:divBdr>
              <w:divsChild>
                <w:div w:id="1126314808">
                  <w:marLeft w:val="0"/>
                  <w:marRight w:val="0"/>
                  <w:marTop w:val="0"/>
                  <w:marBottom w:val="0"/>
                  <w:divBdr>
                    <w:top w:val="none" w:sz="0" w:space="0" w:color="auto"/>
                    <w:left w:val="none" w:sz="0" w:space="0" w:color="auto"/>
                    <w:bottom w:val="none" w:sz="0" w:space="0" w:color="auto"/>
                    <w:right w:val="none" w:sz="0" w:space="0" w:color="auto"/>
                  </w:divBdr>
                  <w:divsChild>
                    <w:div w:id="809205193">
                      <w:marLeft w:val="0"/>
                      <w:marRight w:val="0"/>
                      <w:marTop w:val="0"/>
                      <w:marBottom w:val="0"/>
                      <w:divBdr>
                        <w:top w:val="none" w:sz="0" w:space="0" w:color="auto"/>
                        <w:left w:val="none" w:sz="0" w:space="0" w:color="auto"/>
                        <w:bottom w:val="none" w:sz="0" w:space="0" w:color="auto"/>
                        <w:right w:val="none" w:sz="0" w:space="0" w:color="auto"/>
                      </w:divBdr>
                      <w:divsChild>
                        <w:div w:id="328946888">
                          <w:marLeft w:val="0"/>
                          <w:marRight w:val="0"/>
                          <w:marTop w:val="0"/>
                          <w:marBottom w:val="0"/>
                          <w:divBdr>
                            <w:top w:val="none" w:sz="0" w:space="0" w:color="auto"/>
                            <w:left w:val="none" w:sz="0" w:space="0" w:color="auto"/>
                            <w:bottom w:val="none" w:sz="0" w:space="0" w:color="auto"/>
                            <w:right w:val="none" w:sz="0" w:space="0" w:color="auto"/>
                          </w:divBdr>
                          <w:divsChild>
                            <w:div w:id="1349260160">
                              <w:marLeft w:val="0"/>
                              <w:marRight w:val="0"/>
                              <w:marTop w:val="0"/>
                              <w:marBottom w:val="0"/>
                              <w:divBdr>
                                <w:top w:val="none" w:sz="0" w:space="0" w:color="auto"/>
                                <w:left w:val="none" w:sz="0" w:space="0" w:color="auto"/>
                                <w:bottom w:val="none" w:sz="0" w:space="0" w:color="auto"/>
                                <w:right w:val="none" w:sz="0" w:space="0" w:color="auto"/>
                              </w:divBdr>
                              <w:divsChild>
                                <w:div w:id="130373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5614761">
          <w:marLeft w:val="0"/>
          <w:marRight w:val="0"/>
          <w:marTop w:val="0"/>
          <w:marBottom w:val="0"/>
          <w:divBdr>
            <w:top w:val="none" w:sz="0" w:space="0" w:color="auto"/>
            <w:left w:val="none" w:sz="0" w:space="0" w:color="auto"/>
            <w:bottom w:val="none" w:sz="0" w:space="0" w:color="auto"/>
            <w:right w:val="none" w:sz="0" w:space="0" w:color="auto"/>
          </w:divBdr>
          <w:divsChild>
            <w:div w:id="1861972014">
              <w:marLeft w:val="0"/>
              <w:marRight w:val="0"/>
              <w:marTop w:val="0"/>
              <w:marBottom w:val="0"/>
              <w:divBdr>
                <w:top w:val="none" w:sz="0" w:space="0" w:color="auto"/>
                <w:left w:val="none" w:sz="0" w:space="0" w:color="auto"/>
                <w:bottom w:val="none" w:sz="0" w:space="0" w:color="auto"/>
                <w:right w:val="none" w:sz="0" w:space="0" w:color="auto"/>
              </w:divBdr>
              <w:divsChild>
                <w:div w:id="196507139">
                  <w:marLeft w:val="0"/>
                  <w:marRight w:val="0"/>
                  <w:marTop w:val="0"/>
                  <w:marBottom w:val="0"/>
                  <w:divBdr>
                    <w:top w:val="none" w:sz="0" w:space="0" w:color="auto"/>
                    <w:left w:val="none" w:sz="0" w:space="0" w:color="auto"/>
                    <w:bottom w:val="none" w:sz="0" w:space="0" w:color="auto"/>
                    <w:right w:val="none" w:sz="0" w:space="0" w:color="auto"/>
                  </w:divBdr>
                  <w:divsChild>
                    <w:div w:id="1280340310">
                      <w:marLeft w:val="0"/>
                      <w:marRight w:val="0"/>
                      <w:marTop w:val="0"/>
                      <w:marBottom w:val="0"/>
                      <w:divBdr>
                        <w:top w:val="none" w:sz="0" w:space="0" w:color="auto"/>
                        <w:left w:val="none" w:sz="0" w:space="0" w:color="auto"/>
                        <w:bottom w:val="none" w:sz="0" w:space="0" w:color="auto"/>
                        <w:right w:val="none" w:sz="0" w:space="0" w:color="auto"/>
                      </w:divBdr>
                      <w:divsChild>
                        <w:div w:id="1138917267">
                          <w:marLeft w:val="0"/>
                          <w:marRight w:val="0"/>
                          <w:marTop w:val="0"/>
                          <w:marBottom w:val="0"/>
                          <w:divBdr>
                            <w:top w:val="none" w:sz="0" w:space="0" w:color="auto"/>
                            <w:left w:val="none" w:sz="0" w:space="0" w:color="auto"/>
                            <w:bottom w:val="none" w:sz="0" w:space="0" w:color="auto"/>
                            <w:right w:val="none" w:sz="0" w:space="0" w:color="auto"/>
                          </w:divBdr>
                          <w:divsChild>
                            <w:div w:id="13503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866711">
          <w:marLeft w:val="0"/>
          <w:marRight w:val="0"/>
          <w:marTop w:val="0"/>
          <w:marBottom w:val="0"/>
          <w:divBdr>
            <w:top w:val="none" w:sz="0" w:space="0" w:color="auto"/>
            <w:left w:val="none" w:sz="0" w:space="0" w:color="auto"/>
            <w:bottom w:val="none" w:sz="0" w:space="0" w:color="auto"/>
            <w:right w:val="none" w:sz="0" w:space="0" w:color="auto"/>
          </w:divBdr>
          <w:divsChild>
            <w:div w:id="1112164729">
              <w:marLeft w:val="0"/>
              <w:marRight w:val="0"/>
              <w:marTop w:val="0"/>
              <w:marBottom w:val="0"/>
              <w:divBdr>
                <w:top w:val="none" w:sz="0" w:space="0" w:color="auto"/>
                <w:left w:val="none" w:sz="0" w:space="0" w:color="auto"/>
                <w:bottom w:val="none" w:sz="0" w:space="0" w:color="auto"/>
                <w:right w:val="none" w:sz="0" w:space="0" w:color="auto"/>
              </w:divBdr>
              <w:divsChild>
                <w:div w:id="482233107">
                  <w:marLeft w:val="0"/>
                  <w:marRight w:val="0"/>
                  <w:marTop w:val="0"/>
                  <w:marBottom w:val="0"/>
                  <w:divBdr>
                    <w:top w:val="none" w:sz="0" w:space="0" w:color="auto"/>
                    <w:left w:val="none" w:sz="0" w:space="0" w:color="auto"/>
                    <w:bottom w:val="none" w:sz="0" w:space="0" w:color="auto"/>
                    <w:right w:val="none" w:sz="0" w:space="0" w:color="auto"/>
                  </w:divBdr>
                  <w:divsChild>
                    <w:div w:id="1051613471">
                      <w:marLeft w:val="0"/>
                      <w:marRight w:val="0"/>
                      <w:marTop w:val="0"/>
                      <w:marBottom w:val="0"/>
                      <w:divBdr>
                        <w:top w:val="none" w:sz="0" w:space="0" w:color="auto"/>
                        <w:left w:val="none" w:sz="0" w:space="0" w:color="auto"/>
                        <w:bottom w:val="none" w:sz="0" w:space="0" w:color="auto"/>
                        <w:right w:val="none" w:sz="0" w:space="0" w:color="auto"/>
                      </w:divBdr>
                      <w:divsChild>
                        <w:div w:id="1218006767">
                          <w:marLeft w:val="0"/>
                          <w:marRight w:val="0"/>
                          <w:marTop w:val="0"/>
                          <w:marBottom w:val="0"/>
                          <w:divBdr>
                            <w:top w:val="none" w:sz="0" w:space="0" w:color="auto"/>
                            <w:left w:val="none" w:sz="0" w:space="0" w:color="auto"/>
                            <w:bottom w:val="none" w:sz="0" w:space="0" w:color="auto"/>
                            <w:right w:val="none" w:sz="0" w:space="0" w:color="auto"/>
                          </w:divBdr>
                          <w:divsChild>
                            <w:div w:id="1025525173">
                              <w:marLeft w:val="0"/>
                              <w:marRight w:val="0"/>
                              <w:marTop w:val="0"/>
                              <w:marBottom w:val="0"/>
                              <w:divBdr>
                                <w:top w:val="none" w:sz="0" w:space="0" w:color="auto"/>
                                <w:left w:val="none" w:sz="0" w:space="0" w:color="auto"/>
                                <w:bottom w:val="none" w:sz="0" w:space="0" w:color="auto"/>
                                <w:right w:val="none" w:sz="0" w:space="0" w:color="auto"/>
                              </w:divBdr>
                              <w:divsChild>
                                <w:div w:id="16798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713377">
          <w:marLeft w:val="0"/>
          <w:marRight w:val="0"/>
          <w:marTop w:val="0"/>
          <w:marBottom w:val="0"/>
          <w:divBdr>
            <w:top w:val="none" w:sz="0" w:space="0" w:color="auto"/>
            <w:left w:val="none" w:sz="0" w:space="0" w:color="auto"/>
            <w:bottom w:val="none" w:sz="0" w:space="0" w:color="auto"/>
            <w:right w:val="none" w:sz="0" w:space="0" w:color="auto"/>
          </w:divBdr>
          <w:divsChild>
            <w:div w:id="1501695105">
              <w:marLeft w:val="0"/>
              <w:marRight w:val="0"/>
              <w:marTop w:val="0"/>
              <w:marBottom w:val="0"/>
              <w:divBdr>
                <w:top w:val="none" w:sz="0" w:space="0" w:color="auto"/>
                <w:left w:val="none" w:sz="0" w:space="0" w:color="auto"/>
                <w:bottom w:val="none" w:sz="0" w:space="0" w:color="auto"/>
                <w:right w:val="none" w:sz="0" w:space="0" w:color="auto"/>
              </w:divBdr>
              <w:divsChild>
                <w:div w:id="745998412">
                  <w:marLeft w:val="0"/>
                  <w:marRight w:val="0"/>
                  <w:marTop w:val="0"/>
                  <w:marBottom w:val="0"/>
                  <w:divBdr>
                    <w:top w:val="none" w:sz="0" w:space="0" w:color="auto"/>
                    <w:left w:val="none" w:sz="0" w:space="0" w:color="auto"/>
                    <w:bottom w:val="none" w:sz="0" w:space="0" w:color="auto"/>
                    <w:right w:val="none" w:sz="0" w:space="0" w:color="auto"/>
                  </w:divBdr>
                  <w:divsChild>
                    <w:div w:id="436830078">
                      <w:marLeft w:val="0"/>
                      <w:marRight w:val="0"/>
                      <w:marTop w:val="0"/>
                      <w:marBottom w:val="0"/>
                      <w:divBdr>
                        <w:top w:val="none" w:sz="0" w:space="0" w:color="auto"/>
                        <w:left w:val="none" w:sz="0" w:space="0" w:color="auto"/>
                        <w:bottom w:val="none" w:sz="0" w:space="0" w:color="auto"/>
                        <w:right w:val="none" w:sz="0" w:space="0" w:color="auto"/>
                      </w:divBdr>
                      <w:divsChild>
                        <w:div w:id="963536510">
                          <w:marLeft w:val="0"/>
                          <w:marRight w:val="0"/>
                          <w:marTop w:val="0"/>
                          <w:marBottom w:val="0"/>
                          <w:divBdr>
                            <w:top w:val="none" w:sz="0" w:space="0" w:color="auto"/>
                            <w:left w:val="none" w:sz="0" w:space="0" w:color="auto"/>
                            <w:bottom w:val="none" w:sz="0" w:space="0" w:color="auto"/>
                            <w:right w:val="none" w:sz="0" w:space="0" w:color="auto"/>
                          </w:divBdr>
                          <w:divsChild>
                            <w:div w:id="98979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2106925">
          <w:marLeft w:val="0"/>
          <w:marRight w:val="0"/>
          <w:marTop w:val="0"/>
          <w:marBottom w:val="0"/>
          <w:divBdr>
            <w:top w:val="none" w:sz="0" w:space="0" w:color="auto"/>
            <w:left w:val="none" w:sz="0" w:space="0" w:color="auto"/>
            <w:bottom w:val="none" w:sz="0" w:space="0" w:color="auto"/>
            <w:right w:val="none" w:sz="0" w:space="0" w:color="auto"/>
          </w:divBdr>
          <w:divsChild>
            <w:div w:id="1566527204">
              <w:marLeft w:val="0"/>
              <w:marRight w:val="0"/>
              <w:marTop w:val="0"/>
              <w:marBottom w:val="0"/>
              <w:divBdr>
                <w:top w:val="none" w:sz="0" w:space="0" w:color="auto"/>
                <w:left w:val="none" w:sz="0" w:space="0" w:color="auto"/>
                <w:bottom w:val="none" w:sz="0" w:space="0" w:color="auto"/>
                <w:right w:val="none" w:sz="0" w:space="0" w:color="auto"/>
              </w:divBdr>
              <w:divsChild>
                <w:div w:id="1234777728">
                  <w:marLeft w:val="0"/>
                  <w:marRight w:val="0"/>
                  <w:marTop w:val="0"/>
                  <w:marBottom w:val="0"/>
                  <w:divBdr>
                    <w:top w:val="none" w:sz="0" w:space="0" w:color="auto"/>
                    <w:left w:val="none" w:sz="0" w:space="0" w:color="auto"/>
                    <w:bottom w:val="none" w:sz="0" w:space="0" w:color="auto"/>
                    <w:right w:val="none" w:sz="0" w:space="0" w:color="auto"/>
                  </w:divBdr>
                  <w:divsChild>
                    <w:div w:id="1362585599">
                      <w:marLeft w:val="0"/>
                      <w:marRight w:val="0"/>
                      <w:marTop w:val="0"/>
                      <w:marBottom w:val="0"/>
                      <w:divBdr>
                        <w:top w:val="none" w:sz="0" w:space="0" w:color="auto"/>
                        <w:left w:val="none" w:sz="0" w:space="0" w:color="auto"/>
                        <w:bottom w:val="none" w:sz="0" w:space="0" w:color="auto"/>
                        <w:right w:val="none" w:sz="0" w:space="0" w:color="auto"/>
                      </w:divBdr>
                      <w:divsChild>
                        <w:div w:id="10231492">
                          <w:marLeft w:val="0"/>
                          <w:marRight w:val="0"/>
                          <w:marTop w:val="0"/>
                          <w:marBottom w:val="0"/>
                          <w:divBdr>
                            <w:top w:val="none" w:sz="0" w:space="0" w:color="auto"/>
                            <w:left w:val="none" w:sz="0" w:space="0" w:color="auto"/>
                            <w:bottom w:val="none" w:sz="0" w:space="0" w:color="auto"/>
                            <w:right w:val="none" w:sz="0" w:space="0" w:color="auto"/>
                          </w:divBdr>
                          <w:divsChild>
                            <w:div w:id="1522628286">
                              <w:marLeft w:val="0"/>
                              <w:marRight w:val="0"/>
                              <w:marTop w:val="0"/>
                              <w:marBottom w:val="0"/>
                              <w:divBdr>
                                <w:top w:val="none" w:sz="0" w:space="0" w:color="auto"/>
                                <w:left w:val="none" w:sz="0" w:space="0" w:color="auto"/>
                                <w:bottom w:val="none" w:sz="0" w:space="0" w:color="auto"/>
                                <w:right w:val="none" w:sz="0" w:space="0" w:color="auto"/>
                              </w:divBdr>
                              <w:divsChild>
                                <w:div w:id="132081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383646">
          <w:marLeft w:val="0"/>
          <w:marRight w:val="0"/>
          <w:marTop w:val="0"/>
          <w:marBottom w:val="0"/>
          <w:divBdr>
            <w:top w:val="none" w:sz="0" w:space="0" w:color="auto"/>
            <w:left w:val="none" w:sz="0" w:space="0" w:color="auto"/>
            <w:bottom w:val="none" w:sz="0" w:space="0" w:color="auto"/>
            <w:right w:val="none" w:sz="0" w:space="0" w:color="auto"/>
          </w:divBdr>
          <w:divsChild>
            <w:div w:id="2044673474">
              <w:marLeft w:val="0"/>
              <w:marRight w:val="0"/>
              <w:marTop w:val="0"/>
              <w:marBottom w:val="0"/>
              <w:divBdr>
                <w:top w:val="none" w:sz="0" w:space="0" w:color="auto"/>
                <w:left w:val="none" w:sz="0" w:space="0" w:color="auto"/>
                <w:bottom w:val="none" w:sz="0" w:space="0" w:color="auto"/>
                <w:right w:val="none" w:sz="0" w:space="0" w:color="auto"/>
              </w:divBdr>
              <w:divsChild>
                <w:div w:id="1328829712">
                  <w:marLeft w:val="0"/>
                  <w:marRight w:val="0"/>
                  <w:marTop w:val="0"/>
                  <w:marBottom w:val="0"/>
                  <w:divBdr>
                    <w:top w:val="none" w:sz="0" w:space="0" w:color="auto"/>
                    <w:left w:val="none" w:sz="0" w:space="0" w:color="auto"/>
                    <w:bottom w:val="none" w:sz="0" w:space="0" w:color="auto"/>
                    <w:right w:val="none" w:sz="0" w:space="0" w:color="auto"/>
                  </w:divBdr>
                  <w:divsChild>
                    <w:div w:id="657542542">
                      <w:marLeft w:val="0"/>
                      <w:marRight w:val="0"/>
                      <w:marTop w:val="0"/>
                      <w:marBottom w:val="0"/>
                      <w:divBdr>
                        <w:top w:val="none" w:sz="0" w:space="0" w:color="auto"/>
                        <w:left w:val="none" w:sz="0" w:space="0" w:color="auto"/>
                        <w:bottom w:val="none" w:sz="0" w:space="0" w:color="auto"/>
                        <w:right w:val="none" w:sz="0" w:space="0" w:color="auto"/>
                      </w:divBdr>
                      <w:divsChild>
                        <w:div w:id="513499911">
                          <w:marLeft w:val="0"/>
                          <w:marRight w:val="0"/>
                          <w:marTop w:val="0"/>
                          <w:marBottom w:val="0"/>
                          <w:divBdr>
                            <w:top w:val="none" w:sz="0" w:space="0" w:color="auto"/>
                            <w:left w:val="none" w:sz="0" w:space="0" w:color="auto"/>
                            <w:bottom w:val="none" w:sz="0" w:space="0" w:color="auto"/>
                            <w:right w:val="none" w:sz="0" w:space="0" w:color="auto"/>
                          </w:divBdr>
                          <w:divsChild>
                            <w:div w:id="15957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142598">
          <w:marLeft w:val="0"/>
          <w:marRight w:val="0"/>
          <w:marTop w:val="0"/>
          <w:marBottom w:val="0"/>
          <w:divBdr>
            <w:top w:val="none" w:sz="0" w:space="0" w:color="auto"/>
            <w:left w:val="none" w:sz="0" w:space="0" w:color="auto"/>
            <w:bottom w:val="none" w:sz="0" w:space="0" w:color="auto"/>
            <w:right w:val="none" w:sz="0" w:space="0" w:color="auto"/>
          </w:divBdr>
          <w:divsChild>
            <w:div w:id="2045131336">
              <w:marLeft w:val="0"/>
              <w:marRight w:val="0"/>
              <w:marTop w:val="0"/>
              <w:marBottom w:val="0"/>
              <w:divBdr>
                <w:top w:val="none" w:sz="0" w:space="0" w:color="auto"/>
                <w:left w:val="none" w:sz="0" w:space="0" w:color="auto"/>
                <w:bottom w:val="none" w:sz="0" w:space="0" w:color="auto"/>
                <w:right w:val="none" w:sz="0" w:space="0" w:color="auto"/>
              </w:divBdr>
              <w:divsChild>
                <w:div w:id="730470358">
                  <w:marLeft w:val="0"/>
                  <w:marRight w:val="0"/>
                  <w:marTop w:val="0"/>
                  <w:marBottom w:val="0"/>
                  <w:divBdr>
                    <w:top w:val="none" w:sz="0" w:space="0" w:color="auto"/>
                    <w:left w:val="none" w:sz="0" w:space="0" w:color="auto"/>
                    <w:bottom w:val="none" w:sz="0" w:space="0" w:color="auto"/>
                    <w:right w:val="none" w:sz="0" w:space="0" w:color="auto"/>
                  </w:divBdr>
                  <w:divsChild>
                    <w:div w:id="2131195380">
                      <w:marLeft w:val="0"/>
                      <w:marRight w:val="0"/>
                      <w:marTop w:val="0"/>
                      <w:marBottom w:val="0"/>
                      <w:divBdr>
                        <w:top w:val="none" w:sz="0" w:space="0" w:color="auto"/>
                        <w:left w:val="none" w:sz="0" w:space="0" w:color="auto"/>
                        <w:bottom w:val="none" w:sz="0" w:space="0" w:color="auto"/>
                        <w:right w:val="none" w:sz="0" w:space="0" w:color="auto"/>
                      </w:divBdr>
                      <w:divsChild>
                        <w:div w:id="2102607316">
                          <w:marLeft w:val="0"/>
                          <w:marRight w:val="0"/>
                          <w:marTop w:val="0"/>
                          <w:marBottom w:val="0"/>
                          <w:divBdr>
                            <w:top w:val="none" w:sz="0" w:space="0" w:color="auto"/>
                            <w:left w:val="none" w:sz="0" w:space="0" w:color="auto"/>
                            <w:bottom w:val="none" w:sz="0" w:space="0" w:color="auto"/>
                            <w:right w:val="none" w:sz="0" w:space="0" w:color="auto"/>
                          </w:divBdr>
                          <w:divsChild>
                            <w:div w:id="2093696512">
                              <w:marLeft w:val="0"/>
                              <w:marRight w:val="0"/>
                              <w:marTop w:val="0"/>
                              <w:marBottom w:val="0"/>
                              <w:divBdr>
                                <w:top w:val="none" w:sz="0" w:space="0" w:color="auto"/>
                                <w:left w:val="none" w:sz="0" w:space="0" w:color="auto"/>
                                <w:bottom w:val="none" w:sz="0" w:space="0" w:color="auto"/>
                                <w:right w:val="none" w:sz="0" w:space="0" w:color="auto"/>
                              </w:divBdr>
                              <w:divsChild>
                                <w:div w:id="192086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75982">
          <w:marLeft w:val="0"/>
          <w:marRight w:val="0"/>
          <w:marTop w:val="0"/>
          <w:marBottom w:val="0"/>
          <w:divBdr>
            <w:top w:val="none" w:sz="0" w:space="0" w:color="auto"/>
            <w:left w:val="none" w:sz="0" w:space="0" w:color="auto"/>
            <w:bottom w:val="none" w:sz="0" w:space="0" w:color="auto"/>
            <w:right w:val="none" w:sz="0" w:space="0" w:color="auto"/>
          </w:divBdr>
          <w:divsChild>
            <w:div w:id="2056194979">
              <w:marLeft w:val="0"/>
              <w:marRight w:val="0"/>
              <w:marTop w:val="0"/>
              <w:marBottom w:val="0"/>
              <w:divBdr>
                <w:top w:val="none" w:sz="0" w:space="0" w:color="auto"/>
                <w:left w:val="none" w:sz="0" w:space="0" w:color="auto"/>
                <w:bottom w:val="none" w:sz="0" w:space="0" w:color="auto"/>
                <w:right w:val="none" w:sz="0" w:space="0" w:color="auto"/>
              </w:divBdr>
              <w:divsChild>
                <w:div w:id="907879183">
                  <w:marLeft w:val="0"/>
                  <w:marRight w:val="0"/>
                  <w:marTop w:val="0"/>
                  <w:marBottom w:val="0"/>
                  <w:divBdr>
                    <w:top w:val="none" w:sz="0" w:space="0" w:color="auto"/>
                    <w:left w:val="none" w:sz="0" w:space="0" w:color="auto"/>
                    <w:bottom w:val="none" w:sz="0" w:space="0" w:color="auto"/>
                    <w:right w:val="none" w:sz="0" w:space="0" w:color="auto"/>
                  </w:divBdr>
                  <w:divsChild>
                    <w:div w:id="1687832115">
                      <w:marLeft w:val="0"/>
                      <w:marRight w:val="0"/>
                      <w:marTop w:val="0"/>
                      <w:marBottom w:val="0"/>
                      <w:divBdr>
                        <w:top w:val="none" w:sz="0" w:space="0" w:color="auto"/>
                        <w:left w:val="none" w:sz="0" w:space="0" w:color="auto"/>
                        <w:bottom w:val="none" w:sz="0" w:space="0" w:color="auto"/>
                        <w:right w:val="none" w:sz="0" w:space="0" w:color="auto"/>
                      </w:divBdr>
                      <w:divsChild>
                        <w:div w:id="556433122">
                          <w:marLeft w:val="0"/>
                          <w:marRight w:val="0"/>
                          <w:marTop w:val="0"/>
                          <w:marBottom w:val="0"/>
                          <w:divBdr>
                            <w:top w:val="none" w:sz="0" w:space="0" w:color="auto"/>
                            <w:left w:val="none" w:sz="0" w:space="0" w:color="auto"/>
                            <w:bottom w:val="none" w:sz="0" w:space="0" w:color="auto"/>
                            <w:right w:val="none" w:sz="0" w:space="0" w:color="auto"/>
                          </w:divBdr>
                          <w:divsChild>
                            <w:div w:id="203962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689033">
          <w:marLeft w:val="0"/>
          <w:marRight w:val="0"/>
          <w:marTop w:val="0"/>
          <w:marBottom w:val="0"/>
          <w:divBdr>
            <w:top w:val="none" w:sz="0" w:space="0" w:color="auto"/>
            <w:left w:val="none" w:sz="0" w:space="0" w:color="auto"/>
            <w:bottom w:val="none" w:sz="0" w:space="0" w:color="auto"/>
            <w:right w:val="none" w:sz="0" w:space="0" w:color="auto"/>
          </w:divBdr>
          <w:divsChild>
            <w:div w:id="1303802877">
              <w:marLeft w:val="0"/>
              <w:marRight w:val="0"/>
              <w:marTop w:val="0"/>
              <w:marBottom w:val="0"/>
              <w:divBdr>
                <w:top w:val="none" w:sz="0" w:space="0" w:color="auto"/>
                <w:left w:val="none" w:sz="0" w:space="0" w:color="auto"/>
                <w:bottom w:val="none" w:sz="0" w:space="0" w:color="auto"/>
                <w:right w:val="none" w:sz="0" w:space="0" w:color="auto"/>
              </w:divBdr>
              <w:divsChild>
                <w:div w:id="762648940">
                  <w:marLeft w:val="0"/>
                  <w:marRight w:val="0"/>
                  <w:marTop w:val="0"/>
                  <w:marBottom w:val="0"/>
                  <w:divBdr>
                    <w:top w:val="none" w:sz="0" w:space="0" w:color="auto"/>
                    <w:left w:val="none" w:sz="0" w:space="0" w:color="auto"/>
                    <w:bottom w:val="none" w:sz="0" w:space="0" w:color="auto"/>
                    <w:right w:val="none" w:sz="0" w:space="0" w:color="auto"/>
                  </w:divBdr>
                  <w:divsChild>
                    <w:div w:id="22560493">
                      <w:marLeft w:val="0"/>
                      <w:marRight w:val="0"/>
                      <w:marTop w:val="0"/>
                      <w:marBottom w:val="0"/>
                      <w:divBdr>
                        <w:top w:val="none" w:sz="0" w:space="0" w:color="auto"/>
                        <w:left w:val="none" w:sz="0" w:space="0" w:color="auto"/>
                        <w:bottom w:val="none" w:sz="0" w:space="0" w:color="auto"/>
                        <w:right w:val="none" w:sz="0" w:space="0" w:color="auto"/>
                      </w:divBdr>
                      <w:divsChild>
                        <w:div w:id="824667244">
                          <w:marLeft w:val="0"/>
                          <w:marRight w:val="0"/>
                          <w:marTop w:val="0"/>
                          <w:marBottom w:val="0"/>
                          <w:divBdr>
                            <w:top w:val="none" w:sz="0" w:space="0" w:color="auto"/>
                            <w:left w:val="none" w:sz="0" w:space="0" w:color="auto"/>
                            <w:bottom w:val="none" w:sz="0" w:space="0" w:color="auto"/>
                            <w:right w:val="none" w:sz="0" w:space="0" w:color="auto"/>
                          </w:divBdr>
                          <w:divsChild>
                            <w:div w:id="2069182783">
                              <w:marLeft w:val="0"/>
                              <w:marRight w:val="0"/>
                              <w:marTop w:val="0"/>
                              <w:marBottom w:val="0"/>
                              <w:divBdr>
                                <w:top w:val="none" w:sz="0" w:space="0" w:color="auto"/>
                                <w:left w:val="none" w:sz="0" w:space="0" w:color="auto"/>
                                <w:bottom w:val="none" w:sz="0" w:space="0" w:color="auto"/>
                                <w:right w:val="none" w:sz="0" w:space="0" w:color="auto"/>
                              </w:divBdr>
                              <w:divsChild>
                                <w:div w:id="57875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679595">
          <w:marLeft w:val="0"/>
          <w:marRight w:val="0"/>
          <w:marTop w:val="0"/>
          <w:marBottom w:val="0"/>
          <w:divBdr>
            <w:top w:val="none" w:sz="0" w:space="0" w:color="auto"/>
            <w:left w:val="none" w:sz="0" w:space="0" w:color="auto"/>
            <w:bottom w:val="none" w:sz="0" w:space="0" w:color="auto"/>
            <w:right w:val="none" w:sz="0" w:space="0" w:color="auto"/>
          </w:divBdr>
          <w:divsChild>
            <w:div w:id="798110063">
              <w:marLeft w:val="0"/>
              <w:marRight w:val="0"/>
              <w:marTop w:val="0"/>
              <w:marBottom w:val="0"/>
              <w:divBdr>
                <w:top w:val="none" w:sz="0" w:space="0" w:color="auto"/>
                <w:left w:val="none" w:sz="0" w:space="0" w:color="auto"/>
                <w:bottom w:val="none" w:sz="0" w:space="0" w:color="auto"/>
                <w:right w:val="none" w:sz="0" w:space="0" w:color="auto"/>
              </w:divBdr>
              <w:divsChild>
                <w:div w:id="1729836727">
                  <w:marLeft w:val="0"/>
                  <w:marRight w:val="0"/>
                  <w:marTop w:val="0"/>
                  <w:marBottom w:val="0"/>
                  <w:divBdr>
                    <w:top w:val="none" w:sz="0" w:space="0" w:color="auto"/>
                    <w:left w:val="none" w:sz="0" w:space="0" w:color="auto"/>
                    <w:bottom w:val="none" w:sz="0" w:space="0" w:color="auto"/>
                    <w:right w:val="none" w:sz="0" w:space="0" w:color="auto"/>
                  </w:divBdr>
                  <w:divsChild>
                    <w:div w:id="1495758919">
                      <w:marLeft w:val="0"/>
                      <w:marRight w:val="0"/>
                      <w:marTop w:val="0"/>
                      <w:marBottom w:val="0"/>
                      <w:divBdr>
                        <w:top w:val="none" w:sz="0" w:space="0" w:color="auto"/>
                        <w:left w:val="none" w:sz="0" w:space="0" w:color="auto"/>
                        <w:bottom w:val="none" w:sz="0" w:space="0" w:color="auto"/>
                        <w:right w:val="none" w:sz="0" w:space="0" w:color="auto"/>
                      </w:divBdr>
                      <w:divsChild>
                        <w:div w:id="531651432">
                          <w:marLeft w:val="0"/>
                          <w:marRight w:val="0"/>
                          <w:marTop w:val="0"/>
                          <w:marBottom w:val="0"/>
                          <w:divBdr>
                            <w:top w:val="none" w:sz="0" w:space="0" w:color="auto"/>
                            <w:left w:val="none" w:sz="0" w:space="0" w:color="auto"/>
                            <w:bottom w:val="none" w:sz="0" w:space="0" w:color="auto"/>
                            <w:right w:val="none" w:sz="0" w:space="0" w:color="auto"/>
                          </w:divBdr>
                          <w:divsChild>
                            <w:div w:id="171750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292432">
          <w:marLeft w:val="0"/>
          <w:marRight w:val="0"/>
          <w:marTop w:val="0"/>
          <w:marBottom w:val="0"/>
          <w:divBdr>
            <w:top w:val="none" w:sz="0" w:space="0" w:color="auto"/>
            <w:left w:val="none" w:sz="0" w:space="0" w:color="auto"/>
            <w:bottom w:val="none" w:sz="0" w:space="0" w:color="auto"/>
            <w:right w:val="none" w:sz="0" w:space="0" w:color="auto"/>
          </w:divBdr>
          <w:divsChild>
            <w:div w:id="727388023">
              <w:marLeft w:val="0"/>
              <w:marRight w:val="0"/>
              <w:marTop w:val="0"/>
              <w:marBottom w:val="0"/>
              <w:divBdr>
                <w:top w:val="none" w:sz="0" w:space="0" w:color="auto"/>
                <w:left w:val="none" w:sz="0" w:space="0" w:color="auto"/>
                <w:bottom w:val="none" w:sz="0" w:space="0" w:color="auto"/>
                <w:right w:val="none" w:sz="0" w:space="0" w:color="auto"/>
              </w:divBdr>
              <w:divsChild>
                <w:div w:id="765854745">
                  <w:marLeft w:val="0"/>
                  <w:marRight w:val="0"/>
                  <w:marTop w:val="0"/>
                  <w:marBottom w:val="0"/>
                  <w:divBdr>
                    <w:top w:val="none" w:sz="0" w:space="0" w:color="auto"/>
                    <w:left w:val="none" w:sz="0" w:space="0" w:color="auto"/>
                    <w:bottom w:val="none" w:sz="0" w:space="0" w:color="auto"/>
                    <w:right w:val="none" w:sz="0" w:space="0" w:color="auto"/>
                  </w:divBdr>
                  <w:divsChild>
                    <w:div w:id="1751923067">
                      <w:marLeft w:val="0"/>
                      <w:marRight w:val="0"/>
                      <w:marTop w:val="0"/>
                      <w:marBottom w:val="0"/>
                      <w:divBdr>
                        <w:top w:val="none" w:sz="0" w:space="0" w:color="auto"/>
                        <w:left w:val="none" w:sz="0" w:space="0" w:color="auto"/>
                        <w:bottom w:val="none" w:sz="0" w:space="0" w:color="auto"/>
                        <w:right w:val="none" w:sz="0" w:space="0" w:color="auto"/>
                      </w:divBdr>
                      <w:divsChild>
                        <w:div w:id="1197700764">
                          <w:marLeft w:val="0"/>
                          <w:marRight w:val="0"/>
                          <w:marTop w:val="0"/>
                          <w:marBottom w:val="0"/>
                          <w:divBdr>
                            <w:top w:val="none" w:sz="0" w:space="0" w:color="auto"/>
                            <w:left w:val="none" w:sz="0" w:space="0" w:color="auto"/>
                            <w:bottom w:val="none" w:sz="0" w:space="0" w:color="auto"/>
                            <w:right w:val="none" w:sz="0" w:space="0" w:color="auto"/>
                          </w:divBdr>
                          <w:divsChild>
                            <w:div w:id="211187939">
                              <w:marLeft w:val="0"/>
                              <w:marRight w:val="0"/>
                              <w:marTop w:val="0"/>
                              <w:marBottom w:val="0"/>
                              <w:divBdr>
                                <w:top w:val="none" w:sz="0" w:space="0" w:color="auto"/>
                                <w:left w:val="none" w:sz="0" w:space="0" w:color="auto"/>
                                <w:bottom w:val="none" w:sz="0" w:space="0" w:color="auto"/>
                                <w:right w:val="none" w:sz="0" w:space="0" w:color="auto"/>
                              </w:divBdr>
                              <w:divsChild>
                                <w:div w:id="122455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225175">
          <w:marLeft w:val="0"/>
          <w:marRight w:val="0"/>
          <w:marTop w:val="0"/>
          <w:marBottom w:val="0"/>
          <w:divBdr>
            <w:top w:val="none" w:sz="0" w:space="0" w:color="auto"/>
            <w:left w:val="none" w:sz="0" w:space="0" w:color="auto"/>
            <w:bottom w:val="none" w:sz="0" w:space="0" w:color="auto"/>
            <w:right w:val="none" w:sz="0" w:space="0" w:color="auto"/>
          </w:divBdr>
          <w:divsChild>
            <w:div w:id="38823270">
              <w:marLeft w:val="0"/>
              <w:marRight w:val="0"/>
              <w:marTop w:val="0"/>
              <w:marBottom w:val="0"/>
              <w:divBdr>
                <w:top w:val="none" w:sz="0" w:space="0" w:color="auto"/>
                <w:left w:val="none" w:sz="0" w:space="0" w:color="auto"/>
                <w:bottom w:val="none" w:sz="0" w:space="0" w:color="auto"/>
                <w:right w:val="none" w:sz="0" w:space="0" w:color="auto"/>
              </w:divBdr>
              <w:divsChild>
                <w:div w:id="295724259">
                  <w:marLeft w:val="0"/>
                  <w:marRight w:val="0"/>
                  <w:marTop w:val="0"/>
                  <w:marBottom w:val="0"/>
                  <w:divBdr>
                    <w:top w:val="none" w:sz="0" w:space="0" w:color="auto"/>
                    <w:left w:val="none" w:sz="0" w:space="0" w:color="auto"/>
                    <w:bottom w:val="none" w:sz="0" w:space="0" w:color="auto"/>
                    <w:right w:val="none" w:sz="0" w:space="0" w:color="auto"/>
                  </w:divBdr>
                  <w:divsChild>
                    <w:div w:id="622612800">
                      <w:marLeft w:val="0"/>
                      <w:marRight w:val="0"/>
                      <w:marTop w:val="0"/>
                      <w:marBottom w:val="0"/>
                      <w:divBdr>
                        <w:top w:val="none" w:sz="0" w:space="0" w:color="auto"/>
                        <w:left w:val="none" w:sz="0" w:space="0" w:color="auto"/>
                        <w:bottom w:val="none" w:sz="0" w:space="0" w:color="auto"/>
                        <w:right w:val="none" w:sz="0" w:space="0" w:color="auto"/>
                      </w:divBdr>
                      <w:divsChild>
                        <w:div w:id="235163424">
                          <w:marLeft w:val="0"/>
                          <w:marRight w:val="0"/>
                          <w:marTop w:val="0"/>
                          <w:marBottom w:val="0"/>
                          <w:divBdr>
                            <w:top w:val="none" w:sz="0" w:space="0" w:color="auto"/>
                            <w:left w:val="none" w:sz="0" w:space="0" w:color="auto"/>
                            <w:bottom w:val="none" w:sz="0" w:space="0" w:color="auto"/>
                            <w:right w:val="none" w:sz="0" w:space="0" w:color="auto"/>
                          </w:divBdr>
                          <w:divsChild>
                            <w:div w:id="119585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306846">
          <w:marLeft w:val="0"/>
          <w:marRight w:val="0"/>
          <w:marTop w:val="0"/>
          <w:marBottom w:val="0"/>
          <w:divBdr>
            <w:top w:val="none" w:sz="0" w:space="0" w:color="auto"/>
            <w:left w:val="none" w:sz="0" w:space="0" w:color="auto"/>
            <w:bottom w:val="none" w:sz="0" w:space="0" w:color="auto"/>
            <w:right w:val="none" w:sz="0" w:space="0" w:color="auto"/>
          </w:divBdr>
          <w:divsChild>
            <w:div w:id="2100518643">
              <w:marLeft w:val="0"/>
              <w:marRight w:val="0"/>
              <w:marTop w:val="0"/>
              <w:marBottom w:val="0"/>
              <w:divBdr>
                <w:top w:val="none" w:sz="0" w:space="0" w:color="auto"/>
                <w:left w:val="none" w:sz="0" w:space="0" w:color="auto"/>
                <w:bottom w:val="none" w:sz="0" w:space="0" w:color="auto"/>
                <w:right w:val="none" w:sz="0" w:space="0" w:color="auto"/>
              </w:divBdr>
              <w:divsChild>
                <w:div w:id="1100226238">
                  <w:marLeft w:val="0"/>
                  <w:marRight w:val="0"/>
                  <w:marTop w:val="0"/>
                  <w:marBottom w:val="0"/>
                  <w:divBdr>
                    <w:top w:val="none" w:sz="0" w:space="0" w:color="auto"/>
                    <w:left w:val="none" w:sz="0" w:space="0" w:color="auto"/>
                    <w:bottom w:val="none" w:sz="0" w:space="0" w:color="auto"/>
                    <w:right w:val="none" w:sz="0" w:space="0" w:color="auto"/>
                  </w:divBdr>
                  <w:divsChild>
                    <w:div w:id="1845780935">
                      <w:marLeft w:val="0"/>
                      <w:marRight w:val="0"/>
                      <w:marTop w:val="0"/>
                      <w:marBottom w:val="0"/>
                      <w:divBdr>
                        <w:top w:val="none" w:sz="0" w:space="0" w:color="auto"/>
                        <w:left w:val="none" w:sz="0" w:space="0" w:color="auto"/>
                        <w:bottom w:val="none" w:sz="0" w:space="0" w:color="auto"/>
                        <w:right w:val="none" w:sz="0" w:space="0" w:color="auto"/>
                      </w:divBdr>
                      <w:divsChild>
                        <w:div w:id="77021929">
                          <w:marLeft w:val="0"/>
                          <w:marRight w:val="0"/>
                          <w:marTop w:val="0"/>
                          <w:marBottom w:val="0"/>
                          <w:divBdr>
                            <w:top w:val="none" w:sz="0" w:space="0" w:color="auto"/>
                            <w:left w:val="none" w:sz="0" w:space="0" w:color="auto"/>
                            <w:bottom w:val="none" w:sz="0" w:space="0" w:color="auto"/>
                            <w:right w:val="none" w:sz="0" w:space="0" w:color="auto"/>
                          </w:divBdr>
                          <w:divsChild>
                            <w:div w:id="206994120">
                              <w:marLeft w:val="0"/>
                              <w:marRight w:val="0"/>
                              <w:marTop w:val="0"/>
                              <w:marBottom w:val="0"/>
                              <w:divBdr>
                                <w:top w:val="none" w:sz="0" w:space="0" w:color="auto"/>
                                <w:left w:val="none" w:sz="0" w:space="0" w:color="auto"/>
                                <w:bottom w:val="none" w:sz="0" w:space="0" w:color="auto"/>
                                <w:right w:val="none" w:sz="0" w:space="0" w:color="auto"/>
                              </w:divBdr>
                              <w:divsChild>
                                <w:div w:id="11842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934314">
          <w:marLeft w:val="0"/>
          <w:marRight w:val="0"/>
          <w:marTop w:val="0"/>
          <w:marBottom w:val="0"/>
          <w:divBdr>
            <w:top w:val="none" w:sz="0" w:space="0" w:color="auto"/>
            <w:left w:val="none" w:sz="0" w:space="0" w:color="auto"/>
            <w:bottom w:val="none" w:sz="0" w:space="0" w:color="auto"/>
            <w:right w:val="none" w:sz="0" w:space="0" w:color="auto"/>
          </w:divBdr>
          <w:divsChild>
            <w:div w:id="1121454143">
              <w:marLeft w:val="0"/>
              <w:marRight w:val="0"/>
              <w:marTop w:val="0"/>
              <w:marBottom w:val="0"/>
              <w:divBdr>
                <w:top w:val="none" w:sz="0" w:space="0" w:color="auto"/>
                <w:left w:val="none" w:sz="0" w:space="0" w:color="auto"/>
                <w:bottom w:val="none" w:sz="0" w:space="0" w:color="auto"/>
                <w:right w:val="none" w:sz="0" w:space="0" w:color="auto"/>
              </w:divBdr>
              <w:divsChild>
                <w:div w:id="1108547277">
                  <w:marLeft w:val="0"/>
                  <w:marRight w:val="0"/>
                  <w:marTop w:val="0"/>
                  <w:marBottom w:val="0"/>
                  <w:divBdr>
                    <w:top w:val="none" w:sz="0" w:space="0" w:color="auto"/>
                    <w:left w:val="none" w:sz="0" w:space="0" w:color="auto"/>
                    <w:bottom w:val="none" w:sz="0" w:space="0" w:color="auto"/>
                    <w:right w:val="none" w:sz="0" w:space="0" w:color="auto"/>
                  </w:divBdr>
                  <w:divsChild>
                    <w:div w:id="492139086">
                      <w:marLeft w:val="0"/>
                      <w:marRight w:val="0"/>
                      <w:marTop w:val="0"/>
                      <w:marBottom w:val="0"/>
                      <w:divBdr>
                        <w:top w:val="none" w:sz="0" w:space="0" w:color="auto"/>
                        <w:left w:val="none" w:sz="0" w:space="0" w:color="auto"/>
                        <w:bottom w:val="none" w:sz="0" w:space="0" w:color="auto"/>
                        <w:right w:val="none" w:sz="0" w:space="0" w:color="auto"/>
                      </w:divBdr>
                      <w:divsChild>
                        <w:div w:id="805781215">
                          <w:marLeft w:val="0"/>
                          <w:marRight w:val="0"/>
                          <w:marTop w:val="0"/>
                          <w:marBottom w:val="0"/>
                          <w:divBdr>
                            <w:top w:val="none" w:sz="0" w:space="0" w:color="auto"/>
                            <w:left w:val="none" w:sz="0" w:space="0" w:color="auto"/>
                            <w:bottom w:val="none" w:sz="0" w:space="0" w:color="auto"/>
                            <w:right w:val="none" w:sz="0" w:space="0" w:color="auto"/>
                          </w:divBdr>
                          <w:divsChild>
                            <w:div w:id="21335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4928322">
      <w:bodyDiv w:val="1"/>
      <w:marLeft w:val="0"/>
      <w:marRight w:val="0"/>
      <w:marTop w:val="0"/>
      <w:marBottom w:val="0"/>
      <w:divBdr>
        <w:top w:val="none" w:sz="0" w:space="0" w:color="auto"/>
        <w:left w:val="none" w:sz="0" w:space="0" w:color="auto"/>
        <w:bottom w:val="none" w:sz="0" w:space="0" w:color="auto"/>
        <w:right w:val="none" w:sz="0" w:space="0" w:color="auto"/>
      </w:divBdr>
    </w:div>
    <w:div w:id="472913401">
      <w:bodyDiv w:val="1"/>
      <w:marLeft w:val="0"/>
      <w:marRight w:val="0"/>
      <w:marTop w:val="0"/>
      <w:marBottom w:val="0"/>
      <w:divBdr>
        <w:top w:val="none" w:sz="0" w:space="0" w:color="auto"/>
        <w:left w:val="none" w:sz="0" w:space="0" w:color="auto"/>
        <w:bottom w:val="none" w:sz="0" w:space="0" w:color="auto"/>
        <w:right w:val="none" w:sz="0" w:space="0" w:color="auto"/>
      </w:divBdr>
    </w:div>
    <w:div w:id="496649800">
      <w:bodyDiv w:val="1"/>
      <w:marLeft w:val="0"/>
      <w:marRight w:val="0"/>
      <w:marTop w:val="0"/>
      <w:marBottom w:val="0"/>
      <w:divBdr>
        <w:top w:val="none" w:sz="0" w:space="0" w:color="auto"/>
        <w:left w:val="none" w:sz="0" w:space="0" w:color="auto"/>
        <w:bottom w:val="none" w:sz="0" w:space="0" w:color="auto"/>
        <w:right w:val="none" w:sz="0" w:space="0" w:color="auto"/>
      </w:divBdr>
      <w:divsChild>
        <w:div w:id="672992871">
          <w:marLeft w:val="0"/>
          <w:marRight w:val="0"/>
          <w:marTop w:val="0"/>
          <w:marBottom w:val="0"/>
          <w:divBdr>
            <w:top w:val="none" w:sz="0" w:space="0" w:color="auto"/>
            <w:left w:val="none" w:sz="0" w:space="0" w:color="auto"/>
            <w:bottom w:val="none" w:sz="0" w:space="0" w:color="auto"/>
            <w:right w:val="none" w:sz="0" w:space="0" w:color="auto"/>
          </w:divBdr>
          <w:divsChild>
            <w:div w:id="1229458747">
              <w:marLeft w:val="0"/>
              <w:marRight w:val="0"/>
              <w:marTop w:val="0"/>
              <w:marBottom w:val="0"/>
              <w:divBdr>
                <w:top w:val="none" w:sz="0" w:space="0" w:color="auto"/>
                <w:left w:val="none" w:sz="0" w:space="0" w:color="auto"/>
                <w:bottom w:val="none" w:sz="0" w:space="0" w:color="auto"/>
                <w:right w:val="none" w:sz="0" w:space="0" w:color="auto"/>
              </w:divBdr>
              <w:divsChild>
                <w:div w:id="1633442300">
                  <w:marLeft w:val="0"/>
                  <w:marRight w:val="0"/>
                  <w:marTop w:val="0"/>
                  <w:marBottom w:val="0"/>
                  <w:divBdr>
                    <w:top w:val="none" w:sz="0" w:space="0" w:color="auto"/>
                    <w:left w:val="none" w:sz="0" w:space="0" w:color="auto"/>
                    <w:bottom w:val="none" w:sz="0" w:space="0" w:color="auto"/>
                    <w:right w:val="none" w:sz="0" w:space="0" w:color="auto"/>
                  </w:divBdr>
                  <w:divsChild>
                    <w:div w:id="1304046691">
                      <w:marLeft w:val="0"/>
                      <w:marRight w:val="0"/>
                      <w:marTop w:val="0"/>
                      <w:marBottom w:val="0"/>
                      <w:divBdr>
                        <w:top w:val="none" w:sz="0" w:space="0" w:color="auto"/>
                        <w:left w:val="none" w:sz="0" w:space="0" w:color="auto"/>
                        <w:bottom w:val="none" w:sz="0" w:space="0" w:color="auto"/>
                        <w:right w:val="none" w:sz="0" w:space="0" w:color="auto"/>
                      </w:divBdr>
                      <w:divsChild>
                        <w:div w:id="353383349">
                          <w:marLeft w:val="0"/>
                          <w:marRight w:val="0"/>
                          <w:marTop w:val="0"/>
                          <w:marBottom w:val="0"/>
                          <w:divBdr>
                            <w:top w:val="none" w:sz="0" w:space="0" w:color="auto"/>
                            <w:left w:val="none" w:sz="0" w:space="0" w:color="auto"/>
                            <w:bottom w:val="none" w:sz="0" w:space="0" w:color="auto"/>
                            <w:right w:val="none" w:sz="0" w:space="0" w:color="auto"/>
                          </w:divBdr>
                          <w:divsChild>
                            <w:div w:id="103261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154958">
      <w:bodyDiv w:val="1"/>
      <w:marLeft w:val="0"/>
      <w:marRight w:val="0"/>
      <w:marTop w:val="0"/>
      <w:marBottom w:val="0"/>
      <w:divBdr>
        <w:top w:val="none" w:sz="0" w:space="0" w:color="auto"/>
        <w:left w:val="none" w:sz="0" w:space="0" w:color="auto"/>
        <w:bottom w:val="none" w:sz="0" w:space="0" w:color="auto"/>
        <w:right w:val="none" w:sz="0" w:space="0" w:color="auto"/>
      </w:divBdr>
    </w:div>
    <w:div w:id="501431799">
      <w:bodyDiv w:val="1"/>
      <w:marLeft w:val="0"/>
      <w:marRight w:val="0"/>
      <w:marTop w:val="0"/>
      <w:marBottom w:val="0"/>
      <w:divBdr>
        <w:top w:val="none" w:sz="0" w:space="0" w:color="auto"/>
        <w:left w:val="none" w:sz="0" w:space="0" w:color="auto"/>
        <w:bottom w:val="none" w:sz="0" w:space="0" w:color="auto"/>
        <w:right w:val="none" w:sz="0" w:space="0" w:color="auto"/>
      </w:divBdr>
    </w:div>
    <w:div w:id="507330806">
      <w:bodyDiv w:val="1"/>
      <w:marLeft w:val="0"/>
      <w:marRight w:val="0"/>
      <w:marTop w:val="0"/>
      <w:marBottom w:val="0"/>
      <w:divBdr>
        <w:top w:val="none" w:sz="0" w:space="0" w:color="auto"/>
        <w:left w:val="none" w:sz="0" w:space="0" w:color="auto"/>
        <w:bottom w:val="none" w:sz="0" w:space="0" w:color="auto"/>
        <w:right w:val="none" w:sz="0" w:space="0" w:color="auto"/>
      </w:divBdr>
    </w:div>
    <w:div w:id="509829731">
      <w:bodyDiv w:val="1"/>
      <w:marLeft w:val="0"/>
      <w:marRight w:val="0"/>
      <w:marTop w:val="0"/>
      <w:marBottom w:val="0"/>
      <w:divBdr>
        <w:top w:val="none" w:sz="0" w:space="0" w:color="auto"/>
        <w:left w:val="none" w:sz="0" w:space="0" w:color="auto"/>
        <w:bottom w:val="none" w:sz="0" w:space="0" w:color="auto"/>
        <w:right w:val="none" w:sz="0" w:space="0" w:color="auto"/>
      </w:divBdr>
    </w:div>
    <w:div w:id="512719554">
      <w:bodyDiv w:val="1"/>
      <w:marLeft w:val="0"/>
      <w:marRight w:val="0"/>
      <w:marTop w:val="0"/>
      <w:marBottom w:val="0"/>
      <w:divBdr>
        <w:top w:val="none" w:sz="0" w:space="0" w:color="auto"/>
        <w:left w:val="none" w:sz="0" w:space="0" w:color="auto"/>
        <w:bottom w:val="none" w:sz="0" w:space="0" w:color="auto"/>
        <w:right w:val="none" w:sz="0" w:space="0" w:color="auto"/>
      </w:divBdr>
    </w:div>
    <w:div w:id="530724863">
      <w:bodyDiv w:val="1"/>
      <w:marLeft w:val="0"/>
      <w:marRight w:val="0"/>
      <w:marTop w:val="0"/>
      <w:marBottom w:val="0"/>
      <w:divBdr>
        <w:top w:val="none" w:sz="0" w:space="0" w:color="auto"/>
        <w:left w:val="none" w:sz="0" w:space="0" w:color="auto"/>
        <w:bottom w:val="none" w:sz="0" w:space="0" w:color="auto"/>
        <w:right w:val="none" w:sz="0" w:space="0" w:color="auto"/>
      </w:divBdr>
    </w:div>
    <w:div w:id="587466669">
      <w:bodyDiv w:val="1"/>
      <w:marLeft w:val="0"/>
      <w:marRight w:val="0"/>
      <w:marTop w:val="0"/>
      <w:marBottom w:val="0"/>
      <w:divBdr>
        <w:top w:val="none" w:sz="0" w:space="0" w:color="auto"/>
        <w:left w:val="none" w:sz="0" w:space="0" w:color="auto"/>
        <w:bottom w:val="none" w:sz="0" w:space="0" w:color="auto"/>
        <w:right w:val="none" w:sz="0" w:space="0" w:color="auto"/>
      </w:divBdr>
    </w:div>
    <w:div w:id="596405226">
      <w:bodyDiv w:val="1"/>
      <w:marLeft w:val="0"/>
      <w:marRight w:val="0"/>
      <w:marTop w:val="0"/>
      <w:marBottom w:val="0"/>
      <w:divBdr>
        <w:top w:val="none" w:sz="0" w:space="0" w:color="auto"/>
        <w:left w:val="none" w:sz="0" w:space="0" w:color="auto"/>
        <w:bottom w:val="none" w:sz="0" w:space="0" w:color="auto"/>
        <w:right w:val="none" w:sz="0" w:space="0" w:color="auto"/>
      </w:divBdr>
      <w:divsChild>
        <w:div w:id="1490634434">
          <w:marLeft w:val="0"/>
          <w:marRight w:val="0"/>
          <w:marTop w:val="0"/>
          <w:marBottom w:val="0"/>
          <w:divBdr>
            <w:top w:val="none" w:sz="0" w:space="0" w:color="auto"/>
            <w:left w:val="none" w:sz="0" w:space="0" w:color="auto"/>
            <w:bottom w:val="none" w:sz="0" w:space="0" w:color="auto"/>
            <w:right w:val="none" w:sz="0" w:space="0" w:color="auto"/>
          </w:divBdr>
        </w:div>
      </w:divsChild>
    </w:div>
    <w:div w:id="597180627">
      <w:bodyDiv w:val="1"/>
      <w:marLeft w:val="0"/>
      <w:marRight w:val="0"/>
      <w:marTop w:val="0"/>
      <w:marBottom w:val="0"/>
      <w:divBdr>
        <w:top w:val="none" w:sz="0" w:space="0" w:color="auto"/>
        <w:left w:val="none" w:sz="0" w:space="0" w:color="auto"/>
        <w:bottom w:val="none" w:sz="0" w:space="0" w:color="auto"/>
        <w:right w:val="none" w:sz="0" w:space="0" w:color="auto"/>
      </w:divBdr>
    </w:div>
    <w:div w:id="600260867">
      <w:bodyDiv w:val="1"/>
      <w:marLeft w:val="0"/>
      <w:marRight w:val="0"/>
      <w:marTop w:val="0"/>
      <w:marBottom w:val="0"/>
      <w:divBdr>
        <w:top w:val="none" w:sz="0" w:space="0" w:color="auto"/>
        <w:left w:val="none" w:sz="0" w:space="0" w:color="auto"/>
        <w:bottom w:val="none" w:sz="0" w:space="0" w:color="auto"/>
        <w:right w:val="none" w:sz="0" w:space="0" w:color="auto"/>
      </w:divBdr>
    </w:div>
    <w:div w:id="603730578">
      <w:bodyDiv w:val="1"/>
      <w:marLeft w:val="0"/>
      <w:marRight w:val="0"/>
      <w:marTop w:val="0"/>
      <w:marBottom w:val="0"/>
      <w:divBdr>
        <w:top w:val="none" w:sz="0" w:space="0" w:color="auto"/>
        <w:left w:val="none" w:sz="0" w:space="0" w:color="auto"/>
        <w:bottom w:val="none" w:sz="0" w:space="0" w:color="auto"/>
        <w:right w:val="none" w:sz="0" w:space="0" w:color="auto"/>
      </w:divBdr>
    </w:div>
    <w:div w:id="612513092">
      <w:bodyDiv w:val="1"/>
      <w:marLeft w:val="0"/>
      <w:marRight w:val="0"/>
      <w:marTop w:val="0"/>
      <w:marBottom w:val="0"/>
      <w:divBdr>
        <w:top w:val="none" w:sz="0" w:space="0" w:color="auto"/>
        <w:left w:val="none" w:sz="0" w:space="0" w:color="auto"/>
        <w:bottom w:val="none" w:sz="0" w:space="0" w:color="auto"/>
        <w:right w:val="none" w:sz="0" w:space="0" w:color="auto"/>
      </w:divBdr>
    </w:div>
    <w:div w:id="621347790">
      <w:bodyDiv w:val="1"/>
      <w:marLeft w:val="0"/>
      <w:marRight w:val="0"/>
      <w:marTop w:val="0"/>
      <w:marBottom w:val="0"/>
      <w:divBdr>
        <w:top w:val="none" w:sz="0" w:space="0" w:color="auto"/>
        <w:left w:val="none" w:sz="0" w:space="0" w:color="auto"/>
        <w:bottom w:val="none" w:sz="0" w:space="0" w:color="auto"/>
        <w:right w:val="none" w:sz="0" w:space="0" w:color="auto"/>
      </w:divBdr>
    </w:div>
    <w:div w:id="655181771">
      <w:bodyDiv w:val="1"/>
      <w:marLeft w:val="0"/>
      <w:marRight w:val="0"/>
      <w:marTop w:val="0"/>
      <w:marBottom w:val="0"/>
      <w:divBdr>
        <w:top w:val="none" w:sz="0" w:space="0" w:color="auto"/>
        <w:left w:val="none" w:sz="0" w:space="0" w:color="auto"/>
        <w:bottom w:val="none" w:sz="0" w:space="0" w:color="auto"/>
        <w:right w:val="none" w:sz="0" w:space="0" w:color="auto"/>
      </w:divBdr>
    </w:div>
    <w:div w:id="657080168">
      <w:bodyDiv w:val="1"/>
      <w:marLeft w:val="0"/>
      <w:marRight w:val="0"/>
      <w:marTop w:val="0"/>
      <w:marBottom w:val="0"/>
      <w:divBdr>
        <w:top w:val="none" w:sz="0" w:space="0" w:color="auto"/>
        <w:left w:val="none" w:sz="0" w:space="0" w:color="auto"/>
        <w:bottom w:val="none" w:sz="0" w:space="0" w:color="auto"/>
        <w:right w:val="none" w:sz="0" w:space="0" w:color="auto"/>
      </w:divBdr>
    </w:div>
    <w:div w:id="692805212">
      <w:bodyDiv w:val="1"/>
      <w:marLeft w:val="0"/>
      <w:marRight w:val="0"/>
      <w:marTop w:val="0"/>
      <w:marBottom w:val="0"/>
      <w:divBdr>
        <w:top w:val="none" w:sz="0" w:space="0" w:color="auto"/>
        <w:left w:val="none" w:sz="0" w:space="0" w:color="auto"/>
        <w:bottom w:val="none" w:sz="0" w:space="0" w:color="auto"/>
        <w:right w:val="none" w:sz="0" w:space="0" w:color="auto"/>
      </w:divBdr>
    </w:div>
    <w:div w:id="726876524">
      <w:bodyDiv w:val="1"/>
      <w:marLeft w:val="0"/>
      <w:marRight w:val="0"/>
      <w:marTop w:val="0"/>
      <w:marBottom w:val="0"/>
      <w:divBdr>
        <w:top w:val="none" w:sz="0" w:space="0" w:color="auto"/>
        <w:left w:val="none" w:sz="0" w:space="0" w:color="auto"/>
        <w:bottom w:val="none" w:sz="0" w:space="0" w:color="auto"/>
        <w:right w:val="none" w:sz="0" w:space="0" w:color="auto"/>
      </w:divBdr>
    </w:div>
    <w:div w:id="746078724">
      <w:bodyDiv w:val="1"/>
      <w:marLeft w:val="0"/>
      <w:marRight w:val="0"/>
      <w:marTop w:val="0"/>
      <w:marBottom w:val="0"/>
      <w:divBdr>
        <w:top w:val="none" w:sz="0" w:space="0" w:color="auto"/>
        <w:left w:val="none" w:sz="0" w:space="0" w:color="auto"/>
        <w:bottom w:val="none" w:sz="0" w:space="0" w:color="auto"/>
        <w:right w:val="none" w:sz="0" w:space="0" w:color="auto"/>
      </w:divBdr>
      <w:divsChild>
        <w:div w:id="928931030">
          <w:marLeft w:val="0"/>
          <w:marRight w:val="0"/>
          <w:marTop w:val="0"/>
          <w:marBottom w:val="0"/>
          <w:divBdr>
            <w:top w:val="none" w:sz="0" w:space="0" w:color="auto"/>
            <w:left w:val="none" w:sz="0" w:space="0" w:color="auto"/>
            <w:bottom w:val="none" w:sz="0" w:space="0" w:color="auto"/>
            <w:right w:val="none" w:sz="0" w:space="0" w:color="auto"/>
          </w:divBdr>
          <w:divsChild>
            <w:div w:id="1215047924">
              <w:marLeft w:val="0"/>
              <w:marRight w:val="0"/>
              <w:marTop w:val="0"/>
              <w:marBottom w:val="0"/>
              <w:divBdr>
                <w:top w:val="none" w:sz="0" w:space="0" w:color="auto"/>
                <w:left w:val="none" w:sz="0" w:space="0" w:color="auto"/>
                <w:bottom w:val="none" w:sz="0" w:space="0" w:color="auto"/>
                <w:right w:val="none" w:sz="0" w:space="0" w:color="auto"/>
              </w:divBdr>
              <w:divsChild>
                <w:div w:id="2031374520">
                  <w:marLeft w:val="0"/>
                  <w:marRight w:val="0"/>
                  <w:marTop w:val="0"/>
                  <w:marBottom w:val="0"/>
                  <w:divBdr>
                    <w:top w:val="none" w:sz="0" w:space="0" w:color="auto"/>
                    <w:left w:val="none" w:sz="0" w:space="0" w:color="auto"/>
                    <w:bottom w:val="none" w:sz="0" w:space="0" w:color="auto"/>
                    <w:right w:val="none" w:sz="0" w:space="0" w:color="auto"/>
                  </w:divBdr>
                  <w:divsChild>
                    <w:div w:id="102382576">
                      <w:marLeft w:val="0"/>
                      <w:marRight w:val="0"/>
                      <w:marTop w:val="0"/>
                      <w:marBottom w:val="0"/>
                      <w:divBdr>
                        <w:top w:val="none" w:sz="0" w:space="0" w:color="auto"/>
                        <w:left w:val="none" w:sz="0" w:space="0" w:color="auto"/>
                        <w:bottom w:val="none" w:sz="0" w:space="0" w:color="auto"/>
                        <w:right w:val="none" w:sz="0" w:space="0" w:color="auto"/>
                      </w:divBdr>
                      <w:divsChild>
                        <w:div w:id="880287866">
                          <w:marLeft w:val="0"/>
                          <w:marRight w:val="0"/>
                          <w:marTop w:val="0"/>
                          <w:marBottom w:val="0"/>
                          <w:divBdr>
                            <w:top w:val="none" w:sz="0" w:space="0" w:color="auto"/>
                            <w:left w:val="none" w:sz="0" w:space="0" w:color="auto"/>
                            <w:bottom w:val="none" w:sz="0" w:space="0" w:color="auto"/>
                            <w:right w:val="none" w:sz="0" w:space="0" w:color="auto"/>
                          </w:divBdr>
                          <w:divsChild>
                            <w:div w:id="16317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3888537">
      <w:bodyDiv w:val="1"/>
      <w:marLeft w:val="0"/>
      <w:marRight w:val="0"/>
      <w:marTop w:val="0"/>
      <w:marBottom w:val="0"/>
      <w:divBdr>
        <w:top w:val="none" w:sz="0" w:space="0" w:color="auto"/>
        <w:left w:val="none" w:sz="0" w:space="0" w:color="auto"/>
        <w:bottom w:val="none" w:sz="0" w:space="0" w:color="auto"/>
        <w:right w:val="none" w:sz="0" w:space="0" w:color="auto"/>
      </w:divBdr>
      <w:divsChild>
        <w:div w:id="1254047855">
          <w:blockQuote w:val="1"/>
          <w:marLeft w:val="720"/>
          <w:marRight w:val="720"/>
          <w:marTop w:val="100"/>
          <w:marBottom w:val="100"/>
          <w:divBdr>
            <w:top w:val="none" w:sz="0" w:space="0" w:color="auto"/>
            <w:left w:val="none" w:sz="0" w:space="0" w:color="auto"/>
            <w:bottom w:val="none" w:sz="0" w:space="0" w:color="auto"/>
            <w:right w:val="none" w:sz="0" w:space="0" w:color="auto"/>
          </w:divBdr>
        </w:div>
        <w:div w:id="18687177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8813849">
      <w:bodyDiv w:val="1"/>
      <w:marLeft w:val="0"/>
      <w:marRight w:val="0"/>
      <w:marTop w:val="0"/>
      <w:marBottom w:val="0"/>
      <w:divBdr>
        <w:top w:val="none" w:sz="0" w:space="0" w:color="auto"/>
        <w:left w:val="none" w:sz="0" w:space="0" w:color="auto"/>
        <w:bottom w:val="none" w:sz="0" w:space="0" w:color="auto"/>
        <w:right w:val="none" w:sz="0" w:space="0" w:color="auto"/>
      </w:divBdr>
    </w:div>
    <w:div w:id="805582323">
      <w:bodyDiv w:val="1"/>
      <w:marLeft w:val="0"/>
      <w:marRight w:val="0"/>
      <w:marTop w:val="0"/>
      <w:marBottom w:val="0"/>
      <w:divBdr>
        <w:top w:val="none" w:sz="0" w:space="0" w:color="auto"/>
        <w:left w:val="none" w:sz="0" w:space="0" w:color="auto"/>
        <w:bottom w:val="none" w:sz="0" w:space="0" w:color="auto"/>
        <w:right w:val="none" w:sz="0" w:space="0" w:color="auto"/>
      </w:divBdr>
    </w:div>
    <w:div w:id="809178042">
      <w:bodyDiv w:val="1"/>
      <w:marLeft w:val="0"/>
      <w:marRight w:val="0"/>
      <w:marTop w:val="0"/>
      <w:marBottom w:val="0"/>
      <w:divBdr>
        <w:top w:val="none" w:sz="0" w:space="0" w:color="auto"/>
        <w:left w:val="none" w:sz="0" w:space="0" w:color="auto"/>
        <w:bottom w:val="none" w:sz="0" w:space="0" w:color="auto"/>
        <w:right w:val="none" w:sz="0" w:space="0" w:color="auto"/>
      </w:divBdr>
    </w:div>
    <w:div w:id="810907607">
      <w:bodyDiv w:val="1"/>
      <w:marLeft w:val="0"/>
      <w:marRight w:val="0"/>
      <w:marTop w:val="0"/>
      <w:marBottom w:val="0"/>
      <w:divBdr>
        <w:top w:val="none" w:sz="0" w:space="0" w:color="auto"/>
        <w:left w:val="none" w:sz="0" w:space="0" w:color="auto"/>
        <w:bottom w:val="none" w:sz="0" w:space="0" w:color="auto"/>
        <w:right w:val="none" w:sz="0" w:space="0" w:color="auto"/>
      </w:divBdr>
    </w:div>
    <w:div w:id="825632001">
      <w:bodyDiv w:val="1"/>
      <w:marLeft w:val="0"/>
      <w:marRight w:val="0"/>
      <w:marTop w:val="0"/>
      <w:marBottom w:val="0"/>
      <w:divBdr>
        <w:top w:val="none" w:sz="0" w:space="0" w:color="auto"/>
        <w:left w:val="none" w:sz="0" w:space="0" w:color="auto"/>
        <w:bottom w:val="none" w:sz="0" w:space="0" w:color="auto"/>
        <w:right w:val="none" w:sz="0" w:space="0" w:color="auto"/>
      </w:divBdr>
    </w:div>
    <w:div w:id="831415318">
      <w:bodyDiv w:val="1"/>
      <w:marLeft w:val="0"/>
      <w:marRight w:val="0"/>
      <w:marTop w:val="0"/>
      <w:marBottom w:val="0"/>
      <w:divBdr>
        <w:top w:val="none" w:sz="0" w:space="0" w:color="auto"/>
        <w:left w:val="none" w:sz="0" w:space="0" w:color="auto"/>
        <w:bottom w:val="none" w:sz="0" w:space="0" w:color="auto"/>
        <w:right w:val="none" w:sz="0" w:space="0" w:color="auto"/>
      </w:divBdr>
      <w:divsChild>
        <w:div w:id="146958891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22873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20144641">
          <w:blockQuote w:val="1"/>
          <w:marLeft w:val="720"/>
          <w:marRight w:val="720"/>
          <w:marTop w:val="100"/>
          <w:marBottom w:val="100"/>
          <w:divBdr>
            <w:top w:val="none" w:sz="0" w:space="0" w:color="auto"/>
            <w:left w:val="none" w:sz="0" w:space="0" w:color="auto"/>
            <w:bottom w:val="none" w:sz="0" w:space="0" w:color="auto"/>
            <w:right w:val="none" w:sz="0" w:space="0" w:color="auto"/>
          </w:divBdr>
        </w:div>
        <w:div w:id="1296328330">
          <w:blockQuote w:val="1"/>
          <w:marLeft w:val="720"/>
          <w:marRight w:val="720"/>
          <w:marTop w:val="100"/>
          <w:marBottom w:val="100"/>
          <w:divBdr>
            <w:top w:val="none" w:sz="0" w:space="0" w:color="auto"/>
            <w:left w:val="none" w:sz="0" w:space="0" w:color="auto"/>
            <w:bottom w:val="none" w:sz="0" w:space="0" w:color="auto"/>
            <w:right w:val="none" w:sz="0" w:space="0" w:color="auto"/>
          </w:divBdr>
        </w:div>
        <w:div w:id="1522620562">
          <w:blockQuote w:val="1"/>
          <w:marLeft w:val="720"/>
          <w:marRight w:val="720"/>
          <w:marTop w:val="100"/>
          <w:marBottom w:val="100"/>
          <w:divBdr>
            <w:top w:val="none" w:sz="0" w:space="0" w:color="auto"/>
            <w:left w:val="none" w:sz="0" w:space="0" w:color="auto"/>
            <w:bottom w:val="none" w:sz="0" w:space="0" w:color="auto"/>
            <w:right w:val="none" w:sz="0" w:space="0" w:color="auto"/>
          </w:divBdr>
        </w:div>
        <w:div w:id="1796483552">
          <w:blockQuote w:val="1"/>
          <w:marLeft w:val="720"/>
          <w:marRight w:val="720"/>
          <w:marTop w:val="100"/>
          <w:marBottom w:val="100"/>
          <w:divBdr>
            <w:top w:val="none" w:sz="0" w:space="0" w:color="auto"/>
            <w:left w:val="none" w:sz="0" w:space="0" w:color="auto"/>
            <w:bottom w:val="none" w:sz="0" w:space="0" w:color="auto"/>
            <w:right w:val="none" w:sz="0" w:space="0" w:color="auto"/>
          </w:divBdr>
        </w:div>
        <w:div w:id="40456944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949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16851274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6579876">
      <w:bodyDiv w:val="1"/>
      <w:marLeft w:val="0"/>
      <w:marRight w:val="0"/>
      <w:marTop w:val="0"/>
      <w:marBottom w:val="0"/>
      <w:divBdr>
        <w:top w:val="none" w:sz="0" w:space="0" w:color="auto"/>
        <w:left w:val="none" w:sz="0" w:space="0" w:color="auto"/>
        <w:bottom w:val="none" w:sz="0" w:space="0" w:color="auto"/>
        <w:right w:val="none" w:sz="0" w:space="0" w:color="auto"/>
      </w:divBdr>
    </w:div>
    <w:div w:id="843787460">
      <w:bodyDiv w:val="1"/>
      <w:marLeft w:val="0"/>
      <w:marRight w:val="0"/>
      <w:marTop w:val="0"/>
      <w:marBottom w:val="0"/>
      <w:divBdr>
        <w:top w:val="none" w:sz="0" w:space="0" w:color="auto"/>
        <w:left w:val="none" w:sz="0" w:space="0" w:color="auto"/>
        <w:bottom w:val="none" w:sz="0" w:space="0" w:color="auto"/>
        <w:right w:val="none" w:sz="0" w:space="0" w:color="auto"/>
      </w:divBdr>
    </w:div>
    <w:div w:id="846332224">
      <w:bodyDiv w:val="1"/>
      <w:marLeft w:val="0"/>
      <w:marRight w:val="0"/>
      <w:marTop w:val="0"/>
      <w:marBottom w:val="0"/>
      <w:divBdr>
        <w:top w:val="none" w:sz="0" w:space="0" w:color="auto"/>
        <w:left w:val="none" w:sz="0" w:space="0" w:color="auto"/>
        <w:bottom w:val="none" w:sz="0" w:space="0" w:color="auto"/>
        <w:right w:val="none" w:sz="0" w:space="0" w:color="auto"/>
      </w:divBdr>
    </w:div>
    <w:div w:id="854810508">
      <w:bodyDiv w:val="1"/>
      <w:marLeft w:val="0"/>
      <w:marRight w:val="0"/>
      <w:marTop w:val="0"/>
      <w:marBottom w:val="0"/>
      <w:divBdr>
        <w:top w:val="none" w:sz="0" w:space="0" w:color="auto"/>
        <w:left w:val="none" w:sz="0" w:space="0" w:color="auto"/>
        <w:bottom w:val="none" w:sz="0" w:space="0" w:color="auto"/>
        <w:right w:val="none" w:sz="0" w:space="0" w:color="auto"/>
      </w:divBdr>
    </w:div>
    <w:div w:id="862472004">
      <w:bodyDiv w:val="1"/>
      <w:marLeft w:val="0"/>
      <w:marRight w:val="0"/>
      <w:marTop w:val="0"/>
      <w:marBottom w:val="0"/>
      <w:divBdr>
        <w:top w:val="none" w:sz="0" w:space="0" w:color="auto"/>
        <w:left w:val="none" w:sz="0" w:space="0" w:color="auto"/>
        <w:bottom w:val="none" w:sz="0" w:space="0" w:color="auto"/>
        <w:right w:val="none" w:sz="0" w:space="0" w:color="auto"/>
      </w:divBdr>
    </w:div>
    <w:div w:id="862591333">
      <w:bodyDiv w:val="1"/>
      <w:marLeft w:val="0"/>
      <w:marRight w:val="0"/>
      <w:marTop w:val="0"/>
      <w:marBottom w:val="0"/>
      <w:divBdr>
        <w:top w:val="none" w:sz="0" w:space="0" w:color="auto"/>
        <w:left w:val="none" w:sz="0" w:space="0" w:color="auto"/>
        <w:bottom w:val="none" w:sz="0" w:space="0" w:color="auto"/>
        <w:right w:val="none" w:sz="0" w:space="0" w:color="auto"/>
      </w:divBdr>
    </w:div>
    <w:div w:id="864825969">
      <w:bodyDiv w:val="1"/>
      <w:marLeft w:val="0"/>
      <w:marRight w:val="0"/>
      <w:marTop w:val="0"/>
      <w:marBottom w:val="0"/>
      <w:divBdr>
        <w:top w:val="none" w:sz="0" w:space="0" w:color="auto"/>
        <w:left w:val="none" w:sz="0" w:space="0" w:color="auto"/>
        <w:bottom w:val="none" w:sz="0" w:space="0" w:color="auto"/>
        <w:right w:val="none" w:sz="0" w:space="0" w:color="auto"/>
      </w:divBdr>
    </w:div>
    <w:div w:id="881287974">
      <w:bodyDiv w:val="1"/>
      <w:marLeft w:val="0"/>
      <w:marRight w:val="0"/>
      <w:marTop w:val="0"/>
      <w:marBottom w:val="0"/>
      <w:divBdr>
        <w:top w:val="none" w:sz="0" w:space="0" w:color="auto"/>
        <w:left w:val="none" w:sz="0" w:space="0" w:color="auto"/>
        <w:bottom w:val="none" w:sz="0" w:space="0" w:color="auto"/>
        <w:right w:val="none" w:sz="0" w:space="0" w:color="auto"/>
      </w:divBdr>
    </w:div>
    <w:div w:id="897860830">
      <w:bodyDiv w:val="1"/>
      <w:marLeft w:val="0"/>
      <w:marRight w:val="0"/>
      <w:marTop w:val="0"/>
      <w:marBottom w:val="0"/>
      <w:divBdr>
        <w:top w:val="none" w:sz="0" w:space="0" w:color="auto"/>
        <w:left w:val="none" w:sz="0" w:space="0" w:color="auto"/>
        <w:bottom w:val="none" w:sz="0" w:space="0" w:color="auto"/>
        <w:right w:val="none" w:sz="0" w:space="0" w:color="auto"/>
      </w:divBdr>
    </w:div>
    <w:div w:id="921914684">
      <w:bodyDiv w:val="1"/>
      <w:marLeft w:val="0"/>
      <w:marRight w:val="0"/>
      <w:marTop w:val="0"/>
      <w:marBottom w:val="0"/>
      <w:divBdr>
        <w:top w:val="none" w:sz="0" w:space="0" w:color="auto"/>
        <w:left w:val="none" w:sz="0" w:space="0" w:color="auto"/>
        <w:bottom w:val="none" w:sz="0" w:space="0" w:color="auto"/>
        <w:right w:val="none" w:sz="0" w:space="0" w:color="auto"/>
      </w:divBdr>
    </w:div>
    <w:div w:id="935791348">
      <w:bodyDiv w:val="1"/>
      <w:marLeft w:val="0"/>
      <w:marRight w:val="0"/>
      <w:marTop w:val="0"/>
      <w:marBottom w:val="0"/>
      <w:divBdr>
        <w:top w:val="none" w:sz="0" w:space="0" w:color="auto"/>
        <w:left w:val="none" w:sz="0" w:space="0" w:color="auto"/>
        <w:bottom w:val="none" w:sz="0" w:space="0" w:color="auto"/>
        <w:right w:val="none" w:sz="0" w:space="0" w:color="auto"/>
      </w:divBdr>
    </w:div>
    <w:div w:id="956907805">
      <w:bodyDiv w:val="1"/>
      <w:marLeft w:val="0"/>
      <w:marRight w:val="0"/>
      <w:marTop w:val="0"/>
      <w:marBottom w:val="0"/>
      <w:divBdr>
        <w:top w:val="none" w:sz="0" w:space="0" w:color="auto"/>
        <w:left w:val="none" w:sz="0" w:space="0" w:color="auto"/>
        <w:bottom w:val="none" w:sz="0" w:space="0" w:color="auto"/>
        <w:right w:val="none" w:sz="0" w:space="0" w:color="auto"/>
      </w:divBdr>
    </w:div>
    <w:div w:id="963386787">
      <w:bodyDiv w:val="1"/>
      <w:marLeft w:val="0"/>
      <w:marRight w:val="0"/>
      <w:marTop w:val="0"/>
      <w:marBottom w:val="0"/>
      <w:divBdr>
        <w:top w:val="none" w:sz="0" w:space="0" w:color="auto"/>
        <w:left w:val="none" w:sz="0" w:space="0" w:color="auto"/>
        <w:bottom w:val="none" w:sz="0" w:space="0" w:color="auto"/>
        <w:right w:val="none" w:sz="0" w:space="0" w:color="auto"/>
      </w:divBdr>
      <w:divsChild>
        <w:div w:id="804737187">
          <w:marLeft w:val="0"/>
          <w:marRight w:val="0"/>
          <w:marTop w:val="0"/>
          <w:marBottom w:val="0"/>
          <w:divBdr>
            <w:top w:val="none" w:sz="0" w:space="0" w:color="auto"/>
            <w:left w:val="none" w:sz="0" w:space="0" w:color="auto"/>
            <w:bottom w:val="none" w:sz="0" w:space="0" w:color="auto"/>
            <w:right w:val="none" w:sz="0" w:space="0" w:color="auto"/>
          </w:divBdr>
          <w:divsChild>
            <w:div w:id="1870992733">
              <w:marLeft w:val="0"/>
              <w:marRight w:val="0"/>
              <w:marTop w:val="0"/>
              <w:marBottom w:val="0"/>
              <w:divBdr>
                <w:top w:val="none" w:sz="0" w:space="0" w:color="auto"/>
                <w:left w:val="none" w:sz="0" w:space="0" w:color="auto"/>
                <w:bottom w:val="none" w:sz="0" w:space="0" w:color="auto"/>
                <w:right w:val="none" w:sz="0" w:space="0" w:color="auto"/>
              </w:divBdr>
              <w:divsChild>
                <w:div w:id="1648626828">
                  <w:marLeft w:val="0"/>
                  <w:marRight w:val="0"/>
                  <w:marTop w:val="0"/>
                  <w:marBottom w:val="0"/>
                  <w:divBdr>
                    <w:top w:val="none" w:sz="0" w:space="0" w:color="auto"/>
                    <w:left w:val="none" w:sz="0" w:space="0" w:color="auto"/>
                    <w:bottom w:val="none" w:sz="0" w:space="0" w:color="auto"/>
                    <w:right w:val="none" w:sz="0" w:space="0" w:color="auto"/>
                  </w:divBdr>
                  <w:divsChild>
                    <w:div w:id="2083141064">
                      <w:marLeft w:val="0"/>
                      <w:marRight w:val="0"/>
                      <w:marTop w:val="0"/>
                      <w:marBottom w:val="0"/>
                      <w:divBdr>
                        <w:top w:val="none" w:sz="0" w:space="0" w:color="auto"/>
                        <w:left w:val="none" w:sz="0" w:space="0" w:color="auto"/>
                        <w:bottom w:val="none" w:sz="0" w:space="0" w:color="auto"/>
                        <w:right w:val="none" w:sz="0" w:space="0" w:color="auto"/>
                      </w:divBdr>
                      <w:divsChild>
                        <w:div w:id="2125801978">
                          <w:marLeft w:val="0"/>
                          <w:marRight w:val="0"/>
                          <w:marTop w:val="0"/>
                          <w:marBottom w:val="0"/>
                          <w:divBdr>
                            <w:top w:val="none" w:sz="0" w:space="0" w:color="auto"/>
                            <w:left w:val="none" w:sz="0" w:space="0" w:color="auto"/>
                            <w:bottom w:val="none" w:sz="0" w:space="0" w:color="auto"/>
                            <w:right w:val="none" w:sz="0" w:space="0" w:color="auto"/>
                          </w:divBdr>
                          <w:divsChild>
                            <w:div w:id="1321277728">
                              <w:marLeft w:val="0"/>
                              <w:marRight w:val="0"/>
                              <w:marTop w:val="0"/>
                              <w:marBottom w:val="0"/>
                              <w:divBdr>
                                <w:top w:val="none" w:sz="0" w:space="0" w:color="auto"/>
                                <w:left w:val="none" w:sz="0" w:space="0" w:color="auto"/>
                                <w:bottom w:val="none" w:sz="0" w:space="0" w:color="auto"/>
                                <w:right w:val="none" w:sz="0" w:space="0" w:color="auto"/>
                              </w:divBdr>
                              <w:divsChild>
                                <w:div w:id="1058868517">
                                  <w:blockQuote w:val="1"/>
                                  <w:marLeft w:val="720"/>
                                  <w:marRight w:val="720"/>
                                  <w:marTop w:val="100"/>
                                  <w:marBottom w:val="100"/>
                                  <w:divBdr>
                                    <w:top w:val="none" w:sz="0" w:space="0" w:color="auto"/>
                                    <w:left w:val="none" w:sz="0" w:space="0" w:color="auto"/>
                                    <w:bottom w:val="none" w:sz="0" w:space="0" w:color="auto"/>
                                    <w:right w:val="none" w:sz="0" w:space="0" w:color="auto"/>
                                  </w:divBdr>
                                </w:div>
                                <w:div w:id="14482362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412850">
          <w:marLeft w:val="0"/>
          <w:marRight w:val="0"/>
          <w:marTop w:val="0"/>
          <w:marBottom w:val="0"/>
          <w:divBdr>
            <w:top w:val="none" w:sz="0" w:space="0" w:color="auto"/>
            <w:left w:val="none" w:sz="0" w:space="0" w:color="auto"/>
            <w:bottom w:val="none" w:sz="0" w:space="0" w:color="auto"/>
            <w:right w:val="none" w:sz="0" w:space="0" w:color="auto"/>
          </w:divBdr>
          <w:divsChild>
            <w:div w:id="1520779313">
              <w:marLeft w:val="0"/>
              <w:marRight w:val="0"/>
              <w:marTop w:val="0"/>
              <w:marBottom w:val="0"/>
              <w:divBdr>
                <w:top w:val="none" w:sz="0" w:space="0" w:color="auto"/>
                <w:left w:val="none" w:sz="0" w:space="0" w:color="auto"/>
                <w:bottom w:val="none" w:sz="0" w:space="0" w:color="auto"/>
                <w:right w:val="none" w:sz="0" w:space="0" w:color="auto"/>
              </w:divBdr>
              <w:divsChild>
                <w:div w:id="1069693745">
                  <w:marLeft w:val="0"/>
                  <w:marRight w:val="0"/>
                  <w:marTop w:val="0"/>
                  <w:marBottom w:val="0"/>
                  <w:divBdr>
                    <w:top w:val="none" w:sz="0" w:space="0" w:color="auto"/>
                    <w:left w:val="none" w:sz="0" w:space="0" w:color="auto"/>
                    <w:bottom w:val="none" w:sz="0" w:space="0" w:color="auto"/>
                    <w:right w:val="none" w:sz="0" w:space="0" w:color="auto"/>
                  </w:divBdr>
                  <w:divsChild>
                    <w:div w:id="214315487">
                      <w:marLeft w:val="0"/>
                      <w:marRight w:val="0"/>
                      <w:marTop w:val="0"/>
                      <w:marBottom w:val="0"/>
                      <w:divBdr>
                        <w:top w:val="none" w:sz="0" w:space="0" w:color="auto"/>
                        <w:left w:val="none" w:sz="0" w:space="0" w:color="auto"/>
                        <w:bottom w:val="none" w:sz="0" w:space="0" w:color="auto"/>
                        <w:right w:val="none" w:sz="0" w:space="0" w:color="auto"/>
                      </w:divBdr>
                      <w:divsChild>
                        <w:div w:id="1988321764">
                          <w:marLeft w:val="0"/>
                          <w:marRight w:val="0"/>
                          <w:marTop w:val="0"/>
                          <w:marBottom w:val="0"/>
                          <w:divBdr>
                            <w:top w:val="none" w:sz="0" w:space="0" w:color="auto"/>
                            <w:left w:val="none" w:sz="0" w:space="0" w:color="auto"/>
                            <w:bottom w:val="none" w:sz="0" w:space="0" w:color="auto"/>
                            <w:right w:val="none" w:sz="0" w:space="0" w:color="auto"/>
                          </w:divBdr>
                          <w:divsChild>
                            <w:div w:id="687878507">
                              <w:marLeft w:val="0"/>
                              <w:marRight w:val="0"/>
                              <w:marTop w:val="0"/>
                              <w:marBottom w:val="0"/>
                              <w:divBdr>
                                <w:top w:val="none" w:sz="0" w:space="0" w:color="auto"/>
                                <w:left w:val="none" w:sz="0" w:space="0" w:color="auto"/>
                                <w:bottom w:val="none" w:sz="0" w:space="0" w:color="auto"/>
                                <w:right w:val="none" w:sz="0" w:space="0" w:color="auto"/>
                              </w:divBdr>
                              <w:divsChild>
                                <w:div w:id="63078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128908">
          <w:marLeft w:val="0"/>
          <w:marRight w:val="0"/>
          <w:marTop w:val="0"/>
          <w:marBottom w:val="0"/>
          <w:divBdr>
            <w:top w:val="none" w:sz="0" w:space="0" w:color="auto"/>
            <w:left w:val="none" w:sz="0" w:space="0" w:color="auto"/>
            <w:bottom w:val="none" w:sz="0" w:space="0" w:color="auto"/>
            <w:right w:val="none" w:sz="0" w:space="0" w:color="auto"/>
          </w:divBdr>
          <w:divsChild>
            <w:div w:id="1322351275">
              <w:marLeft w:val="0"/>
              <w:marRight w:val="0"/>
              <w:marTop w:val="0"/>
              <w:marBottom w:val="0"/>
              <w:divBdr>
                <w:top w:val="none" w:sz="0" w:space="0" w:color="auto"/>
                <w:left w:val="none" w:sz="0" w:space="0" w:color="auto"/>
                <w:bottom w:val="none" w:sz="0" w:space="0" w:color="auto"/>
                <w:right w:val="none" w:sz="0" w:space="0" w:color="auto"/>
              </w:divBdr>
              <w:divsChild>
                <w:div w:id="1334912221">
                  <w:marLeft w:val="0"/>
                  <w:marRight w:val="0"/>
                  <w:marTop w:val="0"/>
                  <w:marBottom w:val="0"/>
                  <w:divBdr>
                    <w:top w:val="none" w:sz="0" w:space="0" w:color="auto"/>
                    <w:left w:val="none" w:sz="0" w:space="0" w:color="auto"/>
                    <w:bottom w:val="none" w:sz="0" w:space="0" w:color="auto"/>
                    <w:right w:val="none" w:sz="0" w:space="0" w:color="auto"/>
                  </w:divBdr>
                  <w:divsChild>
                    <w:div w:id="1757356930">
                      <w:marLeft w:val="0"/>
                      <w:marRight w:val="0"/>
                      <w:marTop w:val="0"/>
                      <w:marBottom w:val="0"/>
                      <w:divBdr>
                        <w:top w:val="none" w:sz="0" w:space="0" w:color="auto"/>
                        <w:left w:val="none" w:sz="0" w:space="0" w:color="auto"/>
                        <w:bottom w:val="none" w:sz="0" w:space="0" w:color="auto"/>
                        <w:right w:val="none" w:sz="0" w:space="0" w:color="auto"/>
                      </w:divBdr>
                      <w:divsChild>
                        <w:div w:id="1502086454">
                          <w:marLeft w:val="0"/>
                          <w:marRight w:val="0"/>
                          <w:marTop w:val="0"/>
                          <w:marBottom w:val="0"/>
                          <w:divBdr>
                            <w:top w:val="none" w:sz="0" w:space="0" w:color="auto"/>
                            <w:left w:val="none" w:sz="0" w:space="0" w:color="auto"/>
                            <w:bottom w:val="none" w:sz="0" w:space="0" w:color="auto"/>
                            <w:right w:val="none" w:sz="0" w:space="0" w:color="auto"/>
                          </w:divBdr>
                          <w:divsChild>
                            <w:div w:id="1304385831">
                              <w:marLeft w:val="0"/>
                              <w:marRight w:val="0"/>
                              <w:marTop w:val="0"/>
                              <w:marBottom w:val="0"/>
                              <w:divBdr>
                                <w:top w:val="none" w:sz="0" w:space="0" w:color="auto"/>
                                <w:left w:val="none" w:sz="0" w:space="0" w:color="auto"/>
                                <w:bottom w:val="none" w:sz="0" w:space="0" w:color="auto"/>
                                <w:right w:val="none" w:sz="0" w:space="0" w:color="auto"/>
                              </w:divBdr>
                              <w:divsChild>
                                <w:div w:id="640811134">
                                  <w:blockQuote w:val="1"/>
                                  <w:marLeft w:val="720"/>
                                  <w:marRight w:val="720"/>
                                  <w:marTop w:val="100"/>
                                  <w:marBottom w:val="100"/>
                                  <w:divBdr>
                                    <w:top w:val="none" w:sz="0" w:space="0" w:color="auto"/>
                                    <w:left w:val="none" w:sz="0" w:space="0" w:color="auto"/>
                                    <w:bottom w:val="none" w:sz="0" w:space="0" w:color="auto"/>
                                    <w:right w:val="none" w:sz="0" w:space="0" w:color="auto"/>
                                  </w:divBdr>
                                </w:div>
                                <w:div w:id="461846673">
                                  <w:blockQuote w:val="1"/>
                                  <w:marLeft w:val="720"/>
                                  <w:marRight w:val="720"/>
                                  <w:marTop w:val="100"/>
                                  <w:marBottom w:val="100"/>
                                  <w:divBdr>
                                    <w:top w:val="none" w:sz="0" w:space="0" w:color="auto"/>
                                    <w:left w:val="none" w:sz="0" w:space="0" w:color="auto"/>
                                    <w:bottom w:val="none" w:sz="0" w:space="0" w:color="auto"/>
                                    <w:right w:val="none" w:sz="0" w:space="0" w:color="auto"/>
                                  </w:divBdr>
                                </w:div>
                                <w:div w:id="947198462">
                                  <w:blockQuote w:val="1"/>
                                  <w:marLeft w:val="720"/>
                                  <w:marRight w:val="720"/>
                                  <w:marTop w:val="100"/>
                                  <w:marBottom w:val="100"/>
                                  <w:divBdr>
                                    <w:top w:val="none" w:sz="0" w:space="0" w:color="auto"/>
                                    <w:left w:val="none" w:sz="0" w:space="0" w:color="auto"/>
                                    <w:bottom w:val="none" w:sz="0" w:space="0" w:color="auto"/>
                                    <w:right w:val="none" w:sz="0" w:space="0" w:color="auto"/>
                                  </w:divBdr>
                                </w:div>
                                <w:div w:id="6347173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504637">
      <w:bodyDiv w:val="1"/>
      <w:marLeft w:val="0"/>
      <w:marRight w:val="0"/>
      <w:marTop w:val="0"/>
      <w:marBottom w:val="0"/>
      <w:divBdr>
        <w:top w:val="none" w:sz="0" w:space="0" w:color="auto"/>
        <w:left w:val="none" w:sz="0" w:space="0" w:color="auto"/>
        <w:bottom w:val="none" w:sz="0" w:space="0" w:color="auto"/>
        <w:right w:val="none" w:sz="0" w:space="0" w:color="auto"/>
      </w:divBdr>
    </w:div>
    <w:div w:id="1000617853">
      <w:bodyDiv w:val="1"/>
      <w:marLeft w:val="0"/>
      <w:marRight w:val="0"/>
      <w:marTop w:val="0"/>
      <w:marBottom w:val="0"/>
      <w:divBdr>
        <w:top w:val="none" w:sz="0" w:space="0" w:color="auto"/>
        <w:left w:val="none" w:sz="0" w:space="0" w:color="auto"/>
        <w:bottom w:val="none" w:sz="0" w:space="0" w:color="auto"/>
        <w:right w:val="none" w:sz="0" w:space="0" w:color="auto"/>
      </w:divBdr>
    </w:div>
    <w:div w:id="1003363910">
      <w:bodyDiv w:val="1"/>
      <w:marLeft w:val="0"/>
      <w:marRight w:val="0"/>
      <w:marTop w:val="0"/>
      <w:marBottom w:val="0"/>
      <w:divBdr>
        <w:top w:val="none" w:sz="0" w:space="0" w:color="auto"/>
        <w:left w:val="none" w:sz="0" w:space="0" w:color="auto"/>
        <w:bottom w:val="none" w:sz="0" w:space="0" w:color="auto"/>
        <w:right w:val="none" w:sz="0" w:space="0" w:color="auto"/>
      </w:divBdr>
    </w:div>
    <w:div w:id="1018236173">
      <w:bodyDiv w:val="1"/>
      <w:marLeft w:val="0"/>
      <w:marRight w:val="0"/>
      <w:marTop w:val="0"/>
      <w:marBottom w:val="0"/>
      <w:divBdr>
        <w:top w:val="none" w:sz="0" w:space="0" w:color="auto"/>
        <w:left w:val="none" w:sz="0" w:space="0" w:color="auto"/>
        <w:bottom w:val="none" w:sz="0" w:space="0" w:color="auto"/>
        <w:right w:val="none" w:sz="0" w:space="0" w:color="auto"/>
      </w:divBdr>
      <w:divsChild>
        <w:div w:id="1394349523">
          <w:marLeft w:val="0"/>
          <w:marRight w:val="0"/>
          <w:marTop w:val="0"/>
          <w:marBottom w:val="0"/>
          <w:divBdr>
            <w:top w:val="none" w:sz="0" w:space="0" w:color="auto"/>
            <w:left w:val="none" w:sz="0" w:space="0" w:color="auto"/>
            <w:bottom w:val="none" w:sz="0" w:space="0" w:color="auto"/>
            <w:right w:val="none" w:sz="0" w:space="0" w:color="auto"/>
          </w:divBdr>
          <w:divsChild>
            <w:div w:id="1268924159">
              <w:marLeft w:val="0"/>
              <w:marRight w:val="0"/>
              <w:marTop w:val="0"/>
              <w:marBottom w:val="0"/>
              <w:divBdr>
                <w:top w:val="none" w:sz="0" w:space="0" w:color="auto"/>
                <w:left w:val="none" w:sz="0" w:space="0" w:color="auto"/>
                <w:bottom w:val="none" w:sz="0" w:space="0" w:color="auto"/>
                <w:right w:val="none" w:sz="0" w:space="0" w:color="auto"/>
              </w:divBdr>
              <w:divsChild>
                <w:div w:id="1856381533">
                  <w:marLeft w:val="0"/>
                  <w:marRight w:val="0"/>
                  <w:marTop w:val="0"/>
                  <w:marBottom w:val="0"/>
                  <w:divBdr>
                    <w:top w:val="none" w:sz="0" w:space="0" w:color="auto"/>
                    <w:left w:val="none" w:sz="0" w:space="0" w:color="auto"/>
                    <w:bottom w:val="none" w:sz="0" w:space="0" w:color="auto"/>
                    <w:right w:val="none" w:sz="0" w:space="0" w:color="auto"/>
                  </w:divBdr>
                  <w:divsChild>
                    <w:div w:id="599535185">
                      <w:marLeft w:val="0"/>
                      <w:marRight w:val="0"/>
                      <w:marTop w:val="0"/>
                      <w:marBottom w:val="0"/>
                      <w:divBdr>
                        <w:top w:val="none" w:sz="0" w:space="0" w:color="auto"/>
                        <w:left w:val="none" w:sz="0" w:space="0" w:color="auto"/>
                        <w:bottom w:val="none" w:sz="0" w:space="0" w:color="auto"/>
                        <w:right w:val="none" w:sz="0" w:space="0" w:color="auto"/>
                      </w:divBdr>
                      <w:divsChild>
                        <w:div w:id="1752121716">
                          <w:marLeft w:val="0"/>
                          <w:marRight w:val="0"/>
                          <w:marTop w:val="0"/>
                          <w:marBottom w:val="0"/>
                          <w:divBdr>
                            <w:top w:val="none" w:sz="0" w:space="0" w:color="auto"/>
                            <w:left w:val="none" w:sz="0" w:space="0" w:color="auto"/>
                            <w:bottom w:val="none" w:sz="0" w:space="0" w:color="auto"/>
                            <w:right w:val="none" w:sz="0" w:space="0" w:color="auto"/>
                          </w:divBdr>
                          <w:divsChild>
                            <w:div w:id="114138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4281340">
      <w:bodyDiv w:val="1"/>
      <w:marLeft w:val="0"/>
      <w:marRight w:val="0"/>
      <w:marTop w:val="0"/>
      <w:marBottom w:val="0"/>
      <w:divBdr>
        <w:top w:val="none" w:sz="0" w:space="0" w:color="auto"/>
        <w:left w:val="none" w:sz="0" w:space="0" w:color="auto"/>
        <w:bottom w:val="none" w:sz="0" w:space="0" w:color="auto"/>
        <w:right w:val="none" w:sz="0" w:space="0" w:color="auto"/>
      </w:divBdr>
    </w:div>
    <w:div w:id="1024401167">
      <w:bodyDiv w:val="1"/>
      <w:marLeft w:val="0"/>
      <w:marRight w:val="0"/>
      <w:marTop w:val="0"/>
      <w:marBottom w:val="0"/>
      <w:divBdr>
        <w:top w:val="none" w:sz="0" w:space="0" w:color="auto"/>
        <w:left w:val="none" w:sz="0" w:space="0" w:color="auto"/>
        <w:bottom w:val="none" w:sz="0" w:space="0" w:color="auto"/>
        <w:right w:val="none" w:sz="0" w:space="0" w:color="auto"/>
      </w:divBdr>
    </w:div>
    <w:div w:id="1044409260">
      <w:bodyDiv w:val="1"/>
      <w:marLeft w:val="0"/>
      <w:marRight w:val="0"/>
      <w:marTop w:val="0"/>
      <w:marBottom w:val="0"/>
      <w:divBdr>
        <w:top w:val="none" w:sz="0" w:space="0" w:color="auto"/>
        <w:left w:val="none" w:sz="0" w:space="0" w:color="auto"/>
        <w:bottom w:val="none" w:sz="0" w:space="0" w:color="auto"/>
        <w:right w:val="none" w:sz="0" w:space="0" w:color="auto"/>
      </w:divBdr>
    </w:div>
    <w:div w:id="1056860376">
      <w:bodyDiv w:val="1"/>
      <w:marLeft w:val="0"/>
      <w:marRight w:val="0"/>
      <w:marTop w:val="0"/>
      <w:marBottom w:val="0"/>
      <w:divBdr>
        <w:top w:val="none" w:sz="0" w:space="0" w:color="auto"/>
        <w:left w:val="none" w:sz="0" w:space="0" w:color="auto"/>
        <w:bottom w:val="none" w:sz="0" w:space="0" w:color="auto"/>
        <w:right w:val="none" w:sz="0" w:space="0" w:color="auto"/>
      </w:divBdr>
    </w:div>
    <w:div w:id="1063678131">
      <w:bodyDiv w:val="1"/>
      <w:marLeft w:val="0"/>
      <w:marRight w:val="0"/>
      <w:marTop w:val="0"/>
      <w:marBottom w:val="0"/>
      <w:divBdr>
        <w:top w:val="none" w:sz="0" w:space="0" w:color="auto"/>
        <w:left w:val="none" w:sz="0" w:space="0" w:color="auto"/>
        <w:bottom w:val="none" w:sz="0" w:space="0" w:color="auto"/>
        <w:right w:val="none" w:sz="0" w:space="0" w:color="auto"/>
      </w:divBdr>
    </w:div>
    <w:div w:id="1070661678">
      <w:bodyDiv w:val="1"/>
      <w:marLeft w:val="0"/>
      <w:marRight w:val="0"/>
      <w:marTop w:val="0"/>
      <w:marBottom w:val="0"/>
      <w:divBdr>
        <w:top w:val="none" w:sz="0" w:space="0" w:color="auto"/>
        <w:left w:val="none" w:sz="0" w:space="0" w:color="auto"/>
        <w:bottom w:val="none" w:sz="0" w:space="0" w:color="auto"/>
        <w:right w:val="none" w:sz="0" w:space="0" w:color="auto"/>
      </w:divBdr>
    </w:div>
    <w:div w:id="1072194955">
      <w:bodyDiv w:val="1"/>
      <w:marLeft w:val="0"/>
      <w:marRight w:val="0"/>
      <w:marTop w:val="0"/>
      <w:marBottom w:val="0"/>
      <w:divBdr>
        <w:top w:val="none" w:sz="0" w:space="0" w:color="auto"/>
        <w:left w:val="none" w:sz="0" w:space="0" w:color="auto"/>
        <w:bottom w:val="none" w:sz="0" w:space="0" w:color="auto"/>
        <w:right w:val="none" w:sz="0" w:space="0" w:color="auto"/>
      </w:divBdr>
    </w:div>
    <w:div w:id="1085884050">
      <w:bodyDiv w:val="1"/>
      <w:marLeft w:val="0"/>
      <w:marRight w:val="0"/>
      <w:marTop w:val="0"/>
      <w:marBottom w:val="0"/>
      <w:divBdr>
        <w:top w:val="none" w:sz="0" w:space="0" w:color="auto"/>
        <w:left w:val="none" w:sz="0" w:space="0" w:color="auto"/>
        <w:bottom w:val="none" w:sz="0" w:space="0" w:color="auto"/>
        <w:right w:val="none" w:sz="0" w:space="0" w:color="auto"/>
      </w:divBdr>
    </w:div>
    <w:div w:id="1089736270">
      <w:bodyDiv w:val="1"/>
      <w:marLeft w:val="0"/>
      <w:marRight w:val="0"/>
      <w:marTop w:val="0"/>
      <w:marBottom w:val="0"/>
      <w:divBdr>
        <w:top w:val="none" w:sz="0" w:space="0" w:color="auto"/>
        <w:left w:val="none" w:sz="0" w:space="0" w:color="auto"/>
        <w:bottom w:val="none" w:sz="0" w:space="0" w:color="auto"/>
        <w:right w:val="none" w:sz="0" w:space="0" w:color="auto"/>
      </w:divBdr>
    </w:div>
    <w:div w:id="1117531450">
      <w:bodyDiv w:val="1"/>
      <w:marLeft w:val="0"/>
      <w:marRight w:val="0"/>
      <w:marTop w:val="0"/>
      <w:marBottom w:val="0"/>
      <w:divBdr>
        <w:top w:val="none" w:sz="0" w:space="0" w:color="auto"/>
        <w:left w:val="none" w:sz="0" w:space="0" w:color="auto"/>
        <w:bottom w:val="none" w:sz="0" w:space="0" w:color="auto"/>
        <w:right w:val="none" w:sz="0" w:space="0" w:color="auto"/>
      </w:divBdr>
    </w:div>
    <w:div w:id="1121461437">
      <w:bodyDiv w:val="1"/>
      <w:marLeft w:val="0"/>
      <w:marRight w:val="0"/>
      <w:marTop w:val="0"/>
      <w:marBottom w:val="0"/>
      <w:divBdr>
        <w:top w:val="none" w:sz="0" w:space="0" w:color="auto"/>
        <w:left w:val="none" w:sz="0" w:space="0" w:color="auto"/>
        <w:bottom w:val="none" w:sz="0" w:space="0" w:color="auto"/>
        <w:right w:val="none" w:sz="0" w:space="0" w:color="auto"/>
      </w:divBdr>
    </w:div>
    <w:div w:id="1137794014">
      <w:bodyDiv w:val="1"/>
      <w:marLeft w:val="0"/>
      <w:marRight w:val="0"/>
      <w:marTop w:val="0"/>
      <w:marBottom w:val="0"/>
      <w:divBdr>
        <w:top w:val="none" w:sz="0" w:space="0" w:color="auto"/>
        <w:left w:val="none" w:sz="0" w:space="0" w:color="auto"/>
        <w:bottom w:val="none" w:sz="0" w:space="0" w:color="auto"/>
        <w:right w:val="none" w:sz="0" w:space="0" w:color="auto"/>
      </w:divBdr>
    </w:div>
    <w:div w:id="1138035964">
      <w:bodyDiv w:val="1"/>
      <w:marLeft w:val="0"/>
      <w:marRight w:val="0"/>
      <w:marTop w:val="0"/>
      <w:marBottom w:val="0"/>
      <w:divBdr>
        <w:top w:val="none" w:sz="0" w:space="0" w:color="auto"/>
        <w:left w:val="none" w:sz="0" w:space="0" w:color="auto"/>
        <w:bottom w:val="none" w:sz="0" w:space="0" w:color="auto"/>
        <w:right w:val="none" w:sz="0" w:space="0" w:color="auto"/>
      </w:divBdr>
    </w:div>
    <w:div w:id="1156994027">
      <w:bodyDiv w:val="1"/>
      <w:marLeft w:val="0"/>
      <w:marRight w:val="0"/>
      <w:marTop w:val="0"/>
      <w:marBottom w:val="0"/>
      <w:divBdr>
        <w:top w:val="none" w:sz="0" w:space="0" w:color="auto"/>
        <w:left w:val="none" w:sz="0" w:space="0" w:color="auto"/>
        <w:bottom w:val="none" w:sz="0" w:space="0" w:color="auto"/>
        <w:right w:val="none" w:sz="0" w:space="0" w:color="auto"/>
      </w:divBdr>
    </w:div>
    <w:div w:id="1158232016">
      <w:bodyDiv w:val="1"/>
      <w:marLeft w:val="0"/>
      <w:marRight w:val="0"/>
      <w:marTop w:val="0"/>
      <w:marBottom w:val="0"/>
      <w:divBdr>
        <w:top w:val="none" w:sz="0" w:space="0" w:color="auto"/>
        <w:left w:val="none" w:sz="0" w:space="0" w:color="auto"/>
        <w:bottom w:val="none" w:sz="0" w:space="0" w:color="auto"/>
        <w:right w:val="none" w:sz="0" w:space="0" w:color="auto"/>
      </w:divBdr>
    </w:div>
    <w:div w:id="1164050767">
      <w:bodyDiv w:val="1"/>
      <w:marLeft w:val="0"/>
      <w:marRight w:val="0"/>
      <w:marTop w:val="0"/>
      <w:marBottom w:val="0"/>
      <w:divBdr>
        <w:top w:val="none" w:sz="0" w:space="0" w:color="auto"/>
        <w:left w:val="none" w:sz="0" w:space="0" w:color="auto"/>
        <w:bottom w:val="none" w:sz="0" w:space="0" w:color="auto"/>
        <w:right w:val="none" w:sz="0" w:space="0" w:color="auto"/>
      </w:divBdr>
      <w:divsChild>
        <w:div w:id="1348025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4517737">
      <w:bodyDiv w:val="1"/>
      <w:marLeft w:val="0"/>
      <w:marRight w:val="0"/>
      <w:marTop w:val="0"/>
      <w:marBottom w:val="0"/>
      <w:divBdr>
        <w:top w:val="none" w:sz="0" w:space="0" w:color="auto"/>
        <w:left w:val="none" w:sz="0" w:space="0" w:color="auto"/>
        <w:bottom w:val="none" w:sz="0" w:space="0" w:color="auto"/>
        <w:right w:val="none" w:sz="0" w:space="0" w:color="auto"/>
      </w:divBdr>
    </w:div>
    <w:div w:id="1173686877">
      <w:bodyDiv w:val="1"/>
      <w:marLeft w:val="0"/>
      <w:marRight w:val="0"/>
      <w:marTop w:val="0"/>
      <w:marBottom w:val="0"/>
      <w:divBdr>
        <w:top w:val="none" w:sz="0" w:space="0" w:color="auto"/>
        <w:left w:val="none" w:sz="0" w:space="0" w:color="auto"/>
        <w:bottom w:val="none" w:sz="0" w:space="0" w:color="auto"/>
        <w:right w:val="none" w:sz="0" w:space="0" w:color="auto"/>
      </w:divBdr>
    </w:div>
    <w:div w:id="1183739624">
      <w:bodyDiv w:val="1"/>
      <w:marLeft w:val="0"/>
      <w:marRight w:val="0"/>
      <w:marTop w:val="0"/>
      <w:marBottom w:val="0"/>
      <w:divBdr>
        <w:top w:val="none" w:sz="0" w:space="0" w:color="auto"/>
        <w:left w:val="none" w:sz="0" w:space="0" w:color="auto"/>
        <w:bottom w:val="none" w:sz="0" w:space="0" w:color="auto"/>
        <w:right w:val="none" w:sz="0" w:space="0" w:color="auto"/>
      </w:divBdr>
    </w:div>
    <w:div w:id="1189609659">
      <w:bodyDiv w:val="1"/>
      <w:marLeft w:val="0"/>
      <w:marRight w:val="0"/>
      <w:marTop w:val="0"/>
      <w:marBottom w:val="0"/>
      <w:divBdr>
        <w:top w:val="none" w:sz="0" w:space="0" w:color="auto"/>
        <w:left w:val="none" w:sz="0" w:space="0" w:color="auto"/>
        <w:bottom w:val="none" w:sz="0" w:space="0" w:color="auto"/>
        <w:right w:val="none" w:sz="0" w:space="0" w:color="auto"/>
      </w:divBdr>
    </w:div>
    <w:div w:id="1209761248">
      <w:bodyDiv w:val="1"/>
      <w:marLeft w:val="0"/>
      <w:marRight w:val="0"/>
      <w:marTop w:val="0"/>
      <w:marBottom w:val="0"/>
      <w:divBdr>
        <w:top w:val="none" w:sz="0" w:space="0" w:color="auto"/>
        <w:left w:val="none" w:sz="0" w:space="0" w:color="auto"/>
        <w:bottom w:val="none" w:sz="0" w:space="0" w:color="auto"/>
        <w:right w:val="none" w:sz="0" w:space="0" w:color="auto"/>
      </w:divBdr>
    </w:div>
    <w:div w:id="1216964004">
      <w:bodyDiv w:val="1"/>
      <w:marLeft w:val="0"/>
      <w:marRight w:val="0"/>
      <w:marTop w:val="0"/>
      <w:marBottom w:val="0"/>
      <w:divBdr>
        <w:top w:val="none" w:sz="0" w:space="0" w:color="auto"/>
        <w:left w:val="none" w:sz="0" w:space="0" w:color="auto"/>
        <w:bottom w:val="none" w:sz="0" w:space="0" w:color="auto"/>
        <w:right w:val="none" w:sz="0" w:space="0" w:color="auto"/>
      </w:divBdr>
    </w:div>
    <w:div w:id="1230311799">
      <w:bodyDiv w:val="1"/>
      <w:marLeft w:val="0"/>
      <w:marRight w:val="0"/>
      <w:marTop w:val="0"/>
      <w:marBottom w:val="0"/>
      <w:divBdr>
        <w:top w:val="none" w:sz="0" w:space="0" w:color="auto"/>
        <w:left w:val="none" w:sz="0" w:space="0" w:color="auto"/>
        <w:bottom w:val="none" w:sz="0" w:space="0" w:color="auto"/>
        <w:right w:val="none" w:sz="0" w:space="0" w:color="auto"/>
      </w:divBdr>
    </w:div>
    <w:div w:id="1309818186">
      <w:bodyDiv w:val="1"/>
      <w:marLeft w:val="0"/>
      <w:marRight w:val="0"/>
      <w:marTop w:val="0"/>
      <w:marBottom w:val="0"/>
      <w:divBdr>
        <w:top w:val="none" w:sz="0" w:space="0" w:color="auto"/>
        <w:left w:val="none" w:sz="0" w:space="0" w:color="auto"/>
        <w:bottom w:val="none" w:sz="0" w:space="0" w:color="auto"/>
        <w:right w:val="none" w:sz="0" w:space="0" w:color="auto"/>
      </w:divBdr>
      <w:divsChild>
        <w:div w:id="12372040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9920537">
      <w:bodyDiv w:val="1"/>
      <w:marLeft w:val="0"/>
      <w:marRight w:val="0"/>
      <w:marTop w:val="0"/>
      <w:marBottom w:val="0"/>
      <w:divBdr>
        <w:top w:val="none" w:sz="0" w:space="0" w:color="auto"/>
        <w:left w:val="none" w:sz="0" w:space="0" w:color="auto"/>
        <w:bottom w:val="none" w:sz="0" w:space="0" w:color="auto"/>
        <w:right w:val="none" w:sz="0" w:space="0" w:color="auto"/>
      </w:divBdr>
    </w:div>
    <w:div w:id="1353452548">
      <w:bodyDiv w:val="1"/>
      <w:marLeft w:val="0"/>
      <w:marRight w:val="0"/>
      <w:marTop w:val="0"/>
      <w:marBottom w:val="0"/>
      <w:divBdr>
        <w:top w:val="none" w:sz="0" w:space="0" w:color="auto"/>
        <w:left w:val="none" w:sz="0" w:space="0" w:color="auto"/>
        <w:bottom w:val="none" w:sz="0" w:space="0" w:color="auto"/>
        <w:right w:val="none" w:sz="0" w:space="0" w:color="auto"/>
      </w:divBdr>
    </w:div>
    <w:div w:id="1355695940">
      <w:bodyDiv w:val="1"/>
      <w:marLeft w:val="0"/>
      <w:marRight w:val="0"/>
      <w:marTop w:val="0"/>
      <w:marBottom w:val="0"/>
      <w:divBdr>
        <w:top w:val="none" w:sz="0" w:space="0" w:color="auto"/>
        <w:left w:val="none" w:sz="0" w:space="0" w:color="auto"/>
        <w:bottom w:val="none" w:sz="0" w:space="0" w:color="auto"/>
        <w:right w:val="none" w:sz="0" w:space="0" w:color="auto"/>
      </w:divBdr>
    </w:div>
    <w:div w:id="1356033237">
      <w:bodyDiv w:val="1"/>
      <w:marLeft w:val="0"/>
      <w:marRight w:val="0"/>
      <w:marTop w:val="0"/>
      <w:marBottom w:val="0"/>
      <w:divBdr>
        <w:top w:val="none" w:sz="0" w:space="0" w:color="auto"/>
        <w:left w:val="none" w:sz="0" w:space="0" w:color="auto"/>
        <w:bottom w:val="none" w:sz="0" w:space="0" w:color="auto"/>
        <w:right w:val="none" w:sz="0" w:space="0" w:color="auto"/>
      </w:divBdr>
    </w:div>
    <w:div w:id="1365593177">
      <w:bodyDiv w:val="1"/>
      <w:marLeft w:val="0"/>
      <w:marRight w:val="0"/>
      <w:marTop w:val="0"/>
      <w:marBottom w:val="0"/>
      <w:divBdr>
        <w:top w:val="none" w:sz="0" w:space="0" w:color="auto"/>
        <w:left w:val="none" w:sz="0" w:space="0" w:color="auto"/>
        <w:bottom w:val="none" w:sz="0" w:space="0" w:color="auto"/>
        <w:right w:val="none" w:sz="0" w:space="0" w:color="auto"/>
      </w:divBdr>
    </w:div>
    <w:div w:id="1376276155">
      <w:bodyDiv w:val="1"/>
      <w:marLeft w:val="0"/>
      <w:marRight w:val="0"/>
      <w:marTop w:val="0"/>
      <w:marBottom w:val="0"/>
      <w:divBdr>
        <w:top w:val="none" w:sz="0" w:space="0" w:color="auto"/>
        <w:left w:val="none" w:sz="0" w:space="0" w:color="auto"/>
        <w:bottom w:val="none" w:sz="0" w:space="0" w:color="auto"/>
        <w:right w:val="none" w:sz="0" w:space="0" w:color="auto"/>
      </w:divBdr>
    </w:div>
    <w:div w:id="1445659179">
      <w:bodyDiv w:val="1"/>
      <w:marLeft w:val="0"/>
      <w:marRight w:val="0"/>
      <w:marTop w:val="0"/>
      <w:marBottom w:val="0"/>
      <w:divBdr>
        <w:top w:val="none" w:sz="0" w:space="0" w:color="auto"/>
        <w:left w:val="none" w:sz="0" w:space="0" w:color="auto"/>
        <w:bottom w:val="none" w:sz="0" w:space="0" w:color="auto"/>
        <w:right w:val="none" w:sz="0" w:space="0" w:color="auto"/>
      </w:divBdr>
      <w:divsChild>
        <w:div w:id="1558316879">
          <w:marLeft w:val="0"/>
          <w:marRight w:val="0"/>
          <w:marTop w:val="0"/>
          <w:marBottom w:val="0"/>
          <w:divBdr>
            <w:top w:val="none" w:sz="0" w:space="0" w:color="auto"/>
            <w:left w:val="none" w:sz="0" w:space="0" w:color="auto"/>
            <w:bottom w:val="none" w:sz="0" w:space="0" w:color="auto"/>
            <w:right w:val="none" w:sz="0" w:space="0" w:color="auto"/>
          </w:divBdr>
          <w:divsChild>
            <w:div w:id="1792164661">
              <w:marLeft w:val="0"/>
              <w:marRight w:val="0"/>
              <w:marTop w:val="0"/>
              <w:marBottom w:val="0"/>
              <w:divBdr>
                <w:top w:val="none" w:sz="0" w:space="0" w:color="auto"/>
                <w:left w:val="none" w:sz="0" w:space="0" w:color="auto"/>
                <w:bottom w:val="none" w:sz="0" w:space="0" w:color="auto"/>
                <w:right w:val="none" w:sz="0" w:space="0" w:color="auto"/>
              </w:divBdr>
              <w:divsChild>
                <w:div w:id="2004888842">
                  <w:marLeft w:val="0"/>
                  <w:marRight w:val="0"/>
                  <w:marTop w:val="0"/>
                  <w:marBottom w:val="0"/>
                  <w:divBdr>
                    <w:top w:val="none" w:sz="0" w:space="0" w:color="auto"/>
                    <w:left w:val="none" w:sz="0" w:space="0" w:color="auto"/>
                    <w:bottom w:val="none" w:sz="0" w:space="0" w:color="auto"/>
                    <w:right w:val="none" w:sz="0" w:space="0" w:color="auto"/>
                  </w:divBdr>
                  <w:divsChild>
                    <w:div w:id="1836991866">
                      <w:marLeft w:val="0"/>
                      <w:marRight w:val="0"/>
                      <w:marTop w:val="0"/>
                      <w:marBottom w:val="0"/>
                      <w:divBdr>
                        <w:top w:val="none" w:sz="0" w:space="0" w:color="auto"/>
                        <w:left w:val="none" w:sz="0" w:space="0" w:color="auto"/>
                        <w:bottom w:val="none" w:sz="0" w:space="0" w:color="auto"/>
                        <w:right w:val="none" w:sz="0" w:space="0" w:color="auto"/>
                      </w:divBdr>
                      <w:divsChild>
                        <w:div w:id="1329165526">
                          <w:marLeft w:val="0"/>
                          <w:marRight w:val="0"/>
                          <w:marTop w:val="0"/>
                          <w:marBottom w:val="0"/>
                          <w:divBdr>
                            <w:top w:val="none" w:sz="0" w:space="0" w:color="auto"/>
                            <w:left w:val="none" w:sz="0" w:space="0" w:color="auto"/>
                            <w:bottom w:val="none" w:sz="0" w:space="0" w:color="auto"/>
                            <w:right w:val="none" w:sz="0" w:space="0" w:color="auto"/>
                          </w:divBdr>
                          <w:divsChild>
                            <w:div w:id="20309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6524465">
          <w:marLeft w:val="0"/>
          <w:marRight w:val="0"/>
          <w:marTop w:val="0"/>
          <w:marBottom w:val="0"/>
          <w:divBdr>
            <w:top w:val="none" w:sz="0" w:space="0" w:color="auto"/>
            <w:left w:val="none" w:sz="0" w:space="0" w:color="auto"/>
            <w:bottom w:val="none" w:sz="0" w:space="0" w:color="auto"/>
            <w:right w:val="none" w:sz="0" w:space="0" w:color="auto"/>
          </w:divBdr>
          <w:divsChild>
            <w:div w:id="700857022">
              <w:marLeft w:val="0"/>
              <w:marRight w:val="0"/>
              <w:marTop w:val="0"/>
              <w:marBottom w:val="0"/>
              <w:divBdr>
                <w:top w:val="none" w:sz="0" w:space="0" w:color="auto"/>
                <w:left w:val="none" w:sz="0" w:space="0" w:color="auto"/>
                <w:bottom w:val="none" w:sz="0" w:space="0" w:color="auto"/>
                <w:right w:val="none" w:sz="0" w:space="0" w:color="auto"/>
              </w:divBdr>
              <w:divsChild>
                <w:div w:id="2016570844">
                  <w:marLeft w:val="0"/>
                  <w:marRight w:val="0"/>
                  <w:marTop w:val="0"/>
                  <w:marBottom w:val="0"/>
                  <w:divBdr>
                    <w:top w:val="none" w:sz="0" w:space="0" w:color="auto"/>
                    <w:left w:val="none" w:sz="0" w:space="0" w:color="auto"/>
                    <w:bottom w:val="none" w:sz="0" w:space="0" w:color="auto"/>
                    <w:right w:val="none" w:sz="0" w:space="0" w:color="auto"/>
                  </w:divBdr>
                  <w:divsChild>
                    <w:div w:id="1224103104">
                      <w:marLeft w:val="0"/>
                      <w:marRight w:val="0"/>
                      <w:marTop w:val="0"/>
                      <w:marBottom w:val="0"/>
                      <w:divBdr>
                        <w:top w:val="none" w:sz="0" w:space="0" w:color="auto"/>
                        <w:left w:val="none" w:sz="0" w:space="0" w:color="auto"/>
                        <w:bottom w:val="none" w:sz="0" w:space="0" w:color="auto"/>
                        <w:right w:val="none" w:sz="0" w:space="0" w:color="auto"/>
                      </w:divBdr>
                      <w:divsChild>
                        <w:div w:id="1398895703">
                          <w:marLeft w:val="0"/>
                          <w:marRight w:val="0"/>
                          <w:marTop w:val="0"/>
                          <w:marBottom w:val="0"/>
                          <w:divBdr>
                            <w:top w:val="none" w:sz="0" w:space="0" w:color="auto"/>
                            <w:left w:val="none" w:sz="0" w:space="0" w:color="auto"/>
                            <w:bottom w:val="none" w:sz="0" w:space="0" w:color="auto"/>
                            <w:right w:val="none" w:sz="0" w:space="0" w:color="auto"/>
                          </w:divBdr>
                          <w:divsChild>
                            <w:div w:id="729040810">
                              <w:marLeft w:val="0"/>
                              <w:marRight w:val="0"/>
                              <w:marTop w:val="0"/>
                              <w:marBottom w:val="0"/>
                              <w:divBdr>
                                <w:top w:val="none" w:sz="0" w:space="0" w:color="auto"/>
                                <w:left w:val="none" w:sz="0" w:space="0" w:color="auto"/>
                                <w:bottom w:val="none" w:sz="0" w:space="0" w:color="auto"/>
                                <w:right w:val="none" w:sz="0" w:space="0" w:color="auto"/>
                              </w:divBdr>
                              <w:divsChild>
                                <w:div w:id="152177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210743">
          <w:marLeft w:val="0"/>
          <w:marRight w:val="0"/>
          <w:marTop w:val="0"/>
          <w:marBottom w:val="0"/>
          <w:divBdr>
            <w:top w:val="none" w:sz="0" w:space="0" w:color="auto"/>
            <w:left w:val="none" w:sz="0" w:space="0" w:color="auto"/>
            <w:bottom w:val="none" w:sz="0" w:space="0" w:color="auto"/>
            <w:right w:val="none" w:sz="0" w:space="0" w:color="auto"/>
          </w:divBdr>
          <w:divsChild>
            <w:div w:id="1667051382">
              <w:marLeft w:val="0"/>
              <w:marRight w:val="0"/>
              <w:marTop w:val="0"/>
              <w:marBottom w:val="0"/>
              <w:divBdr>
                <w:top w:val="none" w:sz="0" w:space="0" w:color="auto"/>
                <w:left w:val="none" w:sz="0" w:space="0" w:color="auto"/>
                <w:bottom w:val="none" w:sz="0" w:space="0" w:color="auto"/>
                <w:right w:val="none" w:sz="0" w:space="0" w:color="auto"/>
              </w:divBdr>
              <w:divsChild>
                <w:div w:id="449207902">
                  <w:marLeft w:val="0"/>
                  <w:marRight w:val="0"/>
                  <w:marTop w:val="0"/>
                  <w:marBottom w:val="0"/>
                  <w:divBdr>
                    <w:top w:val="none" w:sz="0" w:space="0" w:color="auto"/>
                    <w:left w:val="none" w:sz="0" w:space="0" w:color="auto"/>
                    <w:bottom w:val="none" w:sz="0" w:space="0" w:color="auto"/>
                    <w:right w:val="none" w:sz="0" w:space="0" w:color="auto"/>
                  </w:divBdr>
                  <w:divsChild>
                    <w:div w:id="1994791515">
                      <w:marLeft w:val="0"/>
                      <w:marRight w:val="0"/>
                      <w:marTop w:val="0"/>
                      <w:marBottom w:val="0"/>
                      <w:divBdr>
                        <w:top w:val="none" w:sz="0" w:space="0" w:color="auto"/>
                        <w:left w:val="none" w:sz="0" w:space="0" w:color="auto"/>
                        <w:bottom w:val="none" w:sz="0" w:space="0" w:color="auto"/>
                        <w:right w:val="none" w:sz="0" w:space="0" w:color="auto"/>
                      </w:divBdr>
                      <w:divsChild>
                        <w:div w:id="1174733443">
                          <w:marLeft w:val="0"/>
                          <w:marRight w:val="0"/>
                          <w:marTop w:val="0"/>
                          <w:marBottom w:val="0"/>
                          <w:divBdr>
                            <w:top w:val="none" w:sz="0" w:space="0" w:color="auto"/>
                            <w:left w:val="none" w:sz="0" w:space="0" w:color="auto"/>
                            <w:bottom w:val="none" w:sz="0" w:space="0" w:color="auto"/>
                            <w:right w:val="none" w:sz="0" w:space="0" w:color="auto"/>
                          </w:divBdr>
                          <w:divsChild>
                            <w:div w:id="5354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520879">
          <w:marLeft w:val="0"/>
          <w:marRight w:val="0"/>
          <w:marTop w:val="0"/>
          <w:marBottom w:val="0"/>
          <w:divBdr>
            <w:top w:val="none" w:sz="0" w:space="0" w:color="auto"/>
            <w:left w:val="none" w:sz="0" w:space="0" w:color="auto"/>
            <w:bottom w:val="none" w:sz="0" w:space="0" w:color="auto"/>
            <w:right w:val="none" w:sz="0" w:space="0" w:color="auto"/>
          </w:divBdr>
          <w:divsChild>
            <w:div w:id="1858345051">
              <w:marLeft w:val="0"/>
              <w:marRight w:val="0"/>
              <w:marTop w:val="0"/>
              <w:marBottom w:val="0"/>
              <w:divBdr>
                <w:top w:val="none" w:sz="0" w:space="0" w:color="auto"/>
                <w:left w:val="none" w:sz="0" w:space="0" w:color="auto"/>
                <w:bottom w:val="none" w:sz="0" w:space="0" w:color="auto"/>
                <w:right w:val="none" w:sz="0" w:space="0" w:color="auto"/>
              </w:divBdr>
              <w:divsChild>
                <w:div w:id="682126927">
                  <w:marLeft w:val="0"/>
                  <w:marRight w:val="0"/>
                  <w:marTop w:val="0"/>
                  <w:marBottom w:val="0"/>
                  <w:divBdr>
                    <w:top w:val="none" w:sz="0" w:space="0" w:color="auto"/>
                    <w:left w:val="none" w:sz="0" w:space="0" w:color="auto"/>
                    <w:bottom w:val="none" w:sz="0" w:space="0" w:color="auto"/>
                    <w:right w:val="none" w:sz="0" w:space="0" w:color="auto"/>
                  </w:divBdr>
                  <w:divsChild>
                    <w:div w:id="767385291">
                      <w:marLeft w:val="0"/>
                      <w:marRight w:val="0"/>
                      <w:marTop w:val="0"/>
                      <w:marBottom w:val="0"/>
                      <w:divBdr>
                        <w:top w:val="none" w:sz="0" w:space="0" w:color="auto"/>
                        <w:left w:val="none" w:sz="0" w:space="0" w:color="auto"/>
                        <w:bottom w:val="none" w:sz="0" w:space="0" w:color="auto"/>
                        <w:right w:val="none" w:sz="0" w:space="0" w:color="auto"/>
                      </w:divBdr>
                      <w:divsChild>
                        <w:div w:id="574633091">
                          <w:marLeft w:val="0"/>
                          <w:marRight w:val="0"/>
                          <w:marTop w:val="0"/>
                          <w:marBottom w:val="0"/>
                          <w:divBdr>
                            <w:top w:val="none" w:sz="0" w:space="0" w:color="auto"/>
                            <w:left w:val="none" w:sz="0" w:space="0" w:color="auto"/>
                            <w:bottom w:val="none" w:sz="0" w:space="0" w:color="auto"/>
                            <w:right w:val="none" w:sz="0" w:space="0" w:color="auto"/>
                          </w:divBdr>
                          <w:divsChild>
                            <w:div w:id="667975169">
                              <w:marLeft w:val="0"/>
                              <w:marRight w:val="0"/>
                              <w:marTop w:val="0"/>
                              <w:marBottom w:val="0"/>
                              <w:divBdr>
                                <w:top w:val="none" w:sz="0" w:space="0" w:color="auto"/>
                                <w:left w:val="none" w:sz="0" w:space="0" w:color="auto"/>
                                <w:bottom w:val="none" w:sz="0" w:space="0" w:color="auto"/>
                                <w:right w:val="none" w:sz="0" w:space="0" w:color="auto"/>
                              </w:divBdr>
                              <w:divsChild>
                                <w:div w:id="140479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335920">
          <w:marLeft w:val="0"/>
          <w:marRight w:val="0"/>
          <w:marTop w:val="0"/>
          <w:marBottom w:val="0"/>
          <w:divBdr>
            <w:top w:val="none" w:sz="0" w:space="0" w:color="auto"/>
            <w:left w:val="none" w:sz="0" w:space="0" w:color="auto"/>
            <w:bottom w:val="none" w:sz="0" w:space="0" w:color="auto"/>
            <w:right w:val="none" w:sz="0" w:space="0" w:color="auto"/>
          </w:divBdr>
          <w:divsChild>
            <w:div w:id="2028825850">
              <w:marLeft w:val="0"/>
              <w:marRight w:val="0"/>
              <w:marTop w:val="0"/>
              <w:marBottom w:val="0"/>
              <w:divBdr>
                <w:top w:val="none" w:sz="0" w:space="0" w:color="auto"/>
                <w:left w:val="none" w:sz="0" w:space="0" w:color="auto"/>
                <w:bottom w:val="none" w:sz="0" w:space="0" w:color="auto"/>
                <w:right w:val="none" w:sz="0" w:space="0" w:color="auto"/>
              </w:divBdr>
              <w:divsChild>
                <w:div w:id="415979099">
                  <w:marLeft w:val="0"/>
                  <w:marRight w:val="0"/>
                  <w:marTop w:val="0"/>
                  <w:marBottom w:val="0"/>
                  <w:divBdr>
                    <w:top w:val="none" w:sz="0" w:space="0" w:color="auto"/>
                    <w:left w:val="none" w:sz="0" w:space="0" w:color="auto"/>
                    <w:bottom w:val="none" w:sz="0" w:space="0" w:color="auto"/>
                    <w:right w:val="none" w:sz="0" w:space="0" w:color="auto"/>
                  </w:divBdr>
                  <w:divsChild>
                    <w:div w:id="1200704855">
                      <w:marLeft w:val="0"/>
                      <w:marRight w:val="0"/>
                      <w:marTop w:val="0"/>
                      <w:marBottom w:val="0"/>
                      <w:divBdr>
                        <w:top w:val="none" w:sz="0" w:space="0" w:color="auto"/>
                        <w:left w:val="none" w:sz="0" w:space="0" w:color="auto"/>
                        <w:bottom w:val="none" w:sz="0" w:space="0" w:color="auto"/>
                        <w:right w:val="none" w:sz="0" w:space="0" w:color="auto"/>
                      </w:divBdr>
                      <w:divsChild>
                        <w:div w:id="1845436323">
                          <w:marLeft w:val="0"/>
                          <w:marRight w:val="0"/>
                          <w:marTop w:val="0"/>
                          <w:marBottom w:val="0"/>
                          <w:divBdr>
                            <w:top w:val="none" w:sz="0" w:space="0" w:color="auto"/>
                            <w:left w:val="none" w:sz="0" w:space="0" w:color="auto"/>
                            <w:bottom w:val="none" w:sz="0" w:space="0" w:color="auto"/>
                            <w:right w:val="none" w:sz="0" w:space="0" w:color="auto"/>
                          </w:divBdr>
                          <w:divsChild>
                            <w:div w:id="36267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607754">
          <w:marLeft w:val="0"/>
          <w:marRight w:val="0"/>
          <w:marTop w:val="0"/>
          <w:marBottom w:val="0"/>
          <w:divBdr>
            <w:top w:val="none" w:sz="0" w:space="0" w:color="auto"/>
            <w:left w:val="none" w:sz="0" w:space="0" w:color="auto"/>
            <w:bottom w:val="none" w:sz="0" w:space="0" w:color="auto"/>
            <w:right w:val="none" w:sz="0" w:space="0" w:color="auto"/>
          </w:divBdr>
          <w:divsChild>
            <w:div w:id="1823622657">
              <w:marLeft w:val="0"/>
              <w:marRight w:val="0"/>
              <w:marTop w:val="0"/>
              <w:marBottom w:val="0"/>
              <w:divBdr>
                <w:top w:val="none" w:sz="0" w:space="0" w:color="auto"/>
                <w:left w:val="none" w:sz="0" w:space="0" w:color="auto"/>
                <w:bottom w:val="none" w:sz="0" w:space="0" w:color="auto"/>
                <w:right w:val="none" w:sz="0" w:space="0" w:color="auto"/>
              </w:divBdr>
              <w:divsChild>
                <w:div w:id="974144326">
                  <w:marLeft w:val="0"/>
                  <w:marRight w:val="0"/>
                  <w:marTop w:val="0"/>
                  <w:marBottom w:val="0"/>
                  <w:divBdr>
                    <w:top w:val="none" w:sz="0" w:space="0" w:color="auto"/>
                    <w:left w:val="none" w:sz="0" w:space="0" w:color="auto"/>
                    <w:bottom w:val="none" w:sz="0" w:space="0" w:color="auto"/>
                    <w:right w:val="none" w:sz="0" w:space="0" w:color="auto"/>
                  </w:divBdr>
                  <w:divsChild>
                    <w:div w:id="1337345300">
                      <w:marLeft w:val="0"/>
                      <w:marRight w:val="0"/>
                      <w:marTop w:val="0"/>
                      <w:marBottom w:val="0"/>
                      <w:divBdr>
                        <w:top w:val="none" w:sz="0" w:space="0" w:color="auto"/>
                        <w:left w:val="none" w:sz="0" w:space="0" w:color="auto"/>
                        <w:bottom w:val="none" w:sz="0" w:space="0" w:color="auto"/>
                        <w:right w:val="none" w:sz="0" w:space="0" w:color="auto"/>
                      </w:divBdr>
                      <w:divsChild>
                        <w:div w:id="1967159710">
                          <w:marLeft w:val="0"/>
                          <w:marRight w:val="0"/>
                          <w:marTop w:val="0"/>
                          <w:marBottom w:val="0"/>
                          <w:divBdr>
                            <w:top w:val="none" w:sz="0" w:space="0" w:color="auto"/>
                            <w:left w:val="none" w:sz="0" w:space="0" w:color="auto"/>
                            <w:bottom w:val="none" w:sz="0" w:space="0" w:color="auto"/>
                            <w:right w:val="none" w:sz="0" w:space="0" w:color="auto"/>
                          </w:divBdr>
                          <w:divsChild>
                            <w:div w:id="900751630">
                              <w:marLeft w:val="0"/>
                              <w:marRight w:val="0"/>
                              <w:marTop w:val="0"/>
                              <w:marBottom w:val="0"/>
                              <w:divBdr>
                                <w:top w:val="none" w:sz="0" w:space="0" w:color="auto"/>
                                <w:left w:val="none" w:sz="0" w:space="0" w:color="auto"/>
                                <w:bottom w:val="none" w:sz="0" w:space="0" w:color="auto"/>
                                <w:right w:val="none" w:sz="0" w:space="0" w:color="auto"/>
                              </w:divBdr>
                              <w:divsChild>
                                <w:div w:id="195555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670665">
          <w:marLeft w:val="0"/>
          <w:marRight w:val="0"/>
          <w:marTop w:val="0"/>
          <w:marBottom w:val="0"/>
          <w:divBdr>
            <w:top w:val="none" w:sz="0" w:space="0" w:color="auto"/>
            <w:left w:val="none" w:sz="0" w:space="0" w:color="auto"/>
            <w:bottom w:val="none" w:sz="0" w:space="0" w:color="auto"/>
            <w:right w:val="none" w:sz="0" w:space="0" w:color="auto"/>
          </w:divBdr>
          <w:divsChild>
            <w:div w:id="921834180">
              <w:marLeft w:val="0"/>
              <w:marRight w:val="0"/>
              <w:marTop w:val="0"/>
              <w:marBottom w:val="0"/>
              <w:divBdr>
                <w:top w:val="none" w:sz="0" w:space="0" w:color="auto"/>
                <w:left w:val="none" w:sz="0" w:space="0" w:color="auto"/>
                <w:bottom w:val="none" w:sz="0" w:space="0" w:color="auto"/>
                <w:right w:val="none" w:sz="0" w:space="0" w:color="auto"/>
              </w:divBdr>
              <w:divsChild>
                <w:div w:id="106893228">
                  <w:marLeft w:val="0"/>
                  <w:marRight w:val="0"/>
                  <w:marTop w:val="0"/>
                  <w:marBottom w:val="0"/>
                  <w:divBdr>
                    <w:top w:val="none" w:sz="0" w:space="0" w:color="auto"/>
                    <w:left w:val="none" w:sz="0" w:space="0" w:color="auto"/>
                    <w:bottom w:val="none" w:sz="0" w:space="0" w:color="auto"/>
                    <w:right w:val="none" w:sz="0" w:space="0" w:color="auto"/>
                  </w:divBdr>
                  <w:divsChild>
                    <w:div w:id="49040710">
                      <w:marLeft w:val="0"/>
                      <w:marRight w:val="0"/>
                      <w:marTop w:val="0"/>
                      <w:marBottom w:val="0"/>
                      <w:divBdr>
                        <w:top w:val="none" w:sz="0" w:space="0" w:color="auto"/>
                        <w:left w:val="none" w:sz="0" w:space="0" w:color="auto"/>
                        <w:bottom w:val="none" w:sz="0" w:space="0" w:color="auto"/>
                        <w:right w:val="none" w:sz="0" w:space="0" w:color="auto"/>
                      </w:divBdr>
                      <w:divsChild>
                        <w:div w:id="1228422428">
                          <w:marLeft w:val="0"/>
                          <w:marRight w:val="0"/>
                          <w:marTop w:val="0"/>
                          <w:marBottom w:val="0"/>
                          <w:divBdr>
                            <w:top w:val="none" w:sz="0" w:space="0" w:color="auto"/>
                            <w:left w:val="none" w:sz="0" w:space="0" w:color="auto"/>
                            <w:bottom w:val="none" w:sz="0" w:space="0" w:color="auto"/>
                            <w:right w:val="none" w:sz="0" w:space="0" w:color="auto"/>
                          </w:divBdr>
                          <w:divsChild>
                            <w:div w:id="118640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761156">
          <w:marLeft w:val="0"/>
          <w:marRight w:val="0"/>
          <w:marTop w:val="0"/>
          <w:marBottom w:val="0"/>
          <w:divBdr>
            <w:top w:val="none" w:sz="0" w:space="0" w:color="auto"/>
            <w:left w:val="none" w:sz="0" w:space="0" w:color="auto"/>
            <w:bottom w:val="none" w:sz="0" w:space="0" w:color="auto"/>
            <w:right w:val="none" w:sz="0" w:space="0" w:color="auto"/>
          </w:divBdr>
          <w:divsChild>
            <w:div w:id="1209803104">
              <w:marLeft w:val="0"/>
              <w:marRight w:val="0"/>
              <w:marTop w:val="0"/>
              <w:marBottom w:val="0"/>
              <w:divBdr>
                <w:top w:val="none" w:sz="0" w:space="0" w:color="auto"/>
                <w:left w:val="none" w:sz="0" w:space="0" w:color="auto"/>
                <w:bottom w:val="none" w:sz="0" w:space="0" w:color="auto"/>
                <w:right w:val="none" w:sz="0" w:space="0" w:color="auto"/>
              </w:divBdr>
              <w:divsChild>
                <w:div w:id="1286080307">
                  <w:marLeft w:val="0"/>
                  <w:marRight w:val="0"/>
                  <w:marTop w:val="0"/>
                  <w:marBottom w:val="0"/>
                  <w:divBdr>
                    <w:top w:val="none" w:sz="0" w:space="0" w:color="auto"/>
                    <w:left w:val="none" w:sz="0" w:space="0" w:color="auto"/>
                    <w:bottom w:val="none" w:sz="0" w:space="0" w:color="auto"/>
                    <w:right w:val="none" w:sz="0" w:space="0" w:color="auto"/>
                  </w:divBdr>
                  <w:divsChild>
                    <w:div w:id="1832597780">
                      <w:marLeft w:val="0"/>
                      <w:marRight w:val="0"/>
                      <w:marTop w:val="0"/>
                      <w:marBottom w:val="0"/>
                      <w:divBdr>
                        <w:top w:val="none" w:sz="0" w:space="0" w:color="auto"/>
                        <w:left w:val="none" w:sz="0" w:space="0" w:color="auto"/>
                        <w:bottom w:val="none" w:sz="0" w:space="0" w:color="auto"/>
                        <w:right w:val="none" w:sz="0" w:space="0" w:color="auto"/>
                      </w:divBdr>
                      <w:divsChild>
                        <w:div w:id="1527719905">
                          <w:marLeft w:val="0"/>
                          <w:marRight w:val="0"/>
                          <w:marTop w:val="0"/>
                          <w:marBottom w:val="0"/>
                          <w:divBdr>
                            <w:top w:val="none" w:sz="0" w:space="0" w:color="auto"/>
                            <w:left w:val="none" w:sz="0" w:space="0" w:color="auto"/>
                            <w:bottom w:val="none" w:sz="0" w:space="0" w:color="auto"/>
                            <w:right w:val="none" w:sz="0" w:space="0" w:color="auto"/>
                          </w:divBdr>
                          <w:divsChild>
                            <w:div w:id="1235042054">
                              <w:marLeft w:val="0"/>
                              <w:marRight w:val="0"/>
                              <w:marTop w:val="0"/>
                              <w:marBottom w:val="0"/>
                              <w:divBdr>
                                <w:top w:val="none" w:sz="0" w:space="0" w:color="auto"/>
                                <w:left w:val="none" w:sz="0" w:space="0" w:color="auto"/>
                                <w:bottom w:val="none" w:sz="0" w:space="0" w:color="auto"/>
                                <w:right w:val="none" w:sz="0" w:space="0" w:color="auto"/>
                              </w:divBdr>
                              <w:divsChild>
                                <w:div w:id="123103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106723">
          <w:marLeft w:val="0"/>
          <w:marRight w:val="0"/>
          <w:marTop w:val="0"/>
          <w:marBottom w:val="0"/>
          <w:divBdr>
            <w:top w:val="none" w:sz="0" w:space="0" w:color="auto"/>
            <w:left w:val="none" w:sz="0" w:space="0" w:color="auto"/>
            <w:bottom w:val="none" w:sz="0" w:space="0" w:color="auto"/>
            <w:right w:val="none" w:sz="0" w:space="0" w:color="auto"/>
          </w:divBdr>
          <w:divsChild>
            <w:div w:id="1196041412">
              <w:marLeft w:val="0"/>
              <w:marRight w:val="0"/>
              <w:marTop w:val="0"/>
              <w:marBottom w:val="0"/>
              <w:divBdr>
                <w:top w:val="none" w:sz="0" w:space="0" w:color="auto"/>
                <w:left w:val="none" w:sz="0" w:space="0" w:color="auto"/>
                <w:bottom w:val="none" w:sz="0" w:space="0" w:color="auto"/>
                <w:right w:val="none" w:sz="0" w:space="0" w:color="auto"/>
              </w:divBdr>
              <w:divsChild>
                <w:div w:id="1063914468">
                  <w:marLeft w:val="0"/>
                  <w:marRight w:val="0"/>
                  <w:marTop w:val="0"/>
                  <w:marBottom w:val="0"/>
                  <w:divBdr>
                    <w:top w:val="none" w:sz="0" w:space="0" w:color="auto"/>
                    <w:left w:val="none" w:sz="0" w:space="0" w:color="auto"/>
                    <w:bottom w:val="none" w:sz="0" w:space="0" w:color="auto"/>
                    <w:right w:val="none" w:sz="0" w:space="0" w:color="auto"/>
                  </w:divBdr>
                  <w:divsChild>
                    <w:div w:id="894782538">
                      <w:marLeft w:val="0"/>
                      <w:marRight w:val="0"/>
                      <w:marTop w:val="0"/>
                      <w:marBottom w:val="0"/>
                      <w:divBdr>
                        <w:top w:val="none" w:sz="0" w:space="0" w:color="auto"/>
                        <w:left w:val="none" w:sz="0" w:space="0" w:color="auto"/>
                        <w:bottom w:val="none" w:sz="0" w:space="0" w:color="auto"/>
                        <w:right w:val="none" w:sz="0" w:space="0" w:color="auto"/>
                      </w:divBdr>
                      <w:divsChild>
                        <w:div w:id="1253973893">
                          <w:marLeft w:val="0"/>
                          <w:marRight w:val="0"/>
                          <w:marTop w:val="0"/>
                          <w:marBottom w:val="0"/>
                          <w:divBdr>
                            <w:top w:val="none" w:sz="0" w:space="0" w:color="auto"/>
                            <w:left w:val="none" w:sz="0" w:space="0" w:color="auto"/>
                            <w:bottom w:val="none" w:sz="0" w:space="0" w:color="auto"/>
                            <w:right w:val="none" w:sz="0" w:space="0" w:color="auto"/>
                          </w:divBdr>
                          <w:divsChild>
                            <w:div w:id="20155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217638">
          <w:marLeft w:val="0"/>
          <w:marRight w:val="0"/>
          <w:marTop w:val="0"/>
          <w:marBottom w:val="0"/>
          <w:divBdr>
            <w:top w:val="none" w:sz="0" w:space="0" w:color="auto"/>
            <w:left w:val="none" w:sz="0" w:space="0" w:color="auto"/>
            <w:bottom w:val="none" w:sz="0" w:space="0" w:color="auto"/>
            <w:right w:val="none" w:sz="0" w:space="0" w:color="auto"/>
          </w:divBdr>
          <w:divsChild>
            <w:div w:id="1240287646">
              <w:marLeft w:val="0"/>
              <w:marRight w:val="0"/>
              <w:marTop w:val="0"/>
              <w:marBottom w:val="0"/>
              <w:divBdr>
                <w:top w:val="none" w:sz="0" w:space="0" w:color="auto"/>
                <w:left w:val="none" w:sz="0" w:space="0" w:color="auto"/>
                <w:bottom w:val="none" w:sz="0" w:space="0" w:color="auto"/>
                <w:right w:val="none" w:sz="0" w:space="0" w:color="auto"/>
              </w:divBdr>
              <w:divsChild>
                <w:div w:id="999387886">
                  <w:marLeft w:val="0"/>
                  <w:marRight w:val="0"/>
                  <w:marTop w:val="0"/>
                  <w:marBottom w:val="0"/>
                  <w:divBdr>
                    <w:top w:val="none" w:sz="0" w:space="0" w:color="auto"/>
                    <w:left w:val="none" w:sz="0" w:space="0" w:color="auto"/>
                    <w:bottom w:val="none" w:sz="0" w:space="0" w:color="auto"/>
                    <w:right w:val="none" w:sz="0" w:space="0" w:color="auto"/>
                  </w:divBdr>
                  <w:divsChild>
                    <w:div w:id="2112049276">
                      <w:marLeft w:val="0"/>
                      <w:marRight w:val="0"/>
                      <w:marTop w:val="0"/>
                      <w:marBottom w:val="0"/>
                      <w:divBdr>
                        <w:top w:val="none" w:sz="0" w:space="0" w:color="auto"/>
                        <w:left w:val="none" w:sz="0" w:space="0" w:color="auto"/>
                        <w:bottom w:val="none" w:sz="0" w:space="0" w:color="auto"/>
                        <w:right w:val="none" w:sz="0" w:space="0" w:color="auto"/>
                      </w:divBdr>
                      <w:divsChild>
                        <w:div w:id="1948737012">
                          <w:marLeft w:val="0"/>
                          <w:marRight w:val="0"/>
                          <w:marTop w:val="0"/>
                          <w:marBottom w:val="0"/>
                          <w:divBdr>
                            <w:top w:val="none" w:sz="0" w:space="0" w:color="auto"/>
                            <w:left w:val="none" w:sz="0" w:space="0" w:color="auto"/>
                            <w:bottom w:val="none" w:sz="0" w:space="0" w:color="auto"/>
                            <w:right w:val="none" w:sz="0" w:space="0" w:color="auto"/>
                          </w:divBdr>
                          <w:divsChild>
                            <w:div w:id="1463841583">
                              <w:marLeft w:val="0"/>
                              <w:marRight w:val="0"/>
                              <w:marTop w:val="0"/>
                              <w:marBottom w:val="0"/>
                              <w:divBdr>
                                <w:top w:val="none" w:sz="0" w:space="0" w:color="auto"/>
                                <w:left w:val="none" w:sz="0" w:space="0" w:color="auto"/>
                                <w:bottom w:val="none" w:sz="0" w:space="0" w:color="auto"/>
                                <w:right w:val="none" w:sz="0" w:space="0" w:color="auto"/>
                              </w:divBdr>
                              <w:divsChild>
                                <w:div w:id="24703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357619">
          <w:marLeft w:val="0"/>
          <w:marRight w:val="0"/>
          <w:marTop w:val="0"/>
          <w:marBottom w:val="0"/>
          <w:divBdr>
            <w:top w:val="none" w:sz="0" w:space="0" w:color="auto"/>
            <w:left w:val="none" w:sz="0" w:space="0" w:color="auto"/>
            <w:bottom w:val="none" w:sz="0" w:space="0" w:color="auto"/>
            <w:right w:val="none" w:sz="0" w:space="0" w:color="auto"/>
          </w:divBdr>
          <w:divsChild>
            <w:div w:id="951667015">
              <w:marLeft w:val="0"/>
              <w:marRight w:val="0"/>
              <w:marTop w:val="0"/>
              <w:marBottom w:val="0"/>
              <w:divBdr>
                <w:top w:val="none" w:sz="0" w:space="0" w:color="auto"/>
                <w:left w:val="none" w:sz="0" w:space="0" w:color="auto"/>
                <w:bottom w:val="none" w:sz="0" w:space="0" w:color="auto"/>
                <w:right w:val="none" w:sz="0" w:space="0" w:color="auto"/>
              </w:divBdr>
              <w:divsChild>
                <w:div w:id="869950085">
                  <w:marLeft w:val="0"/>
                  <w:marRight w:val="0"/>
                  <w:marTop w:val="0"/>
                  <w:marBottom w:val="0"/>
                  <w:divBdr>
                    <w:top w:val="none" w:sz="0" w:space="0" w:color="auto"/>
                    <w:left w:val="none" w:sz="0" w:space="0" w:color="auto"/>
                    <w:bottom w:val="none" w:sz="0" w:space="0" w:color="auto"/>
                    <w:right w:val="none" w:sz="0" w:space="0" w:color="auto"/>
                  </w:divBdr>
                  <w:divsChild>
                    <w:div w:id="44644440">
                      <w:marLeft w:val="0"/>
                      <w:marRight w:val="0"/>
                      <w:marTop w:val="0"/>
                      <w:marBottom w:val="0"/>
                      <w:divBdr>
                        <w:top w:val="none" w:sz="0" w:space="0" w:color="auto"/>
                        <w:left w:val="none" w:sz="0" w:space="0" w:color="auto"/>
                        <w:bottom w:val="none" w:sz="0" w:space="0" w:color="auto"/>
                        <w:right w:val="none" w:sz="0" w:space="0" w:color="auto"/>
                      </w:divBdr>
                      <w:divsChild>
                        <w:div w:id="2055957975">
                          <w:marLeft w:val="0"/>
                          <w:marRight w:val="0"/>
                          <w:marTop w:val="0"/>
                          <w:marBottom w:val="0"/>
                          <w:divBdr>
                            <w:top w:val="none" w:sz="0" w:space="0" w:color="auto"/>
                            <w:left w:val="none" w:sz="0" w:space="0" w:color="auto"/>
                            <w:bottom w:val="none" w:sz="0" w:space="0" w:color="auto"/>
                            <w:right w:val="none" w:sz="0" w:space="0" w:color="auto"/>
                          </w:divBdr>
                          <w:divsChild>
                            <w:div w:id="210733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3589635">
          <w:marLeft w:val="0"/>
          <w:marRight w:val="0"/>
          <w:marTop w:val="0"/>
          <w:marBottom w:val="0"/>
          <w:divBdr>
            <w:top w:val="none" w:sz="0" w:space="0" w:color="auto"/>
            <w:left w:val="none" w:sz="0" w:space="0" w:color="auto"/>
            <w:bottom w:val="none" w:sz="0" w:space="0" w:color="auto"/>
            <w:right w:val="none" w:sz="0" w:space="0" w:color="auto"/>
          </w:divBdr>
          <w:divsChild>
            <w:div w:id="1675916561">
              <w:marLeft w:val="0"/>
              <w:marRight w:val="0"/>
              <w:marTop w:val="0"/>
              <w:marBottom w:val="0"/>
              <w:divBdr>
                <w:top w:val="none" w:sz="0" w:space="0" w:color="auto"/>
                <w:left w:val="none" w:sz="0" w:space="0" w:color="auto"/>
                <w:bottom w:val="none" w:sz="0" w:space="0" w:color="auto"/>
                <w:right w:val="none" w:sz="0" w:space="0" w:color="auto"/>
              </w:divBdr>
              <w:divsChild>
                <w:div w:id="2132820425">
                  <w:marLeft w:val="0"/>
                  <w:marRight w:val="0"/>
                  <w:marTop w:val="0"/>
                  <w:marBottom w:val="0"/>
                  <w:divBdr>
                    <w:top w:val="none" w:sz="0" w:space="0" w:color="auto"/>
                    <w:left w:val="none" w:sz="0" w:space="0" w:color="auto"/>
                    <w:bottom w:val="none" w:sz="0" w:space="0" w:color="auto"/>
                    <w:right w:val="none" w:sz="0" w:space="0" w:color="auto"/>
                  </w:divBdr>
                  <w:divsChild>
                    <w:div w:id="2087261279">
                      <w:marLeft w:val="0"/>
                      <w:marRight w:val="0"/>
                      <w:marTop w:val="0"/>
                      <w:marBottom w:val="0"/>
                      <w:divBdr>
                        <w:top w:val="none" w:sz="0" w:space="0" w:color="auto"/>
                        <w:left w:val="none" w:sz="0" w:space="0" w:color="auto"/>
                        <w:bottom w:val="none" w:sz="0" w:space="0" w:color="auto"/>
                        <w:right w:val="none" w:sz="0" w:space="0" w:color="auto"/>
                      </w:divBdr>
                      <w:divsChild>
                        <w:div w:id="1416367375">
                          <w:marLeft w:val="0"/>
                          <w:marRight w:val="0"/>
                          <w:marTop w:val="0"/>
                          <w:marBottom w:val="0"/>
                          <w:divBdr>
                            <w:top w:val="none" w:sz="0" w:space="0" w:color="auto"/>
                            <w:left w:val="none" w:sz="0" w:space="0" w:color="auto"/>
                            <w:bottom w:val="none" w:sz="0" w:space="0" w:color="auto"/>
                            <w:right w:val="none" w:sz="0" w:space="0" w:color="auto"/>
                          </w:divBdr>
                          <w:divsChild>
                            <w:div w:id="416944778">
                              <w:marLeft w:val="0"/>
                              <w:marRight w:val="0"/>
                              <w:marTop w:val="0"/>
                              <w:marBottom w:val="0"/>
                              <w:divBdr>
                                <w:top w:val="none" w:sz="0" w:space="0" w:color="auto"/>
                                <w:left w:val="none" w:sz="0" w:space="0" w:color="auto"/>
                                <w:bottom w:val="none" w:sz="0" w:space="0" w:color="auto"/>
                                <w:right w:val="none" w:sz="0" w:space="0" w:color="auto"/>
                              </w:divBdr>
                              <w:divsChild>
                                <w:div w:id="21459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6994298">
          <w:marLeft w:val="0"/>
          <w:marRight w:val="0"/>
          <w:marTop w:val="0"/>
          <w:marBottom w:val="0"/>
          <w:divBdr>
            <w:top w:val="none" w:sz="0" w:space="0" w:color="auto"/>
            <w:left w:val="none" w:sz="0" w:space="0" w:color="auto"/>
            <w:bottom w:val="none" w:sz="0" w:space="0" w:color="auto"/>
            <w:right w:val="none" w:sz="0" w:space="0" w:color="auto"/>
          </w:divBdr>
          <w:divsChild>
            <w:div w:id="1470243361">
              <w:marLeft w:val="0"/>
              <w:marRight w:val="0"/>
              <w:marTop w:val="0"/>
              <w:marBottom w:val="0"/>
              <w:divBdr>
                <w:top w:val="none" w:sz="0" w:space="0" w:color="auto"/>
                <w:left w:val="none" w:sz="0" w:space="0" w:color="auto"/>
                <w:bottom w:val="none" w:sz="0" w:space="0" w:color="auto"/>
                <w:right w:val="none" w:sz="0" w:space="0" w:color="auto"/>
              </w:divBdr>
              <w:divsChild>
                <w:div w:id="1852917117">
                  <w:marLeft w:val="0"/>
                  <w:marRight w:val="0"/>
                  <w:marTop w:val="0"/>
                  <w:marBottom w:val="0"/>
                  <w:divBdr>
                    <w:top w:val="none" w:sz="0" w:space="0" w:color="auto"/>
                    <w:left w:val="none" w:sz="0" w:space="0" w:color="auto"/>
                    <w:bottom w:val="none" w:sz="0" w:space="0" w:color="auto"/>
                    <w:right w:val="none" w:sz="0" w:space="0" w:color="auto"/>
                  </w:divBdr>
                  <w:divsChild>
                    <w:div w:id="477920404">
                      <w:marLeft w:val="0"/>
                      <w:marRight w:val="0"/>
                      <w:marTop w:val="0"/>
                      <w:marBottom w:val="0"/>
                      <w:divBdr>
                        <w:top w:val="none" w:sz="0" w:space="0" w:color="auto"/>
                        <w:left w:val="none" w:sz="0" w:space="0" w:color="auto"/>
                        <w:bottom w:val="none" w:sz="0" w:space="0" w:color="auto"/>
                        <w:right w:val="none" w:sz="0" w:space="0" w:color="auto"/>
                      </w:divBdr>
                      <w:divsChild>
                        <w:div w:id="567570510">
                          <w:marLeft w:val="0"/>
                          <w:marRight w:val="0"/>
                          <w:marTop w:val="0"/>
                          <w:marBottom w:val="0"/>
                          <w:divBdr>
                            <w:top w:val="none" w:sz="0" w:space="0" w:color="auto"/>
                            <w:left w:val="none" w:sz="0" w:space="0" w:color="auto"/>
                            <w:bottom w:val="none" w:sz="0" w:space="0" w:color="auto"/>
                            <w:right w:val="none" w:sz="0" w:space="0" w:color="auto"/>
                          </w:divBdr>
                          <w:divsChild>
                            <w:div w:id="119704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2707218">
          <w:marLeft w:val="0"/>
          <w:marRight w:val="0"/>
          <w:marTop w:val="0"/>
          <w:marBottom w:val="0"/>
          <w:divBdr>
            <w:top w:val="none" w:sz="0" w:space="0" w:color="auto"/>
            <w:left w:val="none" w:sz="0" w:space="0" w:color="auto"/>
            <w:bottom w:val="none" w:sz="0" w:space="0" w:color="auto"/>
            <w:right w:val="none" w:sz="0" w:space="0" w:color="auto"/>
          </w:divBdr>
          <w:divsChild>
            <w:div w:id="1036007001">
              <w:marLeft w:val="0"/>
              <w:marRight w:val="0"/>
              <w:marTop w:val="0"/>
              <w:marBottom w:val="0"/>
              <w:divBdr>
                <w:top w:val="none" w:sz="0" w:space="0" w:color="auto"/>
                <w:left w:val="none" w:sz="0" w:space="0" w:color="auto"/>
                <w:bottom w:val="none" w:sz="0" w:space="0" w:color="auto"/>
                <w:right w:val="none" w:sz="0" w:space="0" w:color="auto"/>
              </w:divBdr>
              <w:divsChild>
                <w:div w:id="2114671366">
                  <w:marLeft w:val="0"/>
                  <w:marRight w:val="0"/>
                  <w:marTop w:val="0"/>
                  <w:marBottom w:val="0"/>
                  <w:divBdr>
                    <w:top w:val="none" w:sz="0" w:space="0" w:color="auto"/>
                    <w:left w:val="none" w:sz="0" w:space="0" w:color="auto"/>
                    <w:bottom w:val="none" w:sz="0" w:space="0" w:color="auto"/>
                    <w:right w:val="none" w:sz="0" w:space="0" w:color="auto"/>
                  </w:divBdr>
                  <w:divsChild>
                    <w:div w:id="2029674593">
                      <w:marLeft w:val="0"/>
                      <w:marRight w:val="0"/>
                      <w:marTop w:val="0"/>
                      <w:marBottom w:val="0"/>
                      <w:divBdr>
                        <w:top w:val="none" w:sz="0" w:space="0" w:color="auto"/>
                        <w:left w:val="none" w:sz="0" w:space="0" w:color="auto"/>
                        <w:bottom w:val="none" w:sz="0" w:space="0" w:color="auto"/>
                        <w:right w:val="none" w:sz="0" w:space="0" w:color="auto"/>
                      </w:divBdr>
                      <w:divsChild>
                        <w:div w:id="416562207">
                          <w:marLeft w:val="0"/>
                          <w:marRight w:val="0"/>
                          <w:marTop w:val="0"/>
                          <w:marBottom w:val="0"/>
                          <w:divBdr>
                            <w:top w:val="none" w:sz="0" w:space="0" w:color="auto"/>
                            <w:left w:val="none" w:sz="0" w:space="0" w:color="auto"/>
                            <w:bottom w:val="none" w:sz="0" w:space="0" w:color="auto"/>
                            <w:right w:val="none" w:sz="0" w:space="0" w:color="auto"/>
                          </w:divBdr>
                          <w:divsChild>
                            <w:div w:id="2132164409">
                              <w:marLeft w:val="0"/>
                              <w:marRight w:val="0"/>
                              <w:marTop w:val="0"/>
                              <w:marBottom w:val="0"/>
                              <w:divBdr>
                                <w:top w:val="none" w:sz="0" w:space="0" w:color="auto"/>
                                <w:left w:val="none" w:sz="0" w:space="0" w:color="auto"/>
                                <w:bottom w:val="none" w:sz="0" w:space="0" w:color="auto"/>
                                <w:right w:val="none" w:sz="0" w:space="0" w:color="auto"/>
                              </w:divBdr>
                              <w:divsChild>
                                <w:div w:id="160715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351423">
          <w:marLeft w:val="0"/>
          <w:marRight w:val="0"/>
          <w:marTop w:val="0"/>
          <w:marBottom w:val="0"/>
          <w:divBdr>
            <w:top w:val="none" w:sz="0" w:space="0" w:color="auto"/>
            <w:left w:val="none" w:sz="0" w:space="0" w:color="auto"/>
            <w:bottom w:val="none" w:sz="0" w:space="0" w:color="auto"/>
            <w:right w:val="none" w:sz="0" w:space="0" w:color="auto"/>
          </w:divBdr>
          <w:divsChild>
            <w:div w:id="1490246579">
              <w:marLeft w:val="0"/>
              <w:marRight w:val="0"/>
              <w:marTop w:val="0"/>
              <w:marBottom w:val="0"/>
              <w:divBdr>
                <w:top w:val="none" w:sz="0" w:space="0" w:color="auto"/>
                <w:left w:val="none" w:sz="0" w:space="0" w:color="auto"/>
                <w:bottom w:val="none" w:sz="0" w:space="0" w:color="auto"/>
                <w:right w:val="none" w:sz="0" w:space="0" w:color="auto"/>
              </w:divBdr>
              <w:divsChild>
                <w:div w:id="1558778590">
                  <w:marLeft w:val="0"/>
                  <w:marRight w:val="0"/>
                  <w:marTop w:val="0"/>
                  <w:marBottom w:val="0"/>
                  <w:divBdr>
                    <w:top w:val="none" w:sz="0" w:space="0" w:color="auto"/>
                    <w:left w:val="none" w:sz="0" w:space="0" w:color="auto"/>
                    <w:bottom w:val="none" w:sz="0" w:space="0" w:color="auto"/>
                    <w:right w:val="none" w:sz="0" w:space="0" w:color="auto"/>
                  </w:divBdr>
                  <w:divsChild>
                    <w:div w:id="1246843986">
                      <w:marLeft w:val="0"/>
                      <w:marRight w:val="0"/>
                      <w:marTop w:val="0"/>
                      <w:marBottom w:val="0"/>
                      <w:divBdr>
                        <w:top w:val="none" w:sz="0" w:space="0" w:color="auto"/>
                        <w:left w:val="none" w:sz="0" w:space="0" w:color="auto"/>
                        <w:bottom w:val="none" w:sz="0" w:space="0" w:color="auto"/>
                        <w:right w:val="none" w:sz="0" w:space="0" w:color="auto"/>
                      </w:divBdr>
                      <w:divsChild>
                        <w:div w:id="111680135">
                          <w:marLeft w:val="0"/>
                          <w:marRight w:val="0"/>
                          <w:marTop w:val="0"/>
                          <w:marBottom w:val="0"/>
                          <w:divBdr>
                            <w:top w:val="none" w:sz="0" w:space="0" w:color="auto"/>
                            <w:left w:val="none" w:sz="0" w:space="0" w:color="auto"/>
                            <w:bottom w:val="none" w:sz="0" w:space="0" w:color="auto"/>
                            <w:right w:val="none" w:sz="0" w:space="0" w:color="auto"/>
                          </w:divBdr>
                          <w:divsChild>
                            <w:div w:id="9922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784202">
          <w:marLeft w:val="0"/>
          <w:marRight w:val="0"/>
          <w:marTop w:val="0"/>
          <w:marBottom w:val="0"/>
          <w:divBdr>
            <w:top w:val="none" w:sz="0" w:space="0" w:color="auto"/>
            <w:left w:val="none" w:sz="0" w:space="0" w:color="auto"/>
            <w:bottom w:val="none" w:sz="0" w:space="0" w:color="auto"/>
            <w:right w:val="none" w:sz="0" w:space="0" w:color="auto"/>
          </w:divBdr>
          <w:divsChild>
            <w:div w:id="1342660363">
              <w:marLeft w:val="0"/>
              <w:marRight w:val="0"/>
              <w:marTop w:val="0"/>
              <w:marBottom w:val="0"/>
              <w:divBdr>
                <w:top w:val="none" w:sz="0" w:space="0" w:color="auto"/>
                <w:left w:val="none" w:sz="0" w:space="0" w:color="auto"/>
                <w:bottom w:val="none" w:sz="0" w:space="0" w:color="auto"/>
                <w:right w:val="none" w:sz="0" w:space="0" w:color="auto"/>
              </w:divBdr>
              <w:divsChild>
                <w:div w:id="2002267154">
                  <w:marLeft w:val="0"/>
                  <w:marRight w:val="0"/>
                  <w:marTop w:val="0"/>
                  <w:marBottom w:val="0"/>
                  <w:divBdr>
                    <w:top w:val="none" w:sz="0" w:space="0" w:color="auto"/>
                    <w:left w:val="none" w:sz="0" w:space="0" w:color="auto"/>
                    <w:bottom w:val="none" w:sz="0" w:space="0" w:color="auto"/>
                    <w:right w:val="none" w:sz="0" w:space="0" w:color="auto"/>
                  </w:divBdr>
                  <w:divsChild>
                    <w:div w:id="1096558107">
                      <w:marLeft w:val="0"/>
                      <w:marRight w:val="0"/>
                      <w:marTop w:val="0"/>
                      <w:marBottom w:val="0"/>
                      <w:divBdr>
                        <w:top w:val="none" w:sz="0" w:space="0" w:color="auto"/>
                        <w:left w:val="none" w:sz="0" w:space="0" w:color="auto"/>
                        <w:bottom w:val="none" w:sz="0" w:space="0" w:color="auto"/>
                        <w:right w:val="none" w:sz="0" w:space="0" w:color="auto"/>
                      </w:divBdr>
                      <w:divsChild>
                        <w:div w:id="1017461455">
                          <w:marLeft w:val="0"/>
                          <w:marRight w:val="0"/>
                          <w:marTop w:val="0"/>
                          <w:marBottom w:val="0"/>
                          <w:divBdr>
                            <w:top w:val="none" w:sz="0" w:space="0" w:color="auto"/>
                            <w:left w:val="none" w:sz="0" w:space="0" w:color="auto"/>
                            <w:bottom w:val="none" w:sz="0" w:space="0" w:color="auto"/>
                            <w:right w:val="none" w:sz="0" w:space="0" w:color="auto"/>
                          </w:divBdr>
                          <w:divsChild>
                            <w:div w:id="1974362537">
                              <w:marLeft w:val="0"/>
                              <w:marRight w:val="0"/>
                              <w:marTop w:val="0"/>
                              <w:marBottom w:val="0"/>
                              <w:divBdr>
                                <w:top w:val="none" w:sz="0" w:space="0" w:color="auto"/>
                                <w:left w:val="none" w:sz="0" w:space="0" w:color="auto"/>
                                <w:bottom w:val="none" w:sz="0" w:space="0" w:color="auto"/>
                                <w:right w:val="none" w:sz="0" w:space="0" w:color="auto"/>
                              </w:divBdr>
                              <w:divsChild>
                                <w:div w:id="214619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668664">
          <w:marLeft w:val="0"/>
          <w:marRight w:val="0"/>
          <w:marTop w:val="0"/>
          <w:marBottom w:val="0"/>
          <w:divBdr>
            <w:top w:val="none" w:sz="0" w:space="0" w:color="auto"/>
            <w:left w:val="none" w:sz="0" w:space="0" w:color="auto"/>
            <w:bottom w:val="none" w:sz="0" w:space="0" w:color="auto"/>
            <w:right w:val="none" w:sz="0" w:space="0" w:color="auto"/>
          </w:divBdr>
          <w:divsChild>
            <w:div w:id="400639704">
              <w:marLeft w:val="0"/>
              <w:marRight w:val="0"/>
              <w:marTop w:val="0"/>
              <w:marBottom w:val="0"/>
              <w:divBdr>
                <w:top w:val="none" w:sz="0" w:space="0" w:color="auto"/>
                <w:left w:val="none" w:sz="0" w:space="0" w:color="auto"/>
                <w:bottom w:val="none" w:sz="0" w:space="0" w:color="auto"/>
                <w:right w:val="none" w:sz="0" w:space="0" w:color="auto"/>
              </w:divBdr>
              <w:divsChild>
                <w:div w:id="604264294">
                  <w:marLeft w:val="0"/>
                  <w:marRight w:val="0"/>
                  <w:marTop w:val="0"/>
                  <w:marBottom w:val="0"/>
                  <w:divBdr>
                    <w:top w:val="none" w:sz="0" w:space="0" w:color="auto"/>
                    <w:left w:val="none" w:sz="0" w:space="0" w:color="auto"/>
                    <w:bottom w:val="none" w:sz="0" w:space="0" w:color="auto"/>
                    <w:right w:val="none" w:sz="0" w:space="0" w:color="auto"/>
                  </w:divBdr>
                  <w:divsChild>
                    <w:div w:id="301277974">
                      <w:marLeft w:val="0"/>
                      <w:marRight w:val="0"/>
                      <w:marTop w:val="0"/>
                      <w:marBottom w:val="0"/>
                      <w:divBdr>
                        <w:top w:val="none" w:sz="0" w:space="0" w:color="auto"/>
                        <w:left w:val="none" w:sz="0" w:space="0" w:color="auto"/>
                        <w:bottom w:val="none" w:sz="0" w:space="0" w:color="auto"/>
                        <w:right w:val="none" w:sz="0" w:space="0" w:color="auto"/>
                      </w:divBdr>
                      <w:divsChild>
                        <w:div w:id="124086660">
                          <w:marLeft w:val="0"/>
                          <w:marRight w:val="0"/>
                          <w:marTop w:val="0"/>
                          <w:marBottom w:val="0"/>
                          <w:divBdr>
                            <w:top w:val="none" w:sz="0" w:space="0" w:color="auto"/>
                            <w:left w:val="none" w:sz="0" w:space="0" w:color="auto"/>
                            <w:bottom w:val="none" w:sz="0" w:space="0" w:color="auto"/>
                            <w:right w:val="none" w:sz="0" w:space="0" w:color="auto"/>
                          </w:divBdr>
                          <w:divsChild>
                            <w:div w:id="78755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393901">
          <w:marLeft w:val="0"/>
          <w:marRight w:val="0"/>
          <w:marTop w:val="0"/>
          <w:marBottom w:val="0"/>
          <w:divBdr>
            <w:top w:val="none" w:sz="0" w:space="0" w:color="auto"/>
            <w:left w:val="none" w:sz="0" w:space="0" w:color="auto"/>
            <w:bottom w:val="none" w:sz="0" w:space="0" w:color="auto"/>
            <w:right w:val="none" w:sz="0" w:space="0" w:color="auto"/>
          </w:divBdr>
          <w:divsChild>
            <w:div w:id="581526324">
              <w:marLeft w:val="0"/>
              <w:marRight w:val="0"/>
              <w:marTop w:val="0"/>
              <w:marBottom w:val="0"/>
              <w:divBdr>
                <w:top w:val="none" w:sz="0" w:space="0" w:color="auto"/>
                <w:left w:val="none" w:sz="0" w:space="0" w:color="auto"/>
                <w:bottom w:val="none" w:sz="0" w:space="0" w:color="auto"/>
                <w:right w:val="none" w:sz="0" w:space="0" w:color="auto"/>
              </w:divBdr>
              <w:divsChild>
                <w:div w:id="1894343027">
                  <w:marLeft w:val="0"/>
                  <w:marRight w:val="0"/>
                  <w:marTop w:val="0"/>
                  <w:marBottom w:val="0"/>
                  <w:divBdr>
                    <w:top w:val="none" w:sz="0" w:space="0" w:color="auto"/>
                    <w:left w:val="none" w:sz="0" w:space="0" w:color="auto"/>
                    <w:bottom w:val="none" w:sz="0" w:space="0" w:color="auto"/>
                    <w:right w:val="none" w:sz="0" w:space="0" w:color="auto"/>
                  </w:divBdr>
                  <w:divsChild>
                    <w:div w:id="695542045">
                      <w:marLeft w:val="0"/>
                      <w:marRight w:val="0"/>
                      <w:marTop w:val="0"/>
                      <w:marBottom w:val="0"/>
                      <w:divBdr>
                        <w:top w:val="none" w:sz="0" w:space="0" w:color="auto"/>
                        <w:left w:val="none" w:sz="0" w:space="0" w:color="auto"/>
                        <w:bottom w:val="none" w:sz="0" w:space="0" w:color="auto"/>
                        <w:right w:val="none" w:sz="0" w:space="0" w:color="auto"/>
                      </w:divBdr>
                      <w:divsChild>
                        <w:div w:id="751119190">
                          <w:marLeft w:val="0"/>
                          <w:marRight w:val="0"/>
                          <w:marTop w:val="0"/>
                          <w:marBottom w:val="0"/>
                          <w:divBdr>
                            <w:top w:val="none" w:sz="0" w:space="0" w:color="auto"/>
                            <w:left w:val="none" w:sz="0" w:space="0" w:color="auto"/>
                            <w:bottom w:val="none" w:sz="0" w:space="0" w:color="auto"/>
                            <w:right w:val="none" w:sz="0" w:space="0" w:color="auto"/>
                          </w:divBdr>
                          <w:divsChild>
                            <w:div w:id="1338073610">
                              <w:marLeft w:val="0"/>
                              <w:marRight w:val="0"/>
                              <w:marTop w:val="0"/>
                              <w:marBottom w:val="0"/>
                              <w:divBdr>
                                <w:top w:val="none" w:sz="0" w:space="0" w:color="auto"/>
                                <w:left w:val="none" w:sz="0" w:space="0" w:color="auto"/>
                                <w:bottom w:val="none" w:sz="0" w:space="0" w:color="auto"/>
                                <w:right w:val="none" w:sz="0" w:space="0" w:color="auto"/>
                              </w:divBdr>
                              <w:divsChild>
                                <w:div w:id="134108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0386146">
          <w:marLeft w:val="0"/>
          <w:marRight w:val="0"/>
          <w:marTop w:val="0"/>
          <w:marBottom w:val="0"/>
          <w:divBdr>
            <w:top w:val="none" w:sz="0" w:space="0" w:color="auto"/>
            <w:left w:val="none" w:sz="0" w:space="0" w:color="auto"/>
            <w:bottom w:val="none" w:sz="0" w:space="0" w:color="auto"/>
            <w:right w:val="none" w:sz="0" w:space="0" w:color="auto"/>
          </w:divBdr>
          <w:divsChild>
            <w:div w:id="372001679">
              <w:marLeft w:val="0"/>
              <w:marRight w:val="0"/>
              <w:marTop w:val="0"/>
              <w:marBottom w:val="0"/>
              <w:divBdr>
                <w:top w:val="none" w:sz="0" w:space="0" w:color="auto"/>
                <w:left w:val="none" w:sz="0" w:space="0" w:color="auto"/>
                <w:bottom w:val="none" w:sz="0" w:space="0" w:color="auto"/>
                <w:right w:val="none" w:sz="0" w:space="0" w:color="auto"/>
              </w:divBdr>
              <w:divsChild>
                <w:div w:id="1409696279">
                  <w:marLeft w:val="0"/>
                  <w:marRight w:val="0"/>
                  <w:marTop w:val="0"/>
                  <w:marBottom w:val="0"/>
                  <w:divBdr>
                    <w:top w:val="none" w:sz="0" w:space="0" w:color="auto"/>
                    <w:left w:val="none" w:sz="0" w:space="0" w:color="auto"/>
                    <w:bottom w:val="none" w:sz="0" w:space="0" w:color="auto"/>
                    <w:right w:val="none" w:sz="0" w:space="0" w:color="auto"/>
                  </w:divBdr>
                  <w:divsChild>
                    <w:div w:id="1591428216">
                      <w:marLeft w:val="0"/>
                      <w:marRight w:val="0"/>
                      <w:marTop w:val="0"/>
                      <w:marBottom w:val="0"/>
                      <w:divBdr>
                        <w:top w:val="none" w:sz="0" w:space="0" w:color="auto"/>
                        <w:left w:val="none" w:sz="0" w:space="0" w:color="auto"/>
                        <w:bottom w:val="none" w:sz="0" w:space="0" w:color="auto"/>
                        <w:right w:val="none" w:sz="0" w:space="0" w:color="auto"/>
                      </w:divBdr>
                      <w:divsChild>
                        <w:div w:id="699942215">
                          <w:marLeft w:val="0"/>
                          <w:marRight w:val="0"/>
                          <w:marTop w:val="0"/>
                          <w:marBottom w:val="0"/>
                          <w:divBdr>
                            <w:top w:val="none" w:sz="0" w:space="0" w:color="auto"/>
                            <w:left w:val="none" w:sz="0" w:space="0" w:color="auto"/>
                            <w:bottom w:val="none" w:sz="0" w:space="0" w:color="auto"/>
                            <w:right w:val="none" w:sz="0" w:space="0" w:color="auto"/>
                          </w:divBdr>
                          <w:divsChild>
                            <w:div w:id="28103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429454">
          <w:marLeft w:val="0"/>
          <w:marRight w:val="0"/>
          <w:marTop w:val="0"/>
          <w:marBottom w:val="0"/>
          <w:divBdr>
            <w:top w:val="none" w:sz="0" w:space="0" w:color="auto"/>
            <w:left w:val="none" w:sz="0" w:space="0" w:color="auto"/>
            <w:bottom w:val="none" w:sz="0" w:space="0" w:color="auto"/>
            <w:right w:val="none" w:sz="0" w:space="0" w:color="auto"/>
          </w:divBdr>
          <w:divsChild>
            <w:div w:id="1372806121">
              <w:marLeft w:val="0"/>
              <w:marRight w:val="0"/>
              <w:marTop w:val="0"/>
              <w:marBottom w:val="0"/>
              <w:divBdr>
                <w:top w:val="none" w:sz="0" w:space="0" w:color="auto"/>
                <w:left w:val="none" w:sz="0" w:space="0" w:color="auto"/>
                <w:bottom w:val="none" w:sz="0" w:space="0" w:color="auto"/>
                <w:right w:val="none" w:sz="0" w:space="0" w:color="auto"/>
              </w:divBdr>
              <w:divsChild>
                <w:div w:id="482239227">
                  <w:marLeft w:val="0"/>
                  <w:marRight w:val="0"/>
                  <w:marTop w:val="0"/>
                  <w:marBottom w:val="0"/>
                  <w:divBdr>
                    <w:top w:val="none" w:sz="0" w:space="0" w:color="auto"/>
                    <w:left w:val="none" w:sz="0" w:space="0" w:color="auto"/>
                    <w:bottom w:val="none" w:sz="0" w:space="0" w:color="auto"/>
                    <w:right w:val="none" w:sz="0" w:space="0" w:color="auto"/>
                  </w:divBdr>
                  <w:divsChild>
                    <w:div w:id="1604803751">
                      <w:marLeft w:val="0"/>
                      <w:marRight w:val="0"/>
                      <w:marTop w:val="0"/>
                      <w:marBottom w:val="0"/>
                      <w:divBdr>
                        <w:top w:val="none" w:sz="0" w:space="0" w:color="auto"/>
                        <w:left w:val="none" w:sz="0" w:space="0" w:color="auto"/>
                        <w:bottom w:val="none" w:sz="0" w:space="0" w:color="auto"/>
                        <w:right w:val="none" w:sz="0" w:space="0" w:color="auto"/>
                      </w:divBdr>
                      <w:divsChild>
                        <w:div w:id="772632296">
                          <w:marLeft w:val="0"/>
                          <w:marRight w:val="0"/>
                          <w:marTop w:val="0"/>
                          <w:marBottom w:val="0"/>
                          <w:divBdr>
                            <w:top w:val="none" w:sz="0" w:space="0" w:color="auto"/>
                            <w:left w:val="none" w:sz="0" w:space="0" w:color="auto"/>
                            <w:bottom w:val="none" w:sz="0" w:space="0" w:color="auto"/>
                            <w:right w:val="none" w:sz="0" w:space="0" w:color="auto"/>
                          </w:divBdr>
                          <w:divsChild>
                            <w:div w:id="366371698">
                              <w:marLeft w:val="0"/>
                              <w:marRight w:val="0"/>
                              <w:marTop w:val="0"/>
                              <w:marBottom w:val="0"/>
                              <w:divBdr>
                                <w:top w:val="none" w:sz="0" w:space="0" w:color="auto"/>
                                <w:left w:val="none" w:sz="0" w:space="0" w:color="auto"/>
                                <w:bottom w:val="none" w:sz="0" w:space="0" w:color="auto"/>
                                <w:right w:val="none" w:sz="0" w:space="0" w:color="auto"/>
                              </w:divBdr>
                              <w:divsChild>
                                <w:div w:id="209797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865325">
          <w:marLeft w:val="0"/>
          <w:marRight w:val="0"/>
          <w:marTop w:val="0"/>
          <w:marBottom w:val="0"/>
          <w:divBdr>
            <w:top w:val="none" w:sz="0" w:space="0" w:color="auto"/>
            <w:left w:val="none" w:sz="0" w:space="0" w:color="auto"/>
            <w:bottom w:val="none" w:sz="0" w:space="0" w:color="auto"/>
            <w:right w:val="none" w:sz="0" w:space="0" w:color="auto"/>
          </w:divBdr>
          <w:divsChild>
            <w:div w:id="1060978233">
              <w:marLeft w:val="0"/>
              <w:marRight w:val="0"/>
              <w:marTop w:val="0"/>
              <w:marBottom w:val="0"/>
              <w:divBdr>
                <w:top w:val="none" w:sz="0" w:space="0" w:color="auto"/>
                <w:left w:val="none" w:sz="0" w:space="0" w:color="auto"/>
                <w:bottom w:val="none" w:sz="0" w:space="0" w:color="auto"/>
                <w:right w:val="none" w:sz="0" w:space="0" w:color="auto"/>
              </w:divBdr>
              <w:divsChild>
                <w:div w:id="627129129">
                  <w:marLeft w:val="0"/>
                  <w:marRight w:val="0"/>
                  <w:marTop w:val="0"/>
                  <w:marBottom w:val="0"/>
                  <w:divBdr>
                    <w:top w:val="none" w:sz="0" w:space="0" w:color="auto"/>
                    <w:left w:val="none" w:sz="0" w:space="0" w:color="auto"/>
                    <w:bottom w:val="none" w:sz="0" w:space="0" w:color="auto"/>
                    <w:right w:val="none" w:sz="0" w:space="0" w:color="auto"/>
                  </w:divBdr>
                  <w:divsChild>
                    <w:div w:id="394935034">
                      <w:marLeft w:val="0"/>
                      <w:marRight w:val="0"/>
                      <w:marTop w:val="0"/>
                      <w:marBottom w:val="0"/>
                      <w:divBdr>
                        <w:top w:val="none" w:sz="0" w:space="0" w:color="auto"/>
                        <w:left w:val="none" w:sz="0" w:space="0" w:color="auto"/>
                        <w:bottom w:val="none" w:sz="0" w:space="0" w:color="auto"/>
                        <w:right w:val="none" w:sz="0" w:space="0" w:color="auto"/>
                      </w:divBdr>
                      <w:divsChild>
                        <w:div w:id="1227495029">
                          <w:marLeft w:val="0"/>
                          <w:marRight w:val="0"/>
                          <w:marTop w:val="0"/>
                          <w:marBottom w:val="0"/>
                          <w:divBdr>
                            <w:top w:val="none" w:sz="0" w:space="0" w:color="auto"/>
                            <w:left w:val="none" w:sz="0" w:space="0" w:color="auto"/>
                            <w:bottom w:val="none" w:sz="0" w:space="0" w:color="auto"/>
                            <w:right w:val="none" w:sz="0" w:space="0" w:color="auto"/>
                          </w:divBdr>
                          <w:divsChild>
                            <w:div w:id="21281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5717589">
          <w:marLeft w:val="0"/>
          <w:marRight w:val="0"/>
          <w:marTop w:val="0"/>
          <w:marBottom w:val="0"/>
          <w:divBdr>
            <w:top w:val="none" w:sz="0" w:space="0" w:color="auto"/>
            <w:left w:val="none" w:sz="0" w:space="0" w:color="auto"/>
            <w:bottom w:val="none" w:sz="0" w:space="0" w:color="auto"/>
            <w:right w:val="none" w:sz="0" w:space="0" w:color="auto"/>
          </w:divBdr>
          <w:divsChild>
            <w:div w:id="92092075">
              <w:marLeft w:val="0"/>
              <w:marRight w:val="0"/>
              <w:marTop w:val="0"/>
              <w:marBottom w:val="0"/>
              <w:divBdr>
                <w:top w:val="none" w:sz="0" w:space="0" w:color="auto"/>
                <w:left w:val="none" w:sz="0" w:space="0" w:color="auto"/>
                <w:bottom w:val="none" w:sz="0" w:space="0" w:color="auto"/>
                <w:right w:val="none" w:sz="0" w:space="0" w:color="auto"/>
              </w:divBdr>
              <w:divsChild>
                <w:div w:id="291599495">
                  <w:marLeft w:val="0"/>
                  <w:marRight w:val="0"/>
                  <w:marTop w:val="0"/>
                  <w:marBottom w:val="0"/>
                  <w:divBdr>
                    <w:top w:val="none" w:sz="0" w:space="0" w:color="auto"/>
                    <w:left w:val="none" w:sz="0" w:space="0" w:color="auto"/>
                    <w:bottom w:val="none" w:sz="0" w:space="0" w:color="auto"/>
                    <w:right w:val="none" w:sz="0" w:space="0" w:color="auto"/>
                  </w:divBdr>
                  <w:divsChild>
                    <w:div w:id="329649313">
                      <w:marLeft w:val="0"/>
                      <w:marRight w:val="0"/>
                      <w:marTop w:val="0"/>
                      <w:marBottom w:val="0"/>
                      <w:divBdr>
                        <w:top w:val="none" w:sz="0" w:space="0" w:color="auto"/>
                        <w:left w:val="none" w:sz="0" w:space="0" w:color="auto"/>
                        <w:bottom w:val="none" w:sz="0" w:space="0" w:color="auto"/>
                        <w:right w:val="none" w:sz="0" w:space="0" w:color="auto"/>
                      </w:divBdr>
                      <w:divsChild>
                        <w:div w:id="125859609">
                          <w:marLeft w:val="0"/>
                          <w:marRight w:val="0"/>
                          <w:marTop w:val="0"/>
                          <w:marBottom w:val="0"/>
                          <w:divBdr>
                            <w:top w:val="none" w:sz="0" w:space="0" w:color="auto"/>
                            <w:left w:val="none" w:sz="0" w:space="0" w:color="auto"/>
                            <w:bottom w:val="none" w:sz="0" w:space="0" w:color="auto"/>
                            <w:right w:val="none" w:sz="0" w:space="0" w:color="auto"/>
                          </w:divBdr>
                          <w:divsChild>
                            <w:div w:id="1701004436">
                              <w:marLeft w:val="0"/>
                              <w:marRight w:val="0"/>
                              <w:marTop w:val="0"/>
                              <w:marBottom w:val="0"/>
                              <w:divBdr>
                                <w:top w:val="none" w:sz="0" w:space="0" w:color="auto"/>
                                <w:left w:val="none" w:sz="0" w:space="0" w:color="auto"/>
                                <w:bottom w:val="none" w:sz="0" w:space="0" w:color="auto"/>
                                <w:right w:val="none" w:sz="0" w:space="0" w:color="auto"/>
                              </w:divBdr>
                              <w:divsChild>
                                <w:div w:id="110094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93194">
          <w:marLeft w:val="0"/>
          <w:marRight w:val="0"/>
          <w:marTop w:val="0"/>
          <w:marBottom w:val="0"/>
          <w:divBdr>
            <w:top w:val="none" w:sz="0" w:space="0" w:color="auto"/>
            <w:left w:val="none" w:sz="0" w:space="0" w:color="auto"/>
            <w:bottom w:val="none" w:sz="0" w:space="0" w:color="auto"/>
            <w:right w:val="none" w:sz="0" w:space="0" w:color="auto"/>
          </w:divBdr>
          <w:divsChild>
            <w:div w:id="165437303">
              <w:marLeft w:val="0"/>
              <w:marRight w:val="0"/>
              <w:marTop w:val="0"/>
              <w:marBottom w:val="0"/>
              <w:divBdr>
                <w:top w:val="none" w:sz="0" w:space="0" w:color="auto"/>
                <w:left w:val="none" w:sz="0" w:space="0" w:color="auto"/>
                <w:bottom w:val="none" w:sz="0" w:space="0" w:color="auto"/>
                <w:right w:val="none" w:sz="0" w:space="0" w:color="auto"/>
              </w:divBdr>
              <w:divsChild>
                <w:div w:id="1009673797">
                  <w:marLeft w:val="0"/>
                  <w:marRight w:val="0"/>
                  <w:marTop w:val="0"/>
                  <w:marBottom w:val="0"/>
                  <w:divBdr>
                    <w:top w:val="none" w:sz="0" w:space="0" w:color="auto"/>
                    <w:left w:val="none" w:sz="0" w:space="0" w:color="auto"/>
                    <w:bottom w:val="none" w:sz="0" w:space="0" w:color="auto"/>
                    <w:right w:val="none" w:sz="0" w:space="0" w:color="auto"/>
                  </w:divBdr>
                  <w:divsChild>
                    <w:div w:id="1939215940">
                      <w:marLeft w:val="0"/>
                      <w:marRight w:val="0"/>
                      <w:marTop w:val="0"/>
                      <w:marBottom w:val="0"/>
                      <w:divBdr>
                        <w:top w:val="none" w:sz="0" w:space="0" w:color="auto"/>
                        <w:left w:val="none" w:sz="0" w:space="0" w:color="auto"/>
                        <w:bottom w:val="none" w:sz="0" w:space="0" w:color="auto"/>
                        <w:right w:val="none" w:sz="0" w:space="0" w:color="auto"/>
                      </w:divBdr>
                      <w:divsChild>
                        <w:div w:id="333730331">
                          <w:marLeft w:val="0"/>
                          <w:marRight w:val="0"/>
                          <w:marTop w:val="0"/>
                          <w:marBottom w:val="0"/>
                          <w:divBdr>
                            <w:top w:val="none" w:sz="0" w:space="0" w:color="auto"/>
                            <w:left w:val="none" w:sz="0" w:space="0" w:color="auto"/>
                            <w:bottom w:val="none" w:sz="0" w:space="0" w:color="auto"/>
                            <w:right w:val="none" w:sz="0" w:space="0" w:color="auto"/>
                          </w:divBdr>
                          <w:divsChild>
                            <w:div w:id="5435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589929">
          <w:marLeft w:val="0"/>
          <w:marRight w:val="0"/>
          <w:marTop w:val="0"/>
          <w:marBottom w:val="0"/>
          <w:divBdr>
            <w:top w:val="none" w:sz="0" w:space="0" w:color="auto"/>
            <w:left w:val="none" w:sz="0" w:space="0" w:color="auto"/>
            <w:bottom w:val="none" w:sz="0" w:space="0" w:color="auto"/>
            <w:right w:val="none" w:sz="0" w:space="0" w:color="auto"/>
          </w:divBdr>
          <w:divsChild>
            <w:div w:id="1639802852">
              <w:marLeft w:val="0"/>
              <w:marRight w:val="0"/>
              <w:marTop w:val="0"/>
              <w:marBottom w:val="0"/>
              <w:divBdr>
                <w:top w:val="none" w:sz="0" w:space="0" w:color="auto"/>
                <w:left w:val="none" w:sz="0" w:space="0" w:color="auto"/>
                <w:bottom w:val="none" w:sz="0" w:space="0" w:color="auto"/>
                <w:right w:val="none" w:sz="0" w:space="0" w:color="auto"/>
              </w:divBdr>
              <w:divsChild>
                <w:div w:id="635914027">
                  <w:marLeft w:val="0"/>
                  <w:marRight w:val="0"/>
                  <w:marTop w:val="0"/>
                  <w:marBottom w:val="0"/>
                  <w:divBdr>
                    <w:top w:val="none" w:sz="0" w:space="0" w:color="auto"/>
                    <w:left w:val="none" w:sz="0" w:space="0" w:color="auto"/>
                    <w:bottom w:val="none" w:sz="0" w:space="0" w:color="auto"/>
                    <w:right w:val="none" w:sz="0" w:space="0" w:color="auto"/>
                  </w:divBdr>
                  <w:divsChild>
                    <w:div w:id="1449204542">
                      <w:marLeft w:val="0"/>
                      <w:marRight w:val="0"/>
                      <w:marTop w:val="0"/>
                      <w:marBottom w:val="0"/>
                      <w:divBdr>
                        <w:top w:val="none" w:sz="0" w:space="0" w:color="auto"/>
                        <w:left w:val="none" w:sz="0" w:space="0" w:color="auto"/>
                        <w:bottom w:val="none" w:sz="0" w:space="0" w:color="auto"/>
                        <w:right w:val="none" w:sz="0" w:space="0" w:color="auto"/>
                      </w:divBdr>
                      <w:divsChild>
                        <w:div w:id="1444421253">
                          <w:marLeft w:val="0"/>
                          <w:marRight w:val="0"/>
                          <w:marTop w:val="0"/>
                          <w:marBottom w:val="0"/>
                          <w:divBdr>
                            <w:top w:val="none" w:sz="0" w:space="0" w:color="auto"/>
                            <w:left w:val="none" w:sz="0" w:space="0" w:color="auto"/>
                            <w:bottom w:val="none" w:sz="0" w:space="0" w:color="auto"/>
                            <w:right w:val="none" w:sz="0" w:space="0" w:color="auto"/>
                          </w:divBdr>
                          <w:divsChild>
                            <w:div w:id="141585027">
                              <w:marLeft w:val="0"/>
                              <w:marRight w:val="0"/>
                              <w:marTop w:val="0"/>
                              <w:marBottom w:val="0"/>
                              <w:divBdr>
                                <w:top w:val="none" w:sz="0" w:space="0" w:color="auto"/>
                                <w:left w:val="none" w:sz="0" w:space="0" w:color="auto"/>
                                <w:bottom w:val="none" w:sz="0" w:space="0" w:color="auto"/>
                                <w:right w:val="none" w:sz="0" w:space="0" w:color="auto"/>
                              </w:divBdr>
                              <w:divsChild>
                                <w:div w:id="35484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777336">
          <w:marLeft w:val="0"/>
          <w:marRight w:val="0"/>
          <w:marTop w:val="0"/>
          <w:marBottom w:val="0"/>
          <w:divBdr>
            <w:top w:val="none" w:sz="0" w:space="0" w:color="auto"/>
            <w:left w:val="none" w:sz="0" w:space="0" w:color="auto"/>
            <w:bottom w:val="none" w:sz="0" w:space="0" w:color="auto"/>
            <w:right w:val="none" w:sz="0" w:space="0" w:color="auto"/>
          </w:divBdr>
          <w:divsChild>
            <w:div w:id="760839094">
              <w:marLeft w:val="0"/>
              <w:marRight w:val="0"/>
              <w:marTop w:val="0"/>
              <w:marBottom w:val="0"/>
              <w:divBdr>
                <w:top w:val="none" w:sz="0" w:space="0" w:color="auto"/>
                <w:left w:val="none" w:sz="0" w:space="0" w:color="auto"/>
                <w:bottom w:val="none" w:sz="0" w:space="0" w:color="auto"/>
                <w:right w:val="none" w:sz="0" w:space="0" w:color="auto"/>
              </w:divBdr>
              <w:divsChild>
                <w:div w:id="1334456304">
                  <w:marLeft w:val="0"/>
                  <w:marRight w:val="0"/>
                  <w:marTop w:val="0"/>
                  <w:marBottom w:val="0"/>
                  <w:divBdr>
                    <w:top w:val="none" w:sz="0" w:space="0" w:color="auto"/>
                    <w:left w:val="none" w:sz="0" w:space="0" w:color="auto"/>
                    <w:bottom w:val="none" w:sz="0" w:space="0" w:color="auto"/>
                    <w:right w:val="none" w:sz="0" w:space="0" w:color="auto"/>
                  </w:divBdr>
                  <w:divsChild>
                    <w:div w:id="704451130">
                      <w:marLeft w:val="0"/>
                      <w:marRight w:val="0"/>
                      <w:marTop w:val="0"/>
                      <w:marBottom w:val="0"/>
                      <w:divBdr>
                        <w:top w:val="none" w:sz="0" w:space="0" w:color="auto"/>
                        <w:left w:val="none" w:sz="0" w:space="0" w:color="auto"/>
                        <w:bottom w:val="none" w:sz="0" w:space="0" w:color="auto"/>
                        <w:right w:val="none" w:sz="0" w:space="0" w:color="auto"/>
                      </w:divBdr>
                      <w:divsChild>
                        <w:div w:id="1013142174">
                          <w:marLeft w:val="0"/>
                          <w:marRight w:val="0"/>
                          <w:marTop w:val="0"/>
                          <w:marBottom w:val="0"/>
                          <w:divBdr>
                            <w:top w:val="none" w:sz="0" w:space="0" w:color="auto"/>
                            <w:left w:val="none" w:sz="0" w:space="0" w:color="auto"/>
                            <w:bottom w:val="none" w:sz="0" w:space="0" w:color="auto"/>
                            <w:right w:val="none" w:sz="0" w:space="0" w:color="auto"/>
                          </w:divBdr>
                          <w:divsChild>
                            <w:div w:id="134343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067085">
          <w:marLeft w:val="0"/>
          <w:marRight w:val="0"/>
          <w:marTop w:val="0"/>
          <w:marBottom w:val="0"/>
          <w:divBdr>
            <w:top w:val="none" w:sz="0" w:space="0" w:color="auto"/>
            <w:left w:val="none" w:sz="0" w:space="0" w:color="auto"/>
            <w:bottom w:val="none" w:sz="0" w:space="0" w:color="auto"/>
            <w:right w:val="none" w:sz="0" w:space="0" w:color="auto"/>
          </w:divBdr>
          <w:divsChild>
            <w:div w:id="979924905">
              <w:marLeft w:val="0"/>
              <w:marRight w:val="0"/>
              <w:marTop w:val="0"/>
              <w:marBottom w:val="0"/>
              <w:divBdr>
                <w:top w:val="none" w:sz="0" w:space="0" w:color="auto"/>
                <w:left w:val="none" w:sz="0" w:space="0" w:color="auto"/>
                <w:bottom w:val="none" w:sz="0" w:space="0" w:color="auto"/>
                <w:right w:val="none" w:sz="0" w:space="0" w:color="auto"/>
              </w:divBdr>
              <w:divsChild>
                <w:div w:id="1239557614">
                  <w:marLeft w:val="0"/>
                  <w:marRight w:val="0"/>
                  <w:marTop w:val="0"/>
                  <w:marBottom w:val="0"/>
                  <w:divBdr>
                    <w:top w:val="none" w:sz="0" w:space="0" w:color="auto"/>
                    <w:left w:val="none" w:sz="0" w:space="0" w:color="auto"/>
                    <w:bottom w:val="none" w:sz="0" w:space="0" w:color="auto"/>
                    <w:right w:val="none" w:sz="0" w:space="0" w:color="auto"/>
                  </w:divBdr>
                  <w:divsChild>
                    <w:div w:id="1185822676">
                      <w:marLeft w:val="0"/>
                      <w:marRight w:val="0"/>
                      <w:marTop w:val="0"/>
                      <w:marBottom w:val="0"/>
                      <w:divBdr>
                        <w:top w:val="none" w:sz="0" w:space="0" w:color="auto"/>
                        <w:left w:val="none" w:sz="0" w:space="0" w:color="auto"/>
                        <w:bottom w:val="none" w:sz="0" w:space="0" w:color="auto"/>
                        <w:right w:val="none" w:sz="0" w:space="0" w:color="auto"/>
                      </w:divBdr>
                      <w:divsChild>
                        <w:div w:id="500239703">
                          <w:marLeft w:val="0"/>
                          <w:marRight w:val="0"/>
                          <w:marTop w:val="0"/>
                          <w:marBottom w:val="0"/>
                          <w:divBdr>
                            <w:top w:val="none" w:sz="0" w:space="0" w:color="auto"/>
                            <w:left w:val="none" w:sz="0" w:space="0" w:color="auto"/>
                            <w:bottom w:val="none" w:sz="0" w:space="0" w:color="auto"/>
                            <w:right w:val="none" w:sz="0" w:space="0" w:color="auto"/>
                          </w:divBdr>
                          <w:divsChild>
                            <w:div w:id="1776755385">
                              <w:marLeft w:val="0"/>
                              <w:marRight w:val="0"/>
                              <w:marTop w:val="0"/>
                              <w:marBottom w:val="0"/>
                              <w:divBdr>
                                <w:top w:val="none" w:sz="0" w:space="0" w:color="auto"/>
                                <w:left w:val="none" w:sz="0" w:space="0" w:color="auto"/>
                                <w:bottom w:val="none" w:sz="0" w:space="0" w:color="auto"/>
                                <w:right w:val="none" w:sz="0" w:space="0" w:color="auto"/>
                              </w:divBdr>
                              <w:divsChild>
                                <w:div w:id="139828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665850">
          <w:marLeft w:val="0"/>
          <w:marRight w:val="0"/>
          <w:marTop w:val="0"/>
          <w:marBottom w:val="0"/>
          <w:divBdr>
            <w:top w:val="none" w:sz="0" w:space="0" w:color="auto"/>
            <w:left w:val="none" w:sz="0" w:space="0" w:color="auto"/>
            <w:bottom w:val="none" w:sz="0" w:space="0" w:color="auto"/>
            <w:right w:val="none" w:sz="0" w:space="0" w:color="auto"/>
          </w:divBdr>
          <w:divsChild>
            <w:div w:id="1784886236">
              <w:marLeft w:val="0"/>
              <w:marRight w:val="0"/>
              <w:marTop w:val="0"/>
              <w:marBottom w:val="0"/>
              <w:divBdr>
                <w:top w:val="none" w:sz="0" w:space="0" w:color="auto"/>
                <w:left w:val="none" w:sz="0" w:space="0" w:color="auto"/>
                <w:bottom w:val="none" w:sz="0" w:space="0" w:color="auto"/>
                <w:right w:val="none" w:sz="0" w:space="0" w:color="auto"/>
              </w:divBdr>
              <w:divsChild>
                <w:div w:id="191040025">
                  <w:marLeft w:val="0"/>
                  <w:marRight w:val="0"/>
                  <w:marTop w:val="0"/>
                  <w:marBottom w:val="0"/>
                  <w:divBdr>
                    <w:top w:val="none" w:sz="0" w:space="0" w:color="auto"/>
                    <w:left w:val="none" w:sz="0" w:space="0" w:color="auto"/>
                    <w:bottom w:val="none" w:sz="0" w:space="0" w:color="auto"/>
                    <w:right w:val="none" w:sz="0" w:space="0" w:color="auto"/>
                  </w:divBdr>
                  <w:divsChild>
                    <w:div w:id="493765680">
                      <w:marLeft w:val="0"/>
                      <w:marRight w:val="0"/>
                      <w:marTop w:val="0"/>
                      <w:marBottom w:val="0"/>
                      <w:divBdr>
                        <w:top w:val="none" w:sz="0" w:space="0" w:color="auto"/>
                        <w:left w:val="none" w:sz="0" w:space="0" w:color="auto"/>
                        <w:bottom w:val="none" w:sz="0" w:space="0" w:color="auto"/>
                        <w:right w:val="none" w:sz="0" w:space="0" w:color="auto"/>
                      </w:divBdr>
                      <w:divsChild>
                        <w:div w:id="701904634">
                          <w:marLeft w:val="0"/>
                          <w:marRight w:val="0"/>
                          <w:marTop w:val="0"/>
                          <w:marBottom w:val="0"/>
                          <w:divBdr>
                            <w:top w:val="none" w:sz="0" w:space="0" w:color="auto"/>
                            <w:left w:val="none" w:sz="0" w:space="0" w:color="auto"/>
                            <w:bottom w:val="none" w:sz="0" w:space="0" w:color="auto"/>
                            <w:right w:val="none" w:sz="0" w:space="0" w:color="auto"/>
                          </w:divBdr>
                          <w:divsChild>
                            <w:div w:id="5998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9668101">
          <w:marLeft w:val="0"/>
          <w:marRight w:val="0"/>
          <w:marTop w:val="0"/>
          <w:marBottom w:val="0"/>
          <w:divBdr>
            <w:top w:val="none" w:sz="0" w:space="0" w:color="auto"/>
            <w:left w:val="none" w:sz="0" w:space="0" w:color="auto"/>
            <w:bottom w:val="none" w:sz="0" w:space="0" w:color="auto"/>
            <w:right w:val="none" w:sz="0" w:space="0" w:color="auto"/>
          </w:divBdr>
          <w:divsChild>
            <w:div w:id="1988392105">
              <w:marLeft w:val="0"/>
              <w:marRight w:val="0"/>
              <w:marTop w:val="0"/>
              <w:marBottom w:val="0"/>
              <w:divBdr>
                <w:top w:val="none" w:sz="0" w:space="0" w:color="auto"/>
                <w:left w:val="none" w:sz="0" w:space="0" w:color="auto"/>
                <w:bottom w:val="none" w:sz="0" w:space="0" w:color="auto"/>
                <w:right w:val="none" w:sz="0" w:space="0" w:color="auto"/>
              </w:divBdr>
              <w:divsChild>
                <w:div w:id="887033860">
                  <w:marLeft w:val="0"/>
                  <w:marRight w:val="0"/>
                  <w:marTop w:val="0"/>
                  <w:marBottom w:val="0"/>
                  <w:divBdr>
                    <w:top w:val="none" w:sz="0" w:space="0" w:color="auto"/>
                    <w:left w:val="none" w:sz="0" w:space="0" w:color="auto"/>
                    <w:bottom w:val="none" w:sz="0" w:space="0" w:color="auto"/>
                    <w:right w:val="none" w:sz="0" w:space="0" w:color="auto"/>
                  </w:divBdr>
                  <w:divsChild>
                    <w:div w:id="1940797832">
                      <w:marLeft w:val="0"/>
                      <w:marRight w:val="0"/>
                      <w:marTop w:val="0"/>
                      <w:marBottom w:val="0"/>
                      <w:divBdr>
                        <w:top w:val="none" w:sz="0" w:space="0" w:color="auto"/>
                        <w:left w:val="none" w:sz="0" w:space="0" w:color="auto"/>
                        <w:bottom w:val="none" w:sz="0" w:space="0" w:color="auto"/>
                        <w:right w:val="none" w:sz="0" w:space="0" w:color="auto"/>
                      </w:divBdr>
                      <w:divsChild>
                        <w:div w:id="1754009958">
                          <w:marLeft w:val="0"/>
                          <w:marRight w:val="0"/>
                          <w:marTop w:val="0"/>
                          <w:marBottom w:val="0"/>
                          <w:divBdr>
                            <w:top w:val="none" w:sz="0" w:space="0" w:color="auto"/>
                            <w:left w:val="none" w:sz="0" w:space="0" w:color="auto"/>
                            <w:bottom w:val="none" w:sz="0" w:space="0" w:color="auto"/>
                            <w:right w:val="none" w:sz="0" w:space="0" w:color="auto"/>
                          </w:divBdr>
                          <w:divsChild>
                            <w:div w:id="15932497">
                              <w:marLeft w:val="0"/>
                              <w:marRight w:val="0"/>
                              <w:marTop w:val="0"/>
                              <w:marBottom w:val="0"/>
                              <w:divBdr>
                                <w:top w:val="none" w:sz="0" w:space="0" w:color="auto"/>
                                <w:left w:val="none" w:sz="0" w:space="0" w:color="auto"/>
                                <w:bottom w:val="none" w:sz="0" w:space="0" w:color="auto"/>
                                <w:right w:val="none" w:sz="0" w:space="0" w:color="auto"/>
                              </w:divBdr>
                              <w:divsChild>
                                <w:div w:id="183776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922800">
          <w:marLeft w:val="0"/>
          <w:marRight w:val="0"/>
          <w:marTop w:val="0"/>
          <w:marBottom w:val="0"/>
          <w:divBdr>
            <w:top w:val="none" w:sz="0" w:space="0" w:color="auto"/>
            <w:left w:val="none" w:sz="0" w:space="0" w:color="auto"/>
            <w:bottom w:val="none" w:sz="0" w:space="0" w:color="auto"/>
            <w:right w:val="none" w:sz="0" w:space="0" w:color="auto"/>
          </w:divBdr>
          <w:divsChild>
            <w:div w:id="226959364">
              <w:marLeft w:val="0"/>
              <w:marRight w:val="0"/>
              <w:marTop w:val="0"/>
              <w:marBottom w:val="0"/>
              <w:divBdr>
                <w:top w:val="none" w:sz="0" w:space="0" w:color="auto"/>
                <w:left w:val="none" w:sz="0" w:space="0" w:color="auto"/>
                <w:bottom w:val="none" w:sz="0" w:space="0" w:color="auto"/>
                <w:right w:val="none" w:sz="0" w:space="0" w:color="auto"/>
              </w:divBdr>
              <w:divsChild>
                <w:div w:id="1292906776">
                  <w:marLeft w:val="0"/>
                  <w:marRight w:val="0"/>
                  <w:marTop w:val="0"/>
                  <w:marBottom w:val="0"/>
                  <w:divBdr>
                    <w:top w:val="none" w:sz="0" w:space="0" w:color="auto"/>
                    <w:left w:val="none" w:sz="0" w:space="0" w:color="auto"/>
                    <w:bottom w:val="none" w:sz="0" w:space="0" w:color="auto"/>
                    <w:right w:val="none" w:sz="0" w:space="0" w:color="auto"/>
                  </w:divBdr>
                  <w:divsChild>
                    <w:div w:id="115372045">
                      <w:marLeft w:val="0"/>
                      <w:marRight w:val="0"/>
                      <w:marTop w:val="0"/>
                      <w:marBottom w:val="0"/>
                      <w:divBdr>
                        <w:top w:val="none" w:sz="0" w:space="0" w:color="auto"/>
                        <w:left w:val="none" w:sz="0" w:space="0" w:color="auto"/>
                        <w:bottom w:val="none" w:sz="0" w:space="0" w:color="auto"/>
                        <w:right w:val="none" w:sz="0" w:space="0" w:color="auto"/>
                      </w:divBdr>
                      <w:divsChild>
                        <w:div w:id="2029868405">
                          <w:marLeft w:val="0"/>
                          <w:marRight w:val="0"/>
                          <w:marTop w:val="0"/>
                          <w:marBottom w:val="0"/>
                          <w:divBdr>
                            <w:top w:val="none" w:sz="0" w:space="0" w:color="auto"/>
                            <w:left w:val="none" w:sz="0" w:space="0" w:color="auto"/>
                            <w:bottom w:val="none" w:sz="0" w:space="0" w:color="auto"/>
                            <w:right w:val="none" w:sz="0" w:space="0" w:color="auto"/>
                          </w:divBdr>
                          <w:divsChild>
                            <w:div w:id="202081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324667">
          <w:marLeft w:val="0"/>
          <w:marRight w:val="0"/>
          <w:marTop w:val="0"/>
          <w:marBottom w:val="0"/>
          <w:divBdr>
            <w:top w:val="none" w:sz="0" w:space="0" w:color="auto"/>
            <w:left w:val="none" w:sz="0" w:space="0" w:color="auto"/>
            <w:bottom w:val="none" w:sz="0" w:space="0" w:color="auto"/>
            <w:right w:val="none" w:sz="0" w:space="0" w:color="auto"/>
          </w:divBdr>
          <w:divsChild>
            <w:div w:id="1428651491">
              <w:marLeft w:val="0"/>
              <w:marRight w:val="0"/>
              <w:marTop w:val="0"/>
              <w:marBottom w:val="0"/>
              <w:divBdr>
                <w:top w:val="none" w:sz="0" w:space="0" w:color="auto"/>
                <w:left w:val="none" w:sz="0" w:space="0" w:color="auto"/>
                <w:bottom w:val="none" w:sz="0" w:space="0" w:color="auto"/>
                <w:right w:val="none" w:sz="0" w:space="0" w:color="auto"/>
              </w:divBdr>
              <w:divsChild>
                <w:div w:id="1453594891">
                  <w:marLeft w:val="0"/>
                  <w:marRight w:val="0"/>
                  <w:marTop w:val="0"/>
                  <w:marBottom w:val="0"/>
                  <w:divBdr>
                    <w:top w:val="none" w:sz="0" w:space="0" w:color="auto"/>
                    <w:left w:val="none" w:sz="0" w:space="0" w:color="auto"/>
                    <w:bottom w:val="none" w:sz="0" w:space="0" w:color="auto"/>
                    <w:right w:val="none" w:sz="0" w:space="0" w:color="auto"/>
                  </w:divBdr>
                  <w:divsChild>
                    <w:div w:id="370883450">
                      <w:marLeft w:val="0"/>
                      <w:marRight w:val="0"/>
                      <w:marTop w:val="0"/>
                      <w:marBottom w:val="0"/>
                      <w:divBdr>
                        <w:top w:val="none" w:sz="0" w:space="0" w:color="auto"/>
                        <w:left w:val="none" w:sz="0" w:space="0" w:color="auto"/>
                        <w:bottom w:val="none" w:sz="0" w:space="0" w:color="auto"/>
                        <w:right w:val="none" w:sz="0" w:space="0" w:color="auto"/>
                      </w:divBdr>
                      <w:divsChild>
                        <w:div w:id="1654993090">
                          <w:marLeft w:val="0"/>
                          <w:marRight w:val="0"/>
                          <w:marTop w:val="0"/>
                          <w:marBottom w:val="0"/>
                          <w:divBdr>
                            <w:top w:val="none" w:sz="0" w:space="0" w:color="auto"/>
                            <w:left w:val="none" w:sz="0" w:space="0" w:color="auto"/>
                            <w:bottom w:val="none" w:sz="0" w:space="0" w:color="auto"/>
                            <w:right w:val="none" w:sz="0" w:space="0" w:color="auto"/>
                          </w:divBdr>
                          <w:divsChild>
                            <w:div w:id="1537816209">
                              <w:marLeft w:val="0"/>
                              <w:marRight w:val="0"/>
                              <w:marTop w:val="0"/>
                              <w:marBottom w:val="0"/>
                              <w:divBdr>
                                <w:top w:val="none" w:sz="0" w:space="0" w:color="auto"/>
                                <w:left w:val="none" w:sz="0" w:space="0" w:color="auto"/>
                                <w:bottom w:val="none" w:sz="0" w:space="0" w:color="auto"/>
                                <w:right w:val="none" w:sz="0" w:space="0" w:color="auto"/>
                              </w:divBdr>
                              <w:divsChild>
                                <w:div w:id="2583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744666">
          <w:marLeft w:val="0"/>
          <w:marRight w:val="0"/>
          <w:marTop w:val="0"/>
          <w:marBottom w:val="0"/>
          <w:divBdr>
            <w:top w:val="none" w:sz="0" w:space="0" w:color="auto"/>
            <w:left w:val="none" w:sz="0" w:space="0" w:color="auto"/>
            <w:bottom w:val="none" w:sz="0" w:space="0" w:color="auto"/>
            <w:right w:val="none" w:sz="0" w:space="0" w:color="auto"/>
          </w:divBdr>
          <w:divsChild>
            <w:div w:id="261840915">
              <w:marLeft w:val="0"/>
              <w:marRight w:val="0"/>
              <w:marTop w:val="0"/>
              <w:marBottom w:val="0"/>
              <w:divBdr>
                <w:top w:val="none" w:sz="0" w:space="0" w:color="auto"/>
                <w:left w:val="none" w:sz="0" w:space="0" w:color="auto"/>
                <w:bottom w:val="none" w:sz="0" w:space="0" w:color="auto"/>
                <w:right w:val="none" w:sz="0" w:space="0" w:color="auto"/>
              </w:divBdr>
              <w:divsChild>
                <w:div w:id="161244327">
                  <w:marLeft w:val="0"/>
                  <w:marRight w:val="0"/>
                  <w:marTop w:val="0"/>
                  <w:marBottom w:val="0"/>
                  <w:divBdr>
                    <w:top w:val="none" w:sz="0" w:space="0" w:color="auto"/>
                    <w:left w:val="none" w:sz="0" w:space="0" w:color="auto"/>
                    <w:bottom w:val="none" w:sz="0" w:space="0" w:color="auto"/>
                    <w:right w:val="none" w:sz="0" w:space="0" w:color="auto"/>
                  </w:divBdr>
                  <w:divsChild>
                    <w:div w:id="2001300071">
                      <w:marLeft w:val="0"/>
                      <w:marRight w:val="0"/>
                      <w:marTop w:val="0"/>
                      <w:marBottom w:val="0"/>
                      <w:divBdr>
                        <w:top w:val="none" w:sz="0" w:space="0" w:color="auto"/>
                        <w:left w:val="none" w:sz="0" w:space="0" w:color="auto"/>
                        <w:bottom w:val="none" w:sz="0" w:space="0" w:color="auto"/>
                        <w:right w:val="none" w:sz="0" w:space="0" w:color="auto"/>
                      </w:divBdr>
                      <w:divsChild>
                        <w:div w:id="566040524">
                          <w:marLeft w:val="0"/>
                          <w:marRight w:val="0"/>
                          <w:marTop w:val="0"/>
                          <w:marBottom w:val="0"/>
                          <w:divBdr>
                            <w:top w:val="none" w:sz="0" w:space="0" w:color="auto"/>
                            <w:left w:val="none" w:sz="0" w:space="0" w:color="auto"/>
                            <w:bottom w:val="none" w:sz="0" w:space="0" w:color="auto"/>
                            <w:right w:val="none" w:sz="0" w:space="0" w:color="auto"/>
                          </w:divBdr>
                          <w:divsChild>
                            <w:div w:id="169838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567374">
          <w:marLeft w:val="0"/>
          <w:marRight w:val="0"/>
          <w:marTop w:val="0"/>
          <w:marBottom w:val="0"/>
          <w:divBdr>
            <w:top w:val="none" w:sz="0" w:space="0" w:color="auto"/>
            <w:left w:val="none" w:sz="0" w:space="0" w:color="auto"/>
            <w:bottom w:val="none" w:sz="0" w:space="0" w:color="auto"/>
            <w:right w:val="none" w:sz="0" w:space="0" w:color="auto"/>
          </w:divBdr>
          <w:divsChild>
            <w:div w:id="1857037865">
              <w:marLeft w:val="0"/>
              <w:marRight w:val="0"/>
              <w:marTop w:val="0"/>
              <w:marBottom w:val="0"/>
              <w:divBdr>
                <w:top w:val="none" w:sz="0" w:space="0" w:color="auto"/>
                <w:left w:val="none" w:sz="0" w:space="0" w:color="auto"/>
                <w:bottom w:val="none" w:sz="0" w:space="0" w:color="auto"/>
                <w:right w:val="none" w:sz="0" w:space="0" w:color="auto"/>
              </w:divBdr>
              <w:divsChild>
                <w:div w:id="1887907896">
                  <w:marLeft w:val="0"/>
                  <w:marRight w:val="0"/>
                  <w:marTop w:val="0"/>
                  <w:marBottom w:val="0"/>
                  <w:divBdr>
                    <w:top w:val="none" w:sz="0" w:space="0" w:color="auto"/>
                    <w:left w:val="none" w:sz="0" w:space="0" w:color="auto"/>
                    <w:bottom w:val="none" w:sz="0" w:space="0" w:color="auto"/>
                    <w:right w:val="none" w:sz="0" w:space="0" w:color="auto"/>
                  </w:divBdr>
                  <w:divsChild>
                    <w:div w:id="1592201387">
                      <w:marLeft w:val="0"/>
                      <w:marRight w:val="0"/>
                      <w:marTop w:val="0"/>
                      <w:marBottom w:val="0"/>
                      <w:divBdr>
                        <w:top w:val="none" w:sz="0" w:space="0" w:color="auto"/>
                        <w:left w:val="none" w:sz="0" w:space="0" w:color="auto"/>
                        <w:bottom w:val="none" w:sz="0" w:space="0" w:color="auto"/>
                        <w:right w:val="none" w:sz="0" w:space="0" w:color="auto"/>
                      </w:divBdr>
                      <w:divsChild>
                        <w:div w:id="2000301659">
                          <w:marLeft w:val="0"/>
                          <w:marRight w:val="0"/>
                          <w:marTop w:val="0"/>
                          <w:marBottom w:val="0"/>
                          <w:divBdr>
                            <w:top w:val="none" w:sz="0" w:space="0" w:color="auto"/>
                            <w:left w:val="none" w:sz="0" w:space="0" w:color="auto"/>
                            <w:bottom w:val="none" w:sz="0" w:space="0" w:color="auto"/>
                            <w:right w:val="none" w:sz="0" w:space="0" w:color="auto"/>
                          </w:divBdr>
                          <w:divsChild>
                            <w:div w:id="1597133943">
                              <w:marLeft w:val="0"/>
                              <w:marRight w:val="0"/>
                              <w:marTop w:val="0"/>
                              <w:marBottom w:val="0"/>
                              <w:divBdr>
                                <w:top w:val="none" w:sz="0" w:space="0" w:color="auto"/>
                                <w:left w:val="none" w:sz="0" w:space="0" w:color="auto"/>
                                <w:bottom w:val="none" w:sz="0" w:space="0" w:color="auto"/>
                                <w:right w:val="none" w:sz="0" w:space="0" w:color="auto"/>
                              </w:divBdr>
                              <w:divsChild>
                                <w:div w:id="141204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910149">
          <w:marLeft w:val="0"/>
          <w:marRight w:val="0"/>
          <w:marTop w:val="0"/>
          <w:marBottom w:val="0"/>
          <w:divBdr>
            <w:top w:val="none" w:sz="0" w:space="0" w:color="auto"/>
            <w:left w:val="none" w:sz="0" w:space="0" w:color="auto"/>
            <w:bottom w:val="none" w:sz="0" w:space="0" w:color="auto"/>
            <w:right w:val="none" w:sz="0" w:space="0" w:color="auto"/>
          </w:divBdr>
          <w:divsChild>
            <w:div w:id="725958441">
              <w:marLeft w:val="0"/>
              <w:marRight w:val="0"/>
              <w:marTop w:val="0"/>
              <w:marBottom w:val="0"/>
              <w:divBdr>
                <w:top w:val="none" w:sz="0" w:space="0" w:color="auto"/>
                <w:left w:val="none" w:sz="0" w:space="0" w:color="auto"/>
                <w:bottom w:val="none" w:sz="0" w:space="0" w:color="auto"/>
                <w:right w:val="none" w:sz="0" w:space="0" w:color="auto"/>
              </w:divBdr>
              <w:divsChild>
                <w:div w:id="1246375393">
                  <w:marLeft w:val="0"/>
                  <w:marRight w:val="0"/>
                  <w:marTop w:val="0"/>
                  <w:marBottom w:val="0"/>
                  <w:divBdr>
                    <w:top w:val="none" w:sz="0" w:space="0" w:color="auto"/>
                    <w:left w:val="none" w:sz="0" w:space="0" w:color="auto"/>
                    <w:bottom w:val="none" w:sz="0" w:space="0" w:color="auto"/>
                    <w:right w:val="none" w:sz="0" w:space="0" w:color="auto"/>
                  </w:divBdr>
                  <w:divsChild>
                    <w:div w:id="315693393">
                      <w:marLeft w:val="0"/>
                      <w:marRight w:val="0"/>
                      <w:marTop w:val="0"/>
                      <w:marBottom w:val="0"/>
                      <w:divBdr>
                        <w:top w:val="none" w:sz="0" w:space="0" w:color="auto"/>
                        <w:left w:val="none" w:sz="0" w:space="0" w:color="auto"/>
                        <w:bottom w:val="none" w:sz="0" w:space="0" w:color="auto"/>
                        <w:right w:val="none" w:sz="0" w:space="0" w:color="auto"/>
                      </w:divBdr>
                      <w:divsChild>
                        <w:div w:id="1040277735">
                          <w:marLeft w:val="0"/>
                          <w:marRight w:val="0"/>
                          <w:marTop w:val="0"/>
                          <w:marBottom w:val="0"/>
                          <w:divBdr>
                            <w:top w:val="none" w:sz="0" w:space="0" w:color="auto"/>
                            <w:left w:val="none" w:sz="0" w:space="0" w:color="auto"/>
                            <w:bottom w:val="none" w:sz="0" w:space="0" w:color="auto"/>
                            <w:right w:val="none" w:sz="0" w:space="0" w:color="auto"/>
                          </w:divBdr>
                          <w:divsChild>
                            <w:div w:id="200234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139632">
          <w:marLeft w:val="0"/>
          <w:marRight w:val="0"/>
          <w:marTop w:val="0"/>
          <w:marBottom w:val="0"/>
          <w:divBdr>
            <w:top w:val="none" w:sz="0" w:space="0" w:color="auto"/>
            <w:left w:val="none" w:sz="0" w:space="0" w:color="auto"/>
            <w:bottom w:val="none" w:sz="0" w:space="0" w:color="auto"/>
            <w:right w:val="none" w:sz="0" w:space="0" w:color="auto"/>
          </w:divBdr>
          <w:divsChild>
            <w:div w:id="1373656534">
              <w:marLeft w:val="0"/>
              <w:marRight w:val="0"/>
              <w:marTop w:val="0"/>
              <w:marBottom w:val="0"/>
              <w:divBdr>
                <w:top w:val="none" w:sz="0" w:space="0" w:color="auto"/>
                <w:left w:val="none" w:sz="0" w:space="0" w:color="auto"/>
                <w:bottom w:val="none" w:sz="0" w:space="0" w:color="auto"/>
                <w:right w:val="none" w:sz="0" w:space="0" w:color="auto"/>
              </w:divBdr>
              <w:divsChild>
                <w:div w:id="764689084">
                  <w:marLeft w:val="0"/>
                  <w:marRight w:val="0"/>
                  <w:marTop w:val="0"/>
                  <w:marBottom w:val="0"/>
                  <w:divBdr>
                    <w:top w:val="none" w:sz="0" w:space="0" w:color="auto"/>
                    <w:left w:val="none" w:sz="0" w:space="0" w:color="auto"/>
                    <w:bottom w:val="none" w:sz="0" w:space="0" w:color="auto"/>
                    <w:right w:val="none" w:sz="0" w:space="0" w:color="auto"/>
                  </w:divBdr>
                  <w:divsChild>
                    <w:div w:id="533231399">
                      <w:marLeft w:val="0"/>
                      <w:marRight w:val="0"/>
                      <w:marTop w:val="0"/>
                      <w:marBottom w:val="0"/>
                      <w:divBdr>
                        <w:top w:val="none" w:sz="0" w:space="0" w:color="auto"/>
                        <w:left w:val="none" w:sz="0" w:space="0" w:color="auto"/>
                        <w:bottom w:val="none" w:sz="0" w:space="0" w:color="auto"/>
                        <w:right w:val="none" w:sz="0" w:space="0" w:color="auto"/>
                      </w:divBdr>
                      <w:divsChild>
                        <w:div w:id="1697653756">
                          <w:marLeft w:val="0"/>
                          <w:marRight w:val="0"/>
                          <w:marTop w:val="0"/>
                          <w:marBottom w:val="0"/>
                          <w:divBdr>
                            <w:top w:val="none" w:sz="0" w:space="0" w:color="auto"/>
                            <w:left w:val="none" w:sz="0" w:space="0" w:color="auto"/>
                            <w:bottom w:val="none" w:sz="0" w:space="0" w:color="auto"/>
                            <w:right w:val="none" w:sz="0" w:space="0" w:color="auto"/>
                          </w:divBdr>
                          <w:divsChild>
                            <w:div w:id="653147656">
                              <w:marLeft w:val="0"/>
                              <w:marRight w:val="0"/>
                              <w:marTop w:val="0"/>
                              <w:marBottom w:val="0"/>
                              <w:divBdr>
                                <w:top w:val="none" w:sz="0" w:space="0" w:color="auto"/>
                                <w:left w:val="none" w:sz="0" w:space="0" w:color="auto"/>
                                <w:bottom w:val="none" w:sz="0" w:space="0" w:color="auto"/>
                                <w:right w:val="none" w:sz="0" w:space="0" w:color="auto"/>
                              </w:divBdr>
                              <w:divsChild>
                                <w:div w:id="146350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8313974">
          <w:marLeft w:val="0"/>
          <w:marRight w:val="0"/>
          <w:marTop w:val="0"/>
          <w:marBottom w:val="0"/>
          <w:divBdr>
            <w:top w:val="none" w:sz="0" w:space="0" w:color="auto"/>
            <w:left w:val="none" w:sz="0" w:space="0" w:color="auto"/>
            <w:bottom w:val="none" w:sz="0" w:space="0" w:color="auto"/>
            <w:right w:val="none" w:sz="0" w:space="0" w:color="auto"/>
          </w:divBdr>
          <w:divsChild>
            <w:div w:id="1914270832">
              <w:marLeft w:val="0"/>
              <w:marRight w:val="0"/>
              <w:marTop w:val="0"/>
              <w:marBottom w:val="0"/>
              <w:divBdr>
                <w:top w:val="none" w:sz="0" w:space="0" w:color="auto"/>
                <w:left w:val="none" w:sz="0" w:space="0" w:color="auto"/>
                <w:bottom w:val="none" w:sz="0" w:space="0" w:color="auto"/>
                <w:right w:val="none" w:sz="0" w:space="0" w:color="auto"/>
              </w:divBdr>
              <w:divsChild>
                <w:div w:id="726074371">
                  <w:marLeft w:val="0"/>
                  <w:marRight w:val="0"/>
                  <w:marTop w:val="0"/>
                  <w:marBottom w:val="0"/>
                  <w:divBdr>
                    <w:top w:val="none" w:sz="0" w:space="0" w:color="auto"/>
                    <w:left w:val="none" w:sz="0" w:space="0" w:color="auto"/>
                    <w:bottom w:val="none" w:sz="0" w:space="0" w:color="auto"/>
                    <w:right w:val="none" w:sz="0" w:space="0" w:color="auto"/>
                  </w:divBdr>
                  <w:divsChild>
                    <w:div w:id="1240411484">
                      <w:marLeft w:val="0"/>
                      <w:marRight w:val="0"/>
                      <w:marTop w:val="0"/>
                      <w:marBottom w:val="0"/>
                      <w:divBdr>
                        <w:top w:val="none" w:sz="0" w:space="0" w:color="auto"/>
                        <w:left w:val="none" w:sz="0" w:space="0" w:color="auto"/>
                        <w:bottom w:val="none" w:sz="0" w:space="0" w:color="auto"/>
                        <w:right w:val="none" w:sz="0" w:space="0" w:color="auto"/>
                      </w:divBdr>
                      <w:divsChild>
                        <w:div w:id="2014070144">
                          <w:marLeft w:val="0"/>
                          <w:marRight w:val="0"/>
                          <w:marTop w:val="0"/>
                          <w:marBottom w:val="0"/>
                          <w:divBdr>
                            <w:top w:val="none" w:sz="0" w:space="0" w:color="auto"/>
                            <w:left w:val="none" w:sz="0" w:space="0" w:color="auto"/>
                            <w:bottom w:val="none" w:sz="0" w:space="0" w:color="auto"/>
                            <w:right w:val="none" w:sz="0" w:space="0" w:color="auto"/>
                          </w:divBdr>
                          <w:divsChild>
                            <w:div w:id="166370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5620702">
          <w:marLeft w:val="0"/>
          <w:marRight w:val="0"/>
          <w:marTop w:val="0"/>
          <w:marBottom w:val="0"/>
          <w:divBdr>
            <w:top w:val="none" w:sz="0" w:space="0" w:color="auto"/>
            <w:left w:val="none" w:sz="0" w:space="0" w:color="auto"/>
            <w:bottom w:val="none" w:sz="0" w:space="0" w:color="auto"/>
            <w:right w:val="none" w:sz="0" w:space="0" w:color="auto"/>
          </w:divBdr>
          <w:divsChild>
            <w:div w:id="1891452844">
              <w:marLeft w:val="0"/>
              <w:marRight w:val="0"/>
              <w:marTop w:val="0"/>
              <w:marBottom w:val="0"/>
              <w:divBdr>
                <w:top w:val="none" w:sz="0" w:space="0" w:color="auto"/>
                <w:left w:val="none" w:sz="0" w:space="0" w:color="auto"/>
                <w:bottom w:val="none" w:sz="0" w:space="0" w:color="auto"/>
                <w:right w:val="none" w:sz="0" w:space="0" w:color="auto"/>
              </w:divBdr>
              <w:divsChild>
                <w:div w:id="1068571826">
                  <w:marLeft w:val="0"/>
                  <w:marRight w:val="0"/>
                  <w:marTop w:val="0"/>
                  <w:marBottom w:val="0"/>
                  <w:divBdr>
                    <w:top w:val="none" w:sz="0" w:space="0" w:color="auto"/>
                    <w:left w:val="none" w:sz="0" w:space="0" w:color="auto"/>
                    <w:bottom w:val="none" w:sz="0" w:space="0" w:color="auto"/>
                    <w:right w:val="none" w:sz="0" w:space="0" w:color="auto"/>
                  </w:divBdr>
                  <w:divsChild>
                    <w:div w:id="833838929">
                      <w:marLeft w:val="0"/>
                      <w:marRight w:val="0"/>
                      <w:marTop w:val="0"/>
                      <w:marBottom w:val="0"/>
                      <w:divBdr>
                        <w:top w:val="none" w:sz="0" w:space="0" w:color="auto"/>
                        <w:left w:val="none" w:sz="0" w:space="0" w:color="auto"/>
                        <w:bottom w:val="none" w:sz="0" w:space="0" w:color="auto"/>
                        <w:right w:val="none" w:sz="0" w:space="0" w:color="auto"/>
                      </w:divBdr>
                      <w:divsChild>
                        <w:div w:id="761417972">
                          <w:marLeft w:val="0"/>
                          <w:marRight w:val="0"/>
                          <w:marTop w:val="0"/>
                          <w:marBottom w:val="0"/>
                          <w:divBdr>
                            <w:top w:val="none" w:sz="0" w:space="0" w:color="auto"/>
                            <w:left w:val="none" w:sz="0" w:space="0" w:color="auto"/>
                            <w:bottom w:val="none" w:sz="0" w:space="0" w:color="auto"/>
                            <w:right w:val="none" w:sz="0" w:space="0" w:color="auto"/>
                          </w:divBdr>
                          <w:divsChild>
                            <w:div w:id="867371503">
                              <w:marLeft w:val="0"/>
                              <w:marRight w:val="0"/>
                              <w:marTop w:val="0"/>
                              <w:marBottom w:val="0"/>
                              <w:divBdr>
                                <w:top w:val="none" w:sz="0" w:space="0" w:color="auto"/>
                                <w:left w:val="none" w:sz="0" w:space="0" w:color="auto"/>
                                <w:bottom w:val="none" w:sz="0" w:space="0" w:color="auto"/>
                                <w:right w:val="none" w:sz="0" w:space="0" w:color="auto"/>
                              </w:divBdr>
                              <w:divsChild>
                                <w:div w:id="138949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016029">
          <w:marLeft w:val="0"/>
          <w:marRight w:val="0"/>
          <w:marTop w:val="0"/>
          <w:marBottom w:val="0"/>
          <w:divBdr>
            <w:top w:val="none" w:sz="0" w:space="0" w:color="auto"/>
            <w:left w:val="none" w:sz="0" w:space="0" w:color="auto"/>
            <w:bottom w:val="none" w:sz="0" w:space="0" w:color="auto"/>
            <w:right w:val="none" w:sz="0" w:space="0" w:color="auto"/>
          </w:divBdr>
          <w:divsChild>
            <w:div w:id="504705633">
              <w:marLeft w:val="0"/>
              <w:marRight w:val="0"/>
              <w:marTop w:val="0"/>
              <w:marBottom w:val="0"/>
              <w:divBdr>
                <w:top w:val="none" w:sz="0" w:space="0" w:color="auto"/>
                <w:left w:val="none" w:sz="0" w:space="0" w:color="auto"/>
                <w:bottom w:val="none" w:sz="0" w:space="0" w:color="auto"/>
                <w:right w:val="none" w:sz="0" w:space="0" w:color="auto"/>
              </w:divBdr>
              <w:divsChild>
                <w:div w:id="1422482459">
                  <w:marLeft w:val="0"/>
                  <w:marRight w:val="0"/>
                  <w:marTop w:val="0"/>
                  <w:marBottom w:val="0"/>
                  <w:divBdr>
                    <w:top w:val="none" w:sz="0" w:space="0" w:color="auto"/>
                    <w:left w:val="none" w:sz="0" w:space="0" w:color="auto"/>
                    <w:bottom w:val="none" w:sz="0" w:space="0" w:color="auto"/>
                    <w:right w:val="none" w:sz="0" w:space="0" w:color="auto"/>
                  </w:divBdr>
                  <w:divsChild>
                    <w:div w:id="1336497137">
                      <w:marLeft w:val="0"/>
                      <w:marRight w:val="0"/>
                      <w:marTop w:val="0"/>
                      <w:marBottom w:val="0"/>
                      <w:divBdr>
                        <w:top w:val="none" w:sz="0" w:space="0" w:color="auto"/>
                        <w:left w:val="none" w:sz="0" w:space="0" w:color="auto"/>
                        <w:bottom w:val="none" w:sz="0" w:space="0" w:color="auto"/>
                        <w:right w:val="none" w:sz="0" w:space="0" w:color="auto"/>
                      </w:divBdr>
                      <w:divsChild>
                        <w:div w:id="1737972237">
                          <w:marLeft w:val="0"/>
                          <w:marRight w:val="0"/>
                          <w:marTop w:val="0"/>
                          <w:marBottom w:val="0"/>
                          <w:divBdr>
                            <w:top w:val="none" w:sz="0" w:space="0" w:color="auto"/>
                            <w:left w:val="none" w:sz="0" w:space="0" w:color="auto"/>
                            <w:bottom w:val="none" w:sz="0" w:space="0" w:color="auto"/>
                            <w:right w:val="none" w:sz="0" w:space="0" w:color="auto"/>
                          </w:divBdr>
                          <w:divsChild>
                            <w:div w:id="36779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7522986">
          <w:marLeft w:val="0"/>
          <w:marRight w:val="0"/>
          <w:marTop w:val="0"/>
          <w:marBottom w:val="0"/>
          <w:divBdr>
            <w:top w:val="none" w:sz="0" w:space="0" w:color="auto"/>
            <w:left w:val="none" w:sz="0" w:space="0" w:color="auto"/>
            <w:bottom w:val="none" w:sz="0" w:space="0" w:color="auto"/>
            <w:right w:val="none" w:sz="0" w:space="0" w:color="auto"/>
          </w:divBdr>
          <w:divsChild>
            <w:div w:id="2140491867">
              <w:marLeft w:val="0"/>
              <w:marRight w:val="0"/>
              <w:marTop w:val="0"/>
              <w:marBottom w:val="0"/>
              <w:divBdr>
                <w:top w:val="none" w:sz="0" w:space="0" w:color="auto"/>
                <w:left w:val="none" w:sz="0" w:space="0" w:color="auto"/>
                <w:bottom w:val="none" w:sz="0" w:space="0" w:color="auto"/>
                <w:right w:val="none" w:sz="0" w:space="0" w:color="auto"/>
              </w:divBdr>
              <w:divsChild>
                <w:div w:id="140536973">
                  <w:marLeft w:val="0"/>
                  <w:marRight w:val="0"/>
                  <w:marTop w:val="0"/>
                  <w:marBottom w:val="0"/>
                  <w:divBdr>
                    <w:top w:val="none" w:sz="0" w:space="0" w:color="auto"/>
                    <w:left w:val="none" w:sz="0" w:space="0" w:color="auto"/>
                    <w:bottom w:val="none" w:sz="0" w:space="0" w:color="auto"/>
                    <w:right w:val="none" w:sz="0" w:space="0" w:color="auto"/>
                  </w:divBdr>
                  <w:divsChild>
                    <w:div w:id="226309758">
                      <w:marLeft w:val="0"/>
                      <w:marRight w:val="0"/>
                      <w:marTop w:val="0"/>
                      <w:marBottom w:val="0"/>
                      <w:divBdr>
                        <w:top w:val="none" w:sz="0" w:space="0" w:color="auto"/>
                        <w:left w:val="none" w:sz="0" w:space="0" w:color="auto"/>
                        <w:bottom w:val="none" w:sz="0" w:space="0" w:color="auto"/>
                        <w:right w:val="none" w:sz="0" w:space="0" w:color="auto"/>
                      </w:divBdr>
                      <w:divsChild>
                        <w:div w:id="923340988">
                          <w:marLeft w:val="0"/>
                          <w:marRight w:val="0"/>
                          <w:marTop w:val="0"/>
                          <w:marBottom w:val="0"/>
                          <w:divBdr>
                            <w:top w:val="none" w:sz="0" w:space="0" w:color="auto"/>
                            <w:left w:val="none" w:sz="0" w:space="0" w:color="auto"/>
                            <w:bottom w:val="none" w:sz="0" w:space="0" w:color="auto"/>
                            <w:right w:val="none" w:sz="0" w:space="0" w:color="auto"/>
                          </w:divBdr>
                          <w:divsChild>
                            <w:div w:id="771366358">
                              <w:marLeft w:val="0"/>
                              <w:marRight w:val="0"/>
                              <w:marTop w:val="0"/>
                              <w:marBottom w:val="0"/>
                              <w:divBdr>
                                <w:top w:val="none" w:sz="0" w:space="0" w:color="auto"/>
                                <w:left w:val="none" w:sz="0" w:space="0" w:color="auto"/>
                                <w:bottom w:val="none" w:sz="0" w:space="0" w:color="auto"/>
                                <w:right w:val="none" w:sz="0" w:space="0" w:color="auto"/>
                              </w:divBdr>
                              <w:divsChild>
                                <w:div w:id="10250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7598353">
          <w:marLeft w:val="0"/>
          <w:marRight w:val="0"/>
          <w:marTop w:val="0"/>
          <w:marBottom w:val="0"/>
          <w:divBdr>
            <w:top w:val="none" w:sz="0" w:space="0" w:color="auto"/>
            <w:left w:val="none" w:sz="0" w:space="0" w:color="auto"/>
            <w:bottom w:val="none" w:sz="0" w:space="0" w:color="auto"/>
            <w:right w:val="none" w:sz="0" w:space="0" w:color="auto"/>
          </w:divBdr>
          <w:divsChild>
            <w:div w:id="1605990727">
              <w:marLeft w:val="0"/>
              <w:marRight w:val="0"/>
              <w:marTop w:val="0"/>
              <w:marBottom w:val="0"/>
              <w:divBdr>
                <w:top w:val="none" w:sz="0" w:space="0" w:color="auto"/>
                <w:left w:val="none" w:sz="0" w:space="0" w:color="auto"/>
                <w:bottom w:val="none" w:sz="0" w:space="0" w:color="auto"/>
                <w:right w:val="none" w:sz="0" w:space="0" w:color="auto"/>
              </w:divBdr>
              <w:divsChild>
                <w:div w:id="1481849462">
                  <w:marLeft w:val="0"/>
                  <w:marRight w:val="0"/>
                  <w:marTop w:val="0"/>
                  <w:marBottom w:val="0"/>
                  <w:divBdr>
                    <w:top w:val="none" w:sz="0" w:space="0" w:color="auto"/>
                    <w:left w:val="none" w:sz="0" w:space="0" w:color="auto"/>
                    <w:bottom w:val="none" w:sz="0" w:space="0" w:color="auto"/>
                    <w:right w:val="none" w:sz="0" w:space="0" w:color="auto"/>
                  </w:divBdr>
                  <w:divsChild>
                    <w:div w:id="1013074428">
                      <w:marLeft w:val="0"/>
                      <w:marRight w:val="0"/>
                      <w:marTop w:val="0"/>
                      <w:marBottom w:val="0"/>
                      <w:divBdr>
                        <w:top w:val="none" w:sz="0" w:space="0" w:color="auto"/>
                        <w:left w:val="none" w:sz="0" w:space="0" w:color="auto"/>
                        <w:bottom w:val="none" w:sz="0" w:space="0" w:color="auto"/>
                        <w:right w:val="none" w:sz="0" w:space="0" w:color="auto"/>
                      </w:divBdr>
                      <w:divsChild>
                        <w:div w:id="803354646">
                          <w:marLeft w:val="0"/>
                          <w:marRight w:val="0"/>
                          <w:marTop w:val="0"/>
                          <w:marBottom w:val="0"/>
                          <w:divBdr>
                            <w:top w:val="none" w:sz="0" w:space="0" w:color="auto"/>
                            <w:left w:val="none" w:sz="0" w:space="0" w:color="auto"/>
                            <w:bottom w:val="none" w:sz="0" w:space="0" w:color="auto"/>
                            <w:right w:val="none" w:sz="0" w:space="0" w:color="auto"/>
                          </w:divBdr>
                          <w:divsChild>
                            <w:div w:id="175801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590996">
      <w:bodyDiv w:val="1"/>
      <w:marLeft w:val="0"/>
      <w:marRight w:val="0"/>
      <w:marTop w:val="0"/>
      <w:marBottom w:val="0"/>
      <w:divBdr>
        <w:top w:val="none" w:sz="0" w:space="0" w:color="auto"/>
        <w:left w:val="none" w:sz="0" w:space="0" w:color="auto"/>
        <w:bottom w:val="none" w:sz="0" w:space="0" w:color="auto"/>
        <w:right w:val="none" w:sz="0" w:space="0" w:color="auto"/>
      </w:divBdr>
    </w:div>
    <w:div w:id="1457261338">
      <w:bodyDiv w:val="1"/>
      <w:marLeft w:val="0"/>
      <w:marRight w:val="0"/>
      <w:marTop w:val="0"/>
      <w:marBottom w:val="0"/>
      <w:divBdr>
        <w:top w:val="none" w:sz="0" w:space="0" w:color="auto"/>
        <w:left w:val="none" w:sz="0" w:space="0" w:color="auto"/>
        <w:bottom w:val="none" w:sz="0" w:space="0" w:color="auto"/>
        <w:right w:val="none" w:sz="0" w:space="0" w:color="auto"/>
      </w:divBdr>
    </w:div>
    <w:div w:id="1459490809">
      <w:bodyDiv w:val="1"/>
      <w:marLeft w:val="0"/>
      <w:marRight w:val="0"/>
      <w:marTop w:val="0"/>
      <w:marBottom w:val="0"/>
      <w:divBdr>
        <w:top w:val="none" w:sz="0" w:space="0" w:color="auto"/>
        <w:left w:val="none" w:sz="0" w:space="0" w:color="auto"/>
        <w:bottom w:val="none" w:sz="0" w:space="0" w:color="auto"/>
        <w:right w:val="none" w:sz="0" w:space="0" w:color="auto"/>
      </w:divBdr>
    </w:div>
    <w:div w:id="1465464599">
      <w:bodyDiv w:val="1"/>
      <w:marLeft w:val="0"/>
      <w:marRight w:val="0"/>
      <w:marTop w:val="0"/>
      <w:marBottom w:val="0"/>
      <w:divBdr>
        <w:top w:val="none" w:sz="0" w:space="0" w:color="auto"/>
        <w:left w:val="none" w:sz="0" w:space="0" w:color="auto"/>
        <w:bottom w:val="none" w:sz="0" w:space="0" w:color="auto"/>
        <w:right w:val="none" w:sz="0" w:space="0" w:color="auto"/>
      </w:divBdr>
      <w:divsChild>
        <w:div w:id="15758971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7695773">
      <w:bodyDiv w:val="1"/>
      <w:marLeft w:val="0"/>
      <w:marRight w:val="0"/>
      <w:marTop w:val="0"/>
      <w:marBottom w:val="0"/>
      <w:divBdr>
        <w:top w:val="none" w:sz="0" w:space="0" w:color="auto"/>
        <w:left w:val="none" w:sz="0" w:space="0" w:color="auto"/>
        <w:bottom w:val="none" w:sz="0" w:space="0" w:color="auto"/>
        <w:right w:val="none" w:sz="0" w:space="0" w:color="auto"/>
      </w:divBdr>
    </w:div>
    <w:div w:id="1506900427">
      <w:bodyDiv w:val="1"/>
      <w:marLeft w:val="0"/>
      <w:marRight w:val="0"/>
      <w:marTop w:val="0"/>
      <w:marBottom w:val="0"/>
      <w:divBdr>
        <w:top w:val="none" w:sz="0" w:space="0" w:color="auto"/>
        <w:left w:val="none" w:sz="0" w:space="0" w:color="auto"/>
        <w:bottom w:val="none" w:sz="0" w:space="0" w:color="auto"/>
        <w:right w:val="none" w:sz="0" w:space="0" w:color="auto"/>
      </w:divBdr>
    </w:div>
    <w:div w:id="1507330020">
      <w:bodyDiv w:val="1"/>
      <w:marLeft w:val="0"/>
      <w:marRight w:val="0"/>
      <w:marTop w:val="0"/>
      <w:marBottom w:val="0"/>
      <w:divBdr>
        <w:top w:val="none" w:sz="0" w:space="0" w:color="auto"/>
        <w:left w:val="none" w:sz="0" w:space="0" w:color="auto"/>
        <w:bottom w:val="none" w:sz="0" w:space="0" w:color="auto"/>
        <w:right w:val="none" w:sz="0" w:space="0" w:color="auto"/>
      </w:divBdr>
    </w:div>
    <w:div w:id="1517112678">
      <w:bodyDiv w:val="1"/>
      <w:marLeft w:val="0"/>
      <w:marRight w:val="0"/>
      <w:marTop w:val="0"/>
      <w:marBottom w:val="0"/>
      <w:divBdr>
        <w:top w:val="none" w:sz="0" w:space="0" w:color="auto"/>
        <w:left w:val="none" w:sz="0" w:space="0" w:color="auto"/>
        <w:bottom w:val="none" w:sz="0" w:space="0" w:color="auto"/>
        <w:right w:val="none" w:sz="0" w:space="0" w:color="auto"/>
      </w:divBdr>
      <w:divsChild>
        <w:div w:id="193538043">
          <w:marLeft w:val="0"/>
          <w:marRight w:val="0"/>
          <w:marTop w:val="0"/>
          <w:marBottom w:val="0"/>
          <w:divBdr>
            <w:top w:val="none" w:sz="0" w:space="0" w:color="auto"/>
            <w:left w:val="none" w:sz="0" w:space="0" w:color="auto"/>
            <w:bottom w:val="none" w:sz="0" w:space="0" w:color="auto"/>
            <w:right w:val="none" w:sz="0" w:space="0" w:color="auto"/>
          </w:divBdr>
          <w:divsChild>
            <w:div w:id="94978873">
              <w:marLeft w:val="0"/>
              <w:marRight w:val="0"/>
              <w:marTop w:val="0"/>
              <w:marBottom w:val="0"/>
              <w:divBdr>
                <w:top w:val="none" w:sz="0" w:space="0" w:color="auto"/>
                <w:left w:val="none" w:sz="0" w:space="0" w:color="auto"/>
                <w:bottom w:val="none" w:sz="0" w:space="0" w:color="auto"/>
                <w:right w:val="none" w:sz="0" w:space="0" w:color="auto"/>
              </w:divBdr>
              <w:divsChild>
                <w:div w:id="438916636">
                  <w:marLeft w:val="0"/>
                  <w:marRight w:val="0"/>
                  <w:marTop w:val="0"/>
                  <w:marBottom w:val="0"/>
                  <w:divBdr>
                    <w:top w:val="none" w:sz="0" w:space="0" w:color="auto"/>
                    <w:left w:val="none" w:sz="0" w:space="0" w:color="auto"/>
                    <w:bottom w:val="none" w:sz="0" w:space="0" w:color="auto"/>
                    <w:right w:val="none" w:sz="0" w:space="0" w:color="auto"/>
                  </w:divBdr>
                  <w:divsChild>
                    <w:div w:id="1445149050">
                      <w:marLeft w:val="0"/>
                      <w:marRight w:val="0"/>
                      <w:marTop w:val="0"/>
                      <w:marBottom w:val="0"/>
                      <w:divBdr>
                        <w:top w:val="none" w:sz="0" w:space="0" w:color="auto"/>
                        <w:left w:val="none" w:sz="0" w:space="0" w:color="auto"/>
                        <w:bottom w:val="none" w:sz="0" w:space="0" w:color="auto"/>
                        <w:right w:val="none" w:sz="0" w:space="0" w:color="auto"/>
                      </w:divBdr>
                      <w:divsChild>
                        <w:div w:id="1697586103">
                          <w:marLeft w:val="0"/>
                          <w:marRight w:val="0"/>
                          <w:marTop w:val="0"/>
                          <w:marBottom w:val="0"/>
                          <w:divBdr>
                            <w:top w:val="none" w:sz="0" w:space="0" w:color="auto"/>
                            <w:left w:val="none" w:sz="0" w:space="0" w:color="auto"/>
                            <w:bottom w:val="none" w:sz="0" w:space="0" w:color="auto"/>
                            <w:right w:val="none" w:sz="0" w:space="0" w:color="auto"/>
                          </w:divBdr>
                          <w:divsChild>
                            <w:div w:id="123076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5389293">
      <w:bodyDiv w:val="1"/>
      <w:marLeft w:val="0"/>
      <w:marRight w:val="0"/>
      <w:marTop w:val="0"/>
      <w:marBottom w:val="0"/>
      <w:divBdr>
        <w:top w:val="none" w:sz="0" w:space="0" w:color="auto"/>
        <w:left w:val="none" w:sz="0" w:space="0" w:color="auto"/>
        <w:bottom w:val="none" w:sz="0" w:space="0" w:color="auto"/>
        <w:right w:val="none" w:sz="0" w:space="0" w:color="auto"/>
      </w:divBdr>
      <w:divsChild>
        <w:div w:id="1835609985">
          <w:blockQuote w:val="1"/>
          <w:marLeft w:val="720"/>
          <w:marRight w:val="720"/>
          <w:marTop w:val="100"/>
          <w:marBottom w:val="100"/>
          <w:divBdr>
            <w:top w:val="none" w:sz="0" w:space="0" w:color="auto"/>
            <w:left w:val="none" w:sz="0" w:space="0" w:color="auto"/>
            <w:bottom w:val="none" w:sz="0" w:space="0" w:color="auto"/>
            <w:right w:val="none" w:sz="0" w:space="0" w:color="auto"/>
          </w:divBdr>
        </w:div>
        <w:div w:id="20870258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0650788">
      <w:bodyDiv w:val="1"/>
      <w:marLeft w:val="0"/>
      <w:marRight w:val="0"/>
      <w:marTop w:val="0"/>
      <w:marBottom w:val="0"/>
      <w:divBdr>
        <w:top w:val="none" w:sz="0" w:space="0" w:color="auto"/>
        <w:left w:val="none" w:sz="0" w:space="0" w:color="auto"/>
        <w:bottom w:val="none" w:sz="0" w:space="0" w:color="auto"/>
        <w:right w:val="none" w:sz="0" w:space="0" w:color="auto"/>
      </w:divBdr>
    </w:div>
    <w:div w:id="1587154819">
      <w:bodyDiv w:val="1"/>
      <w:marLeft w:val="0"/>
      <w:marRight w:val="0"/>
      <w:marTop w:val="0"/>
      <w:marBottom w:val="0"/>
      <w:divBdr>
        <w:top w:val="none" w:sz="0" w:space="0" w:color="auto"/>
        <w:left w:val="none" w:sz="0" w:space="0" w:color="auto"/>
        <w:bottom w:val="none" w:sz="0" w:space="0" w:color="auto"/>
        <w:right w:val="none" w:sz="0" w:space="0" w:color="auto"/>
      </w:divBdr>
    </w:div>
    <w:div w:id="1591306466">
      <w:bodyDiv w:val="1"/>
      <w:marLeft w:val="0"/>
      <w:marRight w:val="0"/>
      <w:marTop w:val="0"/>
      <w:marBottom w:val="0"/>
      <w:divBdr>
        <w:top w:val="none" w:sz="0" w:space="0" w:color="auto"/>
        <w:left w:val="none" w:sz="0" w:space="0" w:color="auto"/>
        <w:bottom w:val="none" w:sz="0" w:space="0" w:color="auto"/>
        <w:right w:val="none" w:sz="0" w:space="0" w:color="auto"/>
      </w:divBdr>
    </w:div>
    <w:div w:id="1603876714">
      <w:bodyDiv w:val="1"/>
      <w:marLeft w:val="0"/>
      <w:marRight w:val="0"/>
      <w:marTop w:val="0"/>
      <w:marBottom w:val="0"/>
      <w:divBdr>
        <w:top w:val="none" w:sz="0" w:space="0" w:color="auto"/>
        <w:left w:val="none" w:sz="0" w:space="0" w:color="auto"/>
        <w:bottom w:val="none" w:sz="0" w:space="0" w:color="auto"/>
        <w:right w:val="none" w:sz="0" w:space="0" w:color="auto"/>
      </w:divBdr>
    </w:div>
    <w:div w:id="1616591824">
      <w:bodyDiv w:val="1"/>
      <w:marLeft w:val="0"/>
      <w:marRight w:val="0"/>
      <w:marTop w:val="0"/>
      <w:marBottom w:val="0"/>
      <w:divBdr>
        <w:top w:val="none" w:sz="0" w:space="0" w:color="auto"/>
        <w:left w:val="none" w:sz="0" w:space="0" w:color="auto"/>
        <w:bottom w:val="none" w:sz="0" w:space="0" w:color="auto"/>
        <w:right w:val="none" w:sz="0" w:space="0" w:color="auto"/>
      </w:divBdr>
    </w:div>
    <w:div w:id="1623264694">
      <w:bodyDiv w:val="1"/>
      <w:marLeft w:val="0"/>
      <w:marRight w:val="0"/>
      <w:marTop w:val="0"/>
      <w:marBottom w:val="0"/>
      <w:divBdr>
        <w:top w:val="none" w:sz="0" w:space="0" w:color="auto"/>
        <w:left w:val="none" w:sz="0" w:space="0" w:color="auto"/>
        <w:bottom w:val="none" w:sz="0" w:space="0" w:color="auto"/>
        <w:right w:val="none" w:sz="0" w:space="0" w:color="auto"/>
      </w:divBdr>
    </w:div>
    <w:div w:id="1627391094">
      <w:bodyDiv w:val="1"/>
      <w:marLeft w:val="0"/>
      <w:marRight w:val="0"/>
      <w:marTop w:val="0"/>
      <w:marBottom w:val="0"/>
      <w:divBdr>
        <w:top w:val="none" w:sz="0" w:space="0" w:color="auto"/>
        <w:left w:val="none" w:sz="0" w:space="0" w:color="auto"/>
        <w:bottom w:val="none" w:sz="0" w:space="0" w:color="auto"/>
        <w:right w:val="none" w:sz="0" w:space="0" w:color="auto"/>
      </w:divBdr>
    </w:div>
    <w:div w:id="1631206753">
      <w:bodyDiv w:val="1"/>
      <w:marLeft w:val="0"/>
      <w:marRight w:val="0"/>
      <w:marTop w:val="0"/>
      <w:marBottom w:val="0"/>
      <w:divBdr>
        <w:top w:val="none" w:sz="0" w:space="0" w:color="auto"/>
        <w:left w:val="none" w:sz="0" w:space="0" w:color="auto"/>
        <w:bottom w:val="none" w:sz="0" w:space="0" w:color="auto"/>
        <w:right w:val="none" w:sz="0" w:space="0" w:color="auto"/>
      </w:divBdr>
    </w:div>
    <w:div w:id="1635713702">
      <w:bodyDiv w:val="1"/>
      <w:marLeft w:val="0"/>
      <w:marRight w:val="0"/>
      <w:marTop w:val="0"/>
      <w:marBottom w:val="0"/>
      <w:divBdr>
        <w:top w:val="none" w:sz="0" w:space="0" w:color="auto"/>
        <w:left w:val="none" w:sz="0" w:space="0" w:color="auto"/>
        <w:bottom w:val="none" w:sz="0" w:space="0" w:color="auto"/>
        <w:right w:val="none" w:sz="0" w:space="0" w:color="auto"/>
      </w:divBdr>
      <w:divsChild>
        <w:div w:id="5749703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9995472">
      <w:bodyDiv w:val="1"/>
      <w:marLeft w:val="0"/>
      <w:marRight w:val="0"/>
      <w:marTop w:val="0"/>
      <w:marBottom w:val="0"/>
      <w:divBdr>
        <w:top w:val="none" w:sz="0" w:space="0" w:color="auto"/>
        <w:left w:val="none" w:sz="0" w:space="0" w:color="auto"/>
        <w:bottom w:val="none" w:sz="0" w:space="0" w:color="auto"/>
        <w:right w:val="none" w:sz="0" w:space="0" w:color="auto"/>
      </w:divBdr>
    </w:div>
    <w:div w:id="1666131303">
      <w:bodyDiv w:val="1"/>
      <w:marLeft w:val="0"/>
      <w:marRight w:val="0"/>
      <w:marTop w:val="0"/>
      <w:marBottom w:val="0"/>
      <w:divBdr>
        <w:top w:val="none" w:sz="0" w:space="0" w:color="auto"/>
        <w:left w:val="none" w:sz="0" w:space="0" w:color="auto"/>
        <w:bottom w:val="none" w:sz="0" w:space="0" w:color="auto"/>
        <w:right w:val="none" w:sz="0" w:space="0" w:color="auto"/>
      </w:divBdr>
    </w:div>
    <w:div w:id="1669819868">
      <w:bodyDiv w:val="1"/>
      <w:marLeft w:val="0"/>
      <w:marRight w:val="0"/>
      <w:marTop w:val="0"/>
      <w:marBottom w:val="0"/>
      <w:divBdr>
        <w:top w:val="none" w:sz="0" w:space="0" w:color="auto"/>
        <w:left w:val="none" w:sz="0" w:space="0" w:color="auto"/>
        <w:bottom w:val="none" w:sz="0" w:space="0" w:color="auto"/>
        <w:right w:val="none" w:sz="0" w:space="0" w:color="auto"/>
      </w:divBdr>
      <w:divsChild>
        <w:div w:id="472869351">
          <w:marLeft w:val="0"/>
          <w:marRight w:val="0"/>
          <w:marTop w:val="0"/>
          <w:marBottom w:val="0"/>
          <w:divBdr>
            <w:top w:val="none" w:sz="0" w:space="0" w:color="auto"/>
            <w:left w:val="none" w:sz="0" w:space="0" w:color="auto"/>
            <w:bottom w:val="none" w:sz="0" w:space="0" w:color="auto"/>
            <w:right w:val="none" w:sz="0" w:space="0" w:color="auto"/>
          </w:divBdr>
          <w:divsChild>
            <w:div w:id="71701913">
              <w:marLeft w:val="0"/>
              <w:marRight w:val="0"/>
              <w:marTop w:val="0"/>
              <w:marBottom w:val="0"/>
              <w:divBdr>
                <w:top w:val="none" w:sz="0" w:space="0" w:color="auto"/>
                <w:left w:val="none" w:sz="0" w:space="0" w:color="auto"/>
                <w:bottom w:val="none" w:sz="0" w:space="0" w:color="auto"/>
                <w:right w:val="none" w:sz="0" w:space="0" w:color="auto"/>
              </w:divBdr>
              <w:divsChild>
                <w:div w:id="2050370436">
                  <w:marLeft w:val="0"/>
                  <w:marRight w:val="0"/>
                  <w:marTop w:val="0"/>
                  <w:marBottom w:val="0"/>
                  <w:divBdr>
                    <w:top w:val="none" w:sz="0" w:space="0" w:color="auto"/>
                    <w:left w:val="none" w:sz="0" w:space="0" w:color="auto"/>
                    <w:bottom w:val="none" w:sz="0" w:space="0" w:color="auto"/>
                    <w:right w:val="none" w:sz="0" w:space="0" w:color="auto"/>
                  </w:divBdr>
                  <w:divsChild>
                    <w:div w:id="503984081">
                      <w:marLeft w:val="0"/>
                      <w:marRight w:val="0"/>
                      <w:marTop w:val="0"/>
                      <w:marBottom w:val="0"/>
                      <w:divBdr>
                        <w:top w:val="none" w:sz="0" w:space="0" w:color="auto"/>
                        <w:left w:val="none" w:sz="0" w:space="0" w:color="auto"/>
                        <w:bottom w:val="none" w:sz="0" w:space="0" w:color="auto"/>
                        <w:right w:val="none" w:sz="0" w:space="0" w:color="auto"/>
                      </w:divBdr>
                      <w:divsChild>
                        <w:div w:id="1074819855">
                          <w:marLeft w:val="0"/>
                          <w:marRight w:val="0"/>
                          <w:marTop w:val="0"/>
                          <w:marBottom w:val="0"/>
                          <w:divBdr>
                            <w:top w:val="none" w:sz="0" w:space="0" w:color="auto"/>
                            <w:left w:val="none" w:sz="0" w:space="0" w:color="auto"/>
                            <w:bottom w:val="none" w:sz="0" w:space="0" w:color="auto"/>
                            <w:right w:val="none" w:sz="0" w:space="0" w:color="auto"/>
                          </w:divBdr>
                          <w:divsChild>
                            <w:div w:id="83769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2563520">
      <w:bodyDiv w:val="1"/>
      <w:marLeft w:val="0"/>
      <w:marRight w:val="0"/>
      <w:marTop w:val="0"/>
      <w:marBottom w:val="0"/>
      <w:divBdr>
        <w:top w:val="none" w:sz="0" w:space="0" w:color="auto"/>
        <w:left w:val="none" w:sz="0" w:space="0" w:color="auto"/>
        <w:bottom w:val="none" w:sz="0" w:space="0" w:color="auto"/>
        <w:right w:val="none" w:sz="0" w:space="0" w:color="auto"/>
      </w:divBdr>
    </w:div>
    <w:div w:id="1690449473">
      <w:bodyDiv w:val="1"/>
      <w:marLeft w:val="0"/>
      <w:marRight w:val="0"/>
      <w:marTop w:val="0"/>
      <w:marBottom w:val="0"/>
      <w:divBdr>
        <w:top w:val="none" w:sz="0" w:space="0" w:color="auto"/>
        <w:left w:val="none" w:sz="0" w:space="0" w:color="auto"/>
        <w:bottom w:val="none" w:sz="0" w:space="0" w:color="auto"/>
        <w:right w:val="none" w:sz="0" w:space="0" w:color="auto"/>
      </w:divBdr>
      <w:divsChild>
        <w:div w:id="14874724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1661634">
      <w:bodyDiv w:val="1"/>
      <w:marLeft w:val="0"/>
      <w:marRight w:val="0"/>
      <w:marTop w:val="0"/>
      <w:marBottom w:val="0"/>
      <w:divBdr>
        <w:top w:val="none" w:sz="0" w:space="0" w:color="auto"/>
        <w:left w:val="none" w:sz="0" w:space="0" w:color="auto"/>
        <w:bottom w:val="none" w:sz="0" w:space="0" w:color="auto"/>
        <w:right w:val="none" w:sz="0" w:space="0" w:color="auto"/>
      </w:divBdr>
    </w:div>
    <w:div w:id="1708721690">
      <w:bodyDiv w:val="1"/>
      <w:marLeft w:val="0"/>
      <w:marRight w:val="0"/>
      <w:marTop w:val="0"/>
      <w:marBottom w:val="0"/>
      <w:divBdr>
        <w:top w:val="none" w:sz="0" w:space="0" w:color="auto"/>
        <w:left w:val="none" w:sz="0" w:space="0" w:color="auto"/>
        <w:bottom w:val="none" w:sz="0" w:space="0" w:color="auto"/>
        <w:right w:val="none" w:sz="0" w:space="0" w:color="auto"/>
      </w:divBdr>
    </w:div>
    <w:div w:id="1755542660">
      <w:bodyDiv w:val="1"/>
      <w:marLeft w:val="0"/>
      <w:marRight w:val="0"/>
      <w:marTop w:val="0"/>
      <w:marBottom w:val="0"/>
      <w:divBdr>
        <w:top w:val="none" w:sz="0" w:space="0" w:color="auto"/>
        <w:left w:val="none" w:sz="0" w:space="0" w:color="auto"/>
        <w:bottom w:val="none" w:sz="0" w:space="0" w:color="auto"/>
        <w:right w:val="none" w:sz="0" w:space="0" w:color="auto"/>
      </w:divBdr>
    </w:div>
    <w:div w:id="1775442258">
      <w:bodyDiv w:val="1"/>
      <w:marLeft w:val="0"/>
      <w:marRight w:val="0"/>
      <w:marTop w:val="0"/>
      <w:marBottom w:val="0"/>
      <w:divBdr>
        <w:top w:val="none" w:sz="0" w:space="0" w:color="auto"/>
        <w:left w:val="none" w:sz="0" w:space="0" w:color="auto"/>
        <w:bottom w:val="none" w:sz="0" w:space="0" w:color="auto"/>
        <w:right w:val="none" w:sz="0" w:space="0" w:color="auto"/>
      </w:divBdr>
    </w:div>
    <w:div w:id="1784416591">
      <w:bodyDiv w:val="1"/>
      <w:marLeft w:val="0"/>
      <w:marRight w:val="0"/>
      <w:marTop w:val="0"/>
      <w:marBottom w:val="0"/>
      <w:divBdr>
        <w:top w:val="none" w:sz="0" w:space="0" w:color="auto"/>
        <w:left w:val="none" w:sz="0" w:space="0" w:color="auto"/>
        <w:bottom w:val="none" w:sz="0" w:space="0" w:color="auto"/>
        <w:right w:val="none" w:sz="0" w:space="0" w:color="auto"/>
      </w:divBdr>
      <w:divsChild>
        <w:div w:id="8539544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2282025">
      <w:bodyDiv w:val="1"/>
      <w:marLeft w:val="0"/>
      <w:marRight w:val="0"/>
      <w:marTop w:val="0"/>
      <w:marBottom w:val="0"/>
      <w:divBdr>
        <w:top w:val="none" w:sz="0" w:space="0" w:color="auto"/>
        <w:left w:val="none" w:sz="0" w:space="0" w:color="auto"/>
        <w:bottom w:val="none" w:sz="0" w:space="0" w:color="auto"/>
        <w:right w:val="none" w:sz="0" w:space="0" w:color="auto"/>
      </w:divBdr>
    </w:div>
    <w:div w:id="1800339913">
      <w:bodyDiv w:val="1"/>
      <w:marLeft w:val="0"/>
      <w:marRight w:val="0"/>
      <w:marTop w:val="0"/>
      <w:marBottom w:val="0"/>
      <w:divBdr>
        <w:top w:val="none" w:sz="0" w:space="0" w:color="auto"/>
        <w:left w:val="none" w:sz="0" w:space="0" w:color="auto"/>
        <w:bottom w:val="none" w:sz="0" w:space="0" w:color="auto"/>
        <w:right w:val="none" w:sz="0" w:space="0" w:color="auto"/>
      </w:divBdr>
    </w:div>
    <w:div w:id="1820806087">
      <w:bodyDiv w:val="1"/>
      <w:marLeft w:val="0"/>
      <w:marRight w:val="0"/>
      <w:marTop w:val="0"/>
      <w:marBottom w:val="0"/>
      <w:divBdr>
        <w:top w:val="none" w:sz="0" w:space="0" w:color="auto"/>
        <w:left w:val="none" w:sz="0" w:space="0" w:color="auto"/>
        <w:bottom w:val="none" w:sz="0" w:space="0" w:color="auto"/>
        <w:right w:val="none" w:sz="0" w:space="0" w:color="auto"/>
      </w:divBdr>
    </w:div>
    <w:div w:id="1829666423">
      <w:bodyDiv w:val="1"/>
      <w:marLeft w:val="0"/>
      <w:marRight w:val="0"/>
      <w:marTop w:val="0"/>
      <w:marBottom w:val="0"/>
      <w:divBdr>
        <w:top w:val="none" w:sz="0" w:space="0" w:color="auto"/>
        <w:left w:val="none" w:sz="0" w:space="0" w:color="auto"/>
        <w:bottom w:val="none" w:sz="0" w:space="0" w:color="auto"/>
        <w:right w:val="none" w:sz="0" w:space="0" w:color="auto"/>
      </w:divBdr>
    </w:div>
    <w:div w:id="1831673120">
      <w:bodyDiv w:val="1"/>
      <w:marLeft w:val="0"/>
      <w:marRight w:val="0"/>
      <w:marTop w:val="0"/>
      <w:marBottom w:val="0"/>
      <w:divBdr>
        <w:top w:val="none" w:sz="0" w:space="0" w:color="auto"/>
        <w:left w:val="none" w:sz="0" w:space="0" w:color="auto"/>
        <w:bottom w:val="none" w:sz="0" w:space="0" w:color="auto"/>
        <w:right w:val="none" w:sz="0" w:space="0" w:color="auto"/>
      </w:divBdr>
    </w:div>
    <w:div w:id="1837261083">
      <w:bodyDiv w:val="1"/>
      <w:marLeft w:val="0"/>
      <w:marRight w:val="0"/>
      <w:marTop w:val="0"/>
      <w:marBottom w:val="0"/>
      <w:divBdr>
        <w:top w:val="none" w:sz="0" w:space="0" w:color="auto"/>
        <w:left w:val="none" w:sz="0" w:space="0" w:color="auto"/>
        <w:bottom w:val="none" w:sz="0" w:space="0" w:color="auto"/>
        <w:right w:val="none" w:sz="0" w:space="0" w:color="auto"/>
      </w:divBdr>
    </w:div>
    <w:div w:id="1841971080">
      <w:bodyDiv w:val="1"/>
      <w:marLeft w:val="0"/>
      <w:marRight w:val="0"/>
      <w:marTop w:val="0"/>
      <w:marBottom w:val="0"/>
      <w:divBdr>
        <w:top w:val="none" w:sz="0" w:space="0" w:color="auto"/>
        <w:left w:val="none" w:sz="0" w:space="0" w:color="auto"/>
        <w:bottom w:val="none" w:sz="0" w:space="0" w:color="auto"/>
        <w:right w:val="none" w:sz="0" w:space="0" w:color="auto"/>
      </w:divBdr>
    </w:div>
    <w:div w:id="1860310954">
      <w:bodyDiv w:val="1"/>
      <w:marLeft w:val="0"/>
      <w:marRight w:val="0"/>
      <w:marTop w:val="0"/>
      <w:marBottom w:val="0"/>
      <w:divBdr>
        <w:top w:val="none" w:sz="0" w:space="0" w:color="auto"/>
        <w:left w:val="none" w:sz="0" w:space="0" w:color="auto"/>
        <w:bottom w:val="none" w:sz="0" w:space="0" w:color="auto"/>
        <w:right w:val="none" w:sz="0" w:space="0" w:color="auto"/>
      </w:divBdr>
    </w:div>
    <w:div w:id="1875459899">
      <w:bodyDiv w:val="1"/>
      <w:marLeft w:val="0"/>
      <w:marRight w:val="0"/>
      <w:marTop w:val="0"/>
      <w:marBottom w:val="0"/>
      <w:divBdr>
        <w:top w:val="none" w:sz="0" w:space="0" w:color="auto"/>
        <w:left w:val="none" w:sz="0" w:space="0" w:color="auto"/>
        <w:bottom w:val="none" w:sz="0" w:space="0" w:color="auto"/>
        <w:right w:val="none" w:sz="0" w:space="0" w:color="auto"/>
      </w:divBdr>
    </w:div>
    <w:div w:id="1903372588">
      <w:bodyDiv w:val="1"/>
      <w:marLeft w:val="0"/>
      <w:marRight w:val="0"/>
      <w:marTop w:val="0"/>
      <w:marBottom w:val="0"/>
      <w:divBdr>
        <w:top w:val="none" w:sz="0" w:space="0" w:color="auto"/>
        <w:left w:val="none" w:sz="0" w:space="0" w:color="auto"/>
        <w:bottom w:val="none" w:sz="0" w:space="0" w:color="auto"/>
        <w:right w:val="none" w:sz="0" w:space="0" w:color="auto"/>
      </w:divBdr>
    </w:div>
    <w:div w:id="1922059596">
      <w:bodyDiv w:val="1"/>
      <w:marLeft w:val="0"/>
      <w:marRight w:val="0"/>
      <w:marTop w:val="0"/>
      <w:marBottom w:val="0"/>
      <w:divBdr>
        <w:top w:val="none" w:sz="0" w:space="0" w:color="auto"/>
        <w:left w:val="none" w:sz="0" w:space="0" w:color="auto"/>
        <w:bottom w:val="none" w:sz="0" w:space="0" w:color="auto"/>
        <w:right w:val="none" w:sz="0" w:space="0" w:color="auto"/>
      </w:divBdr>
    </w:div>
    <w:div w:id="1933049914">
      <w:bodyDiv w:val="1"/>
      <w:marLeft w:val="0"/>
      <w:marRight w:val="0"/>
      <w:marTop w:val="0"/>
      <w:marBottom w:val="0"/>
      <w:divBdr>
        <w:top w:val="none" w:sz="0" w:space="0" w:color="auto"/>
        <w:left w:val="none" w:sz="0" w:space="0" w:color="auto"/>
        <w:bottom w:val="none" w:sz="0" w:space="0" w:color="auto"/>
        <w:right w:val="none" w:sz="0" w:space="0" w:color="auto"/>
      </w:divBdr>
    </w:div>
    <w:div w:id="1940411022">
      <w:bodyDiv w:val="1"/>
      <w:marLeft w:val="0"/>
      <w:marRight w:val="0"/>
      <w:marTop w:val="0"/>
      <w:marBottom w:val="0"/>
      <w:divBdr>
        <w:top w:val="none" w:sz="0" w:space="0" w:color="auto"/>
        <w:left w:val="none" w:sz="0" w:space="0" w:color="auto"/>
        <w:bottom w:val="none" w:sz="0" w:space="0" w:color="auto"/>
        <w:right w:val="none" w:sz="0" w:space="0" w:color="auto"/>
      </w:divBdr>
    </w:div>
    <w:div w:id="1945109387">
      <w:bodyDiv w:val="1"/>
      <w:marLeft w:val="0"/>
      <w:marRight w:val="0"/>
      <w:marTop w:val="0"/>
      <w:marBottom w:val="0"/>
      <w:divBdr>
        <w:top w:val="none" w:sz="0" w:space="0" w:color="auto"/>
        <w:left w:val="none" w:sz="0" w:space="0" w:color="auto"/>
        <w:bottom w:val="none" w:sz="0" w:space="0" w:color="auto"/>
        <w:right w:val="none" w:sz="0" w:space="0" w:color="auto"/>
      </w:divBdr>
    </w:div>
    <w:div w:id="1954743484">
      <w:bodyDiv w:val="1"/>
      <w:marLeft w:val="0"/>
      <w:marRight w:val="0"/>
      <w:marTop w:val="0"/>
      <w:marBottom w:val="0"/>
      <w:divBdr>
        <w:top w:val="none" w:sz="0" w:space="0" w:color="auto"/>
        <w:left w:val="none" w:sz="0" w:space="0" w:color="auto"/>
        <w:bottom w:val="none" w:sz="0" w:space="0" w:color="auto"/>
        <w:right w:val="none" w:sz="0" w:space="0" w:color="auto"/>
      </w:divBdr>
    </w:div>
    <w:div w:id="1993212309">
      <w:bodyDiv w:val="1"/>
      <w:marLeft w:val="0"/>
      <w:marRight w:val="0"/>
      <w:marTop w:val="0"/>
      <w:marBottom w:val="0"/>
      <w:divBdr>
        <w:top w:val="none" w:sz="0" w:space="0" w:color="auto"/>
        <w:left w:val="none" w:sz="0" w:space="0" w:color="auto"/>
        <w:bottom w:val="none" w:sz="0" w:space="0" w:color="auto"/>
        <w:right w:val="none" w:sz="0" w:space="0" w:color="auto"/>
      </w:divBdr>
    </w:div>
    <w:div w:id="2006393844">
      <w:bodyDiv w:val="1"/>
      <w:marLeft w:val="0"/>
      <w:marRight w:val="0"/>
      <w:marTop w:val="0"/>
      <w:marBottom w:val="0"/>
      <w:divBdr>
        <w:top w:val="none" w:sz="0" w:space="0" w:color="auto"/>
        <w:left w:val="none" w:sz="0" w:space="0" w:color="auto"/>
        <w:bottom w:val="none" w:sz="0" w:space="0" w:color="auto"/>
        <w:right w:val="none" w:sz="0" w:space="0" w:color="auto"/>
      </w:divBdr>
    </w:div>
    <w:div w:id="2016497719">
      <w:bodyDiv w:val="1"/>
      <w:marLeft w:val="0"/>
      <w:marRight w:val="0"/>
      <w:marTop w:val="0"/>
      <w:marBottom w:val="0"/>
      <w:divBdr>
        <w:top w:val="none" w:sz="0" w:space="0" w:color="auto"/>
        <w:left w:val="none" w:sz="0" w:space="0" w:color="auto"/>
        <w:bottom w:val="none" w:sz="0" w:space="0" w:color="auto"/>
        <w:right w:val="none" w:sz="0" w:space="0" w:color="auto"/>
      </w:divBdr>
    </w:div>
    <w:div w:id="2025206038">
      <w:bodyDiv w:val="1"/>
      <w:marLeft w:val="0"/>
      <w:marRight w:val="0"/>
      <w:marTop w:val="0"/>
      <w:marBottom w:val="0"/>
      <w:divBdr>
        <w:top w:val="none" w:sz="0" w:space="0" w:color="auto"/>
        <w:left w:val="none" w:sz="0" w:space="0" w:color="auto"/>
        <w:bottom w:val="none" w:sz="0" w:space="0" w:color="auto"/>
        <w:right w:val="none" w:sz="0" w:space="0" w:color="auto"/>
      </w:divBdr>
    </w:div>
    <w:div w:id="2036611713">
      <w:bodyDiv w:val="1"/>
      <w:marLeft w:val="0"/>
      <w:marRight w:val="0"/>
      <w:marTop w:val="0"/>
      <w:marBottom w:val="0"/>
      <w:divBdr>
        <w:top w:val="none" w:sz="0" w:space="0" w:color="auto"/>
        <w:left w:val="none" w:sz="0" w:space="0" w:color="auto"/>
        <w:bottom w:val="none" w:sz="0" w:space="0" w:color="auto"/>
        <w:right w:val="none" w:sz="0" w:space="0" w:color="auto"/>
      </w:divBdr>
    </w:div>
    <w:div w:id="2040012946">
      <w:bodyDiv w:val="1"/>
      <w:marLeft w:val="0"/>
      <w:marRight w:val="0"/>
      <w:marTop w:val="0"/>
      <w:marBottom w:val="0"/>
      <w:divBdr>
        <w:top w:val="none" w:sz="0" w:space="0" w:color="auto"/>
        <w:left w:val="none" w:sz="0" w:space="0" w:color="auto"/>
        <w:bottom w:val="none" w:sz="0" w:space="0" w:color="auto"/>
        <w:right w:val="none" w:sz="0" w:space="0" w:color="auto"/>
      </w:divBdr>
    </w:div>
    <w:div w:id="2043048353">
      <w:bodyDiv w:val="1"/>
      <w:marLeft w:val="0"/>
      <w:marRight w:val="0"/>
      <w:marTop w:val="0"/>
      <w:marBottom w:val="0"/>
      <w:divBdr>
        <w:top w:val="none" w:sz="0" w:space="0" w:color="auto"/>
        <w:left w:val="none" w:sz="0" w:space="0" w:color="auto"/>
        <w:bottom w:val="none" w:sz="0" w:space="0" w:color="auto"/>
        <w:right w:val="none" w:sz="0" w:space="0" w:color="auto"/>
      </w:divBdr>
    </w:div>
    <w:div w:id="2050564810">
      <w:bodyDiv w:val="1"/>
      <w:marLeft w:val="0"/>
      <w:marRight w:val="0"/>
      <w:marTop w:val="0"/>
      <w:marBottom w:val="0"/>
      <w:divBdr>
        <w:top w:val="none" w:sz="0" w:space="0" w:color="auto"/>
        <w:left w:val="none" w:sz="0" w:space="0" w:color="auto"/>
        <w:bottom w:val="none" w:sz="0" w:space="0" w:color="auto"/>
        <w:right w:val="none" w:sz="0" w:space="0" w:color="auto"/>
      </w:divBdr>
    </w:div>
    <w:div w:id="2071924793">
      <w:bodyDiv w:val="1"/>
      <w:marLeft w:val="0"/>
      <w:marRight w:val="0"/>
      <w:marTop w:val="0"/>
      <w:marBottom w:val="0"/>
      <w:divBdr>
        <w:top w:val="none" w:sz="0" w:space="0" w:color="auto"/>
        <w:left w:val="none" w:sz="0" w:space="0" w:color="auto"/>
        <w:bottom w:val="none" w:sz="0" w:space="0" w:color="auto"/>
        <w:right w:val="none" w:sz="0" w:space="0" w:color="auto"/>
      </w:divBdr>
    </w:div>
    <w:div w:id="2127652318">
      <w:bodyDiv w:val="1"/>
      <w:marLeft w:val="0"/>
      <w:marRight w:val="0"/>
      <w:marTop w:val="0"/>
      <w:marBottom w:val="0"/>
      <w:divBdr>
        <w:top w:val="none" w:sz="0" w:space="0" w:color="auto"/>
        <w:left w:val="none" w:sz="0" w:space="0" w:color="auto"/>
        <w:bottom w:val="none" w:sz="0" w:space="0" w:color="auto"/>
        <w:right w:val="none" w:sz="0" w:space="0" w:color="auto"/>
      </w:divBdr>
    </w:div>
    <w:div w:id="2133477340">
      <w:bodyDiv w:val="1"/>
      <w:marLeft w:val="0"/>
      <w:marRight w:val="0"/>
      <w:marTop w:val="0"/>
      <w:marBottom w:val="0"/>
      <w:divBdr>
        <w:top w:val="none" w:sz="0" w:space="0" w:color="auto"/>
        <w:left w:val="none" w:sz="0" w:space="0" w:color="auto"/>
        <w:bottom w:val="none" w:sz="0" w:space="0" w:color="auto"/>
        <w:right w:val="none" w:sz="0" w:space="0" w:color="auto"/>
      </w:divBdr>
    </w:div>
    <w:div w:id="2139181532">
      <w:bodyDiv w:val="1"/>
      <w:marLeft w:val="0"/>
      <w:marRight w:val="0"/>
      <w:marTop w:val="0"/>
      <w:marBottom w:val="0"/>
      <w:divBdr>
        <w:top w:val="none" w:sz="0" w:space="0" w:color="auto"/>
        <w:left w:val="none" w:sz="0" w:space="0" w:color="auto"/>
        <w:bottom w:val="none" w:sz="0" w:space="0" w:color="auto"/>
        <w:right w:val="none" w:sz="0" w:space="0" w:color="auto"/>
      </w:divBdr>
    </w:div>
    <w:div w:id="2142772493">
      <w:bodyDiv w:val="1"/>
      <w:marLeft w:val="0"/>
      <w:marRight w:val="0"/>
      <w:marTop w:val="0"/>
      <w:marBottom w:val="0"/>
      <w:divBdr>
        <w:top w:val="none" w:sz="0" w:space="0" w:color="auto"/>
        <w:left w:val="none" w:sz="0" w:space="0" w:color="auto"/>
        <w:bottom w:val="none" w:sz="0" w:space="0" w:color="auto"/>
        <w:right w:val="none" w:sz="0" w:space="0" w:color="auto"/>
      </w:divBdr>
      <w:divsChild>
        <w:div w:id="1742563381">
          <w:blockQuote w:val="1"/>
          <w:marLeft w:val="720"/>
          <w:marRight w:val="720"/>
          <w:marTop w:val="100"/>
          <w:marBottom w:val="100"/>
          <w:divBdr>
            <w:top w:val="none" w:sz="0" w:space="0" w:color="auto"/>
            <w:left w:val="none" w:sz="0" w:space="0" w:color="auto"/>
            <w:bottom w:val="none" w:sz="0" w:space="0" w:color="auto"/>
            <w:right w:val="none" w:sz="0" w:space="0" w:color="auto"/>
          </w:divBdr>
        </w:div>
        <w:div w:id="17550803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067364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72AF36-8C8A-4AD4-A08A-D34897616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3104</Words>
  <Characters>19557</Characters>
  <Application>Microsoft Office Word</Application>
  <DocSecurity>0</DocSecurity>
  <Lines>162</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Microsoft-Konto</dc:creator>
  <cp:keywords/>
  <dc:description/>
  <cp:lastModifiedBy>Microsoft-Konto</cp:lastModifiedBy>
  <cp:revision>12</cp:revision>
  <dcterms:created xsi:type="dcterms:W3CDTF">2026-04-30T10:28:00Z</dcterms:created>
  <dcterms:modified xsi:type="dcterms:W3CDTF">2026-05-01T16:58:00Z</dcterms:modified>
</cp:coreProperties>
</file>